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263D7" w14:textId="77777777" w:rsidR="00726B0A" w:rsidRPr="00442AA4" w:rsidRDefault="000C4DE0">
      <w:pPr>
        <w:rPr>
          <w:lang w:val="ru-RU"/>
        </w:rPr>
      </w:pPr>
      <w:r w:rsidRPr="00442AA4">
        <w:rPr>
          <w:b/>
          <w:sz w:val="24"/>
          <w:lang w:val="ru-RU"/>
        </w:rPr>
        <w:t>ВЫПИСКА ИЗ ООП ООО</w:t>
      </w:r>
    </w:p>
    <w:p w14:paraId="076B4609" w14:textId="77777777" w:rsidR="00C35608" w:rsidRPr="00C35608" w:rsidRDefault="00C35608" w:rsidP="00C35608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4"/>
          <w:szCs w:val="24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                           «Утверждено»</w:t>
      </w:r>
    </w:p>
    <w:p w14:paraId="396A749A" w14:textId="77777777" w:rsidR="00C35608" w:rsidRPr="00C35608" w:rsidRDefault="00C35608" w:rsidP="00C35608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4"/>
          <w:szCs w:val="24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   Директор МБОУ СОШ № 5 </w:t>
      </w:r>
    </w:p>
    <w:p w14:paraId="44080DAA" w14:textId="77777777" w:rsidR="00C35608" w:rsidRPr="00C35608" w:rsidRDefault="00C35608" w:rsidP="00C35608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4"/>
          <w:szCs w:val="24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                                 г. Батайск</w:t>
      </w:r>
    </w:p>
    <w:p w14:paraId="040104CF" w14:textId="77777777" w:rsidR="00C35608" w:rsidRPr="00C35608" w:rsidRDefault="00C35608" w:rsidP="00C35608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2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___________ /Шуптиева Е.А./</w:t>
      </w:r>
    </w:p>
    <w:p w14:paraId="1D63C10D" w14:textId="784DFDAB" w:rsidR="00C35608" w:rsidRDefault="00C35608" w:rsidP="00C35608">
      <w:pPr>
        <w:spacing w:before="320"/>
        <w:jc w:val="right"/>
        <w:rPr>
          <w:rFonts w:cs="Times New Roman"/>
          <w:b/>
          <w:w w:val="0"/>
          <w:sz w:val="22"/>
          <w:lang w:val="ru-RU"/>
        </w:rPr>
      </w:pPr>
      <w:r w:rsidRPr="00C35608">
        <w:rPr>
          <w:rFonts w:cs="Times New Roman"/>
          <w:b/>
          <w:w w:val="0"/>
          <w:sz w:val="22"/>
          <w:lang w:val="ru-RU"/>
        </w:rPr>
        <w:t xml:space="preserve">    </w:t>
      </w:r>
      <w:r>
        <w:rPr>
          <w:rFonts w:cs="Times New Roman"/>
          <w:b/>
          <w:w w:val="0"/>
          <w:sz w:val="22"/>
          <w:lang w:val="ru-RU"/>
        </w:rPr>
        <w:t>Пр.№</w:t>
      </w:r>
      <w:r w:rsidRPr="00C35608">
        <w:rPr>
          <w:rFonts w:cs="Times New Roman"/>
          <w:b/>
          <w:w w:val="0"/>
          <w:sz w:val="22"/>
          <w:lang w:val="ru-RU"/>
        </w:rPr>
        <w:t xml:space="preserve">  ________</w:t>
      </w:r>
      <w:r>
        <w:rPr>
          <w:rFonts w:cs="Times New Roman"/>
          <w:b/>
          <w:w w:val="0"/>
          <w:sz w:val="22"/>
          <w:lang w:val="ru-RU"/>
        </w:rPr>
        <w:t>от</w:t>
      </w:r>
      <w:r w:rsidRPr="00C35608">
        <w:rPr>
          <w:rFonts w:cs="Times New Roman"/>
          <w:b/>
          <w:w w:val="0"/>
          <w:sz w:val="22"/>
          <w:lang w:val="ru-RU"/>
        </w:rPr>
        <w:t>___________2026 г.</w:t>
      </w:r>
    </w:p>
    <w:p w14:paraId="620CACB7" w14:textId="6BB3C604" w:rsidR="00726B0A" w:rsidRPr="00442AA4" w:rsidRDefault="000C4DE0" w:rsidP="00C35608">
      <w:pPr>
        <w:spacing w:before="320"/>
        <w:jc w:val="center"/>
        <w:rPr>
          <w:lang w:val="ru-RU"/>
        </w:rPr>
      </w:pPr>
      <w:r w:rsidRPr="00442AA4">
        <w:rPr>
          <w:b/>
          <w:sz w:val="28"/>
          <w:lang w:val="ru-RU"/>
        </w:rPr>
        <w:t>КАЛЕНДАРНЫЙ ПЛАН</w:t>
      </w:r>
      <w:r w:rsidRPr="00442AA4">
        <w:rPr>
          <w:b/>
          <w:sz w:val="28"/>
          <w:lang w:val="ru-RU"/>
        </w:rPr>
        <w:br/>
        <w:t>ВОСПИТАТЕЛЬНОЙ РАБОТЫ</w:t>
      </w:r>
      <w:r w:rsidRPr="00442AA4">
        <w:rPr>
          <w:b/>
          <w:sz w:val="28"/>
          <w:lang w:val="ru-RU"/>
        </w:rPr>
        <w:br/>
        <w:t>НА 2026/2027 УЧЕБНЫЙ ГОД</w:t>
      </w:r>
      <w:r w:rsidRPr="00442AA4">
        <w:rPr>
          <w:b/>
          <w:sz w:val="28"/>
          <w:lang w:val="ru-RU"/>
        </w:rPr>
        <w:br/>
      </w:r>
      <w:r w:rsidR="00420511" w:rsidRPr="007A6B50">
        <w:rPr>
          <w:b/>
          <w:sz w:val="28"/>
          <w:lang w:val="ru-RU"/>
        </w:rPr>
        <w:t>НА УРОВНЕ СРЕДНЕГО ОБЩЕГО ОБРАЗОВАНИЯ</w:t>
      </w:r>
      <w:bookmarkStart w:id="0" w:name="_GoBack"/>
      <w:bookmarkEnd w:id="0"/>
    </w:p>
    <w:p w14:paraId="1B4AD7AD" w14:textId="77777777" w:rsidR="00726B0A" w:rsidRPr="00442AA4" w:rsidRDefault="000C4DE0">
      <w:pPr>
        <w:jc w:val="both"/>
        <w:rPr>
          <w:lang w:val="ru-RU"/>
        </w:rPr>
      </w:pPr>
      <w:r w:rsidRPr="00442AA4">
        <w:rPr>
          <w:lang w:val="ru-RU"/>
        </w:rPr>
        <w:t>Календарный план воспитательной работы является частью рабочей программы воспитания основной образовательной программы основного общего образования. Он конкретизирует содержание инвариантных и вариативных модулей, определяет основные дела, события, мероприятия, сроки их реализации, состав участников и ответственных исполнителей. План разработан с учётом федеральной образовательной программы начального общего образования, федеральной рабочей программы воспитания, календарного учебного графика и Примерного календаря образовательных событий и памятных дат на 2026/2027 учебный год (версия 3.1 от 08.06.2026). Сентябрь–декабрь относятся к 2026 году, январь–май — к 2027 году. Мероприятия Года единства народов России проводятся в 2026 году. В 2027 году продолжается системная работа по укреплению общероссийской гражданской идентичности, межнационального согласия и уважения к культуре народов России.</w:t>
      </w:r>
    </w:p>
    <w:p w14:paraId="2140D09B" w14:textId="77777777" w:rsidR="00726B0A" w:rsidRPr="00442AA4" w:rsidRDefault="000C4DE0">
      <w:pPr>
        <w:jc w:val="both"/>
        <w:rPr>
          <w:lang w:val="ru-RU"/>
        </w:rPr>
      </w:pPr>
      <w:r w:rsidRPr="00442AA4">
        <w:rPr>
          <w:b/>
          <w:lang w:val="ru-RU"/>
        </w:rPr>
        <w:t xml:space="preserve">Особенности периода: </w:t>
      </w:r>
      <w:r w:rsidRPr="00442AA4">
        <w:rPr>
          <w:lang w:val="ru-RU"/>
        </w:rPr>
        <w:t>2017–2027 годы — Десятилетие детства; 2022–2031 годы — Десятилетие науки и технологий в России; 2026 год — Год единства народов России. Обозначение 2027 года как Года географии используется только после официального утверждения соответствующего решения.</w:t>
      </w:r>
    </w:p>
    <w:p w14:paraId="4E8F8C18" w14:textId="77777777" w:rsidR="00726B0A" w:rsidRPr="00C35608" w:rsidRDefault="000C4DE0">
      <w:pPr>
        <w:pStyle w:val="1"/>
        <w:rPr>
          <w:rFonts w:ascii="Times New Roman" w:hAnsi="Times New Roman" w:cs="Times New Roman"/>
        </w:rPr>
      </w:pPr>
      <w:r w:rsidRPr="00C35608">
        <w:rPr>
          <w:rFonts w:ascii="Times New Roman" w:hAnsi="Times New Roman" w:cs="Times New Roman"/>
        </w:rPr>
        <w:t>Нормативная основа</w:t>
      </w:r>
    </w:p>
    <w:p w14:paraId="73FE60FD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Федеральный закон от 29.12.2012 № 273-ФЗ «Об образовании в Российской Федерации» (в действующей редакции).</w:t>
      </w:r>
    </w:p>
    <w:p w14:paraId="00DBB5D0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Федеральный государственный образовательный стандарт основного общего образования, утверждённый приказом Минпросвещения России от 31.05.2021 № 287 (в действующей редакции).</w:t>
      </w:r>
    </w:p>
    <w:p w14:paraId="07DA8F42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Федеральная образовательная программа основного общего образования, утверждённая приказом Минпросвещения России от 18.05.2023 № 370 (в действующей редакции).</w:t>
      </w:r>
    </w:p>
    <w:p w14:paraId="66B68E46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Федеральная рабочая программа воспитания и федеральный календарный план воспитательной работы, включённые в ФОП ООО.</w:t>
      </w:r>
    </w:p>
    <w:p w14:paraId="047CFAB9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Порядок организации и осуществления образовательной деятельности по основным общеобразовательным программам — в редакции, действующей в 2026/2027 учебном году.</w:t>
      </w:r>
    </w:p>
    <w:p w14:paraId="49AB3A90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Санитарные правила и гигиенические нормативы, действующие в 2026/2027 учебном году.</w:t>
      </w:r>
    </w:p>
    <w:p w14:paraId="48F2785C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Стратегия комплексной безопасности детей в Российской Федерации на период до 2030 года.</w:t>
      </w:r>
    </w:p>
    <w:p w14:paraId="1900374B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Нормативные и методические документы по использованию государственной символики в образовательных организациях.</w:t>
      </w:r>
    </w:p>
    <w:p w14:paraId="3855F1DE" w14:textId="77777777"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lastRenderedPageBreak/>
        <w:t>Основная образовательная программа НОО, рабочая программа воспитания, календарный учебный график и локальные нормативные акты [полное наименование образовательной организации].</w:t>
      </w:r>
    </w:p>
    <w:p w14:paraId="542C9F46" w14:textId="77777777" w:rsidR="00726B0A" w:rsidRPr="00C35608" w:rsidRDefault="000C4DE0">
      <w:pPr>
        <w:pStyle w:val="1"/>
        <w:rPr>
          <w:rFonts w:ascii="Times New Roman" w:hAnsi="Times New Roman" w:cs="Times New Roman"/>
          <w:lang w:val="ru-RU"/>
        </w:rPr>
      </w:pPr>
      <w:r w:rsidRPr="00C35608">
        <w:rPr>
          <w:rFonts w:ascii="Times New Roman" w:hAnsi="Times New Roman" w:cs="Times New Roman"/>
          <w:lang w:val="ru-RU"/>
        </w:rPr>
        <w:t>Календарный план по модулям</w:t>
      </w:r>
    </w:p>
    <w:p w14:paraId="4EE72129" w14:textId="77777777" w:rsidR="00726B0A" w:rsidRPr="00C756FE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C756FE">
        <w:rPr>
          <w:rFonts w:cs="Times New Roman"/>
          <w:b/>
          <w:sz w:val="24"/>
          <w:szCs w:val="24"/>
          <w:lang w:val="ru-RU"/>
        </w:rPr>
        <w:t>МОДУЛЬ «УРОЧНАЯ ДЕЯТЕЛЬНОСТЬ»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50"/>
        <w:gridCol w:w="1040"/>
        <w:gridCol w:w="1653"/>
        <w:gridCol w:w="2665"/>
        <w:gridCol w:w="3680"/>
      </w:tblGrid>
      <w:tr w:rsidR="00C756FE" w:rsidRPr="00027D8D" w14:paraId="053FFE5B" w14:textId="775080CC" w:rsidTr="000A63B8">
        <w:trPr>
          <w:tblHeader/>
          <w:jc w:val="center"/>
        </w:trPr>
        <w:tc>
          <w:tcPr>
            <w:tcW w:w="5050" w:type="dxa"/>
            <w:shd w:val="clear" w:color="auto" w:fill="D9EAF7"/>
            <w:vAlign w:val="center"/>
          </w:tcPr>
          <w:p w14:paraId="13F00ED8" w14:textId="77777777" w:rsidR="00C756FE" w:rsidRPr="00027D8D" w:rsidRDefault="00C756FE" w:rsidP="00C756FE">
            <w:pPr>
              <w:ind w:left="-2296" w:firstLine="2296"/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40" w:type="dxa"/>
            <w:shd w:val="clear" w:color="auto" w:fill="D9EAF7"/>
            <w:vAlign w:val="center"/>
          </w:tcPr>
          <w:p w14:paraId="7B762BFD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653" w:type="dxa"/>
            <w:shd w:val="clear" w:color="auto" w:fill="D9EAF7"/>
            <w:vAlign w:val="center"/>
          </w:tcPr>
          <w:p w14:paraId="7F827999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665" w:type="dxa"/>
            <w:shd w:val="clear" w:color="auto" w:fill="D9EAF7"/>
            <w:vAlign w:val="center"/>
          </w:tcPr>
          <w:p w14:paraId="4B7FE9FA" w14:textId="77777777" w:rsidR="00C756FE" w:rsidRPr="00027D8D" w:rsidRDefault="00C756F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80" w:type="dxa"/>
            <w:shd w:val="clear" w:color="auto" w:fill="D9EAF7"/>
          </w:tcPr>
          <w:p w14:paraId="666A0280" w14:textId="7564876D" w:rsidR="00C756FE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BE7498" w14:paraId="65A147E7" w14:textId="0BEED407" w:rsidTr="00E47A1B">
        <w:trPr>
          <w:jc w:val="center"/>
        </w:trPr>
        <w:tc>
          <w:tcPr>
            <w:tcW w:w="5050" w:type="dxa"/>
            <w:vAlign w:val="center"/>
          </w:tcPr>
          <w:p w14:paraId="030D971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Использование воспитательного потенциала содержания учебных предметов для формирования уважения к семье, труду, Отечеству, культуре и природе России</w:t>
            </w:r>
          </w:p>
        </w:tc>
        <w:tc>
          <w:tcPr>
            <w:tcW w:w="1040" w:type="dxa"/>
          </w:tcPr>
          <w:p w14:paraId="3B692EE2" w14:textId="190EAF4F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4D38676C" w14:textId="41AA0BEE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 1 раз в четверть</w:t>
            </w:r>
          </w:p>
        </w:tc>
        <w:tc>
          <w:tcPr>
            <w:tcW w:w="2665" w:type="dxa"/>
            <w:vAlign w:val="center"/>
          </w:tcPr>
          <w:p w14:paraId="07E48A7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учителя-предметники</w:t>
            </w:r>
          </w:p>
        </w:tc>
        <w:tc>
          <w:tcPr>
            <w:tcW w:w="3680" w:type="dxa"/>
          </w:tcPr>
          <w:p w14:paraId="6448B6C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0D3A62D" w14:textId="5497FC61" w:rsidTr="00E47A1B">
        <w:trPr>
          <w:jc w:val="center"/>
        </w:trPr>
        <w:tc>
          <w:tcPr>
            <w:tcW w:w="5050" w:type="dxa"/>
            <w:vAlign w:val="center"/>
          </w:tcPr>
          <w:p w14:paraId="7750641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Тематические учебные занятия «Государственные символы России»</w:t>
            </w:r>
          </w:p>
        </w:tc>
        <w:tc>
          <w:tcPr>
            <w:tcW w:w="1040" w:type="dxa"/>
          </w:tcPr>
          <w:p w14:paraId="621D0499" w14:textId="2BC9BDC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1AF98F74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09.09.</w:t>
            </w:r>
            <w:r w:rsidRPr="00027D8D">
              <w:rPr>
                <w:rFonts w:cs="Times New Roman"/>
                <w:sz w:val="24"/>
                <w:szCs w:val="24"/>
              </w:rPr>
              <w:t>2026</w:t>
            </w:r>
          </w:p>
          <w:p w14:paraId="0E46429E" w14:textId="1CD12015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04.12.</w:t>
            </w:r>
            <w:r w:rsidRPr="00027D8D">
              <w:rPr>
                <w:rFonts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2665" w:type="dxa"/>
            <w:vAlign w:val="center"/>
          </w:tcPr>
          <w:p w14:paraId="3876637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 основной школы</w:t>
            </w:r>
          </w:p>
        </w:tc>
        <w:tc>
          <w:tcPr>
            <w:tcW w:w="3680" w:type="dxa"/>
          </w:tcPr>
          <w:p w14:paraId="65B9EF2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59EA39E2" w14:textId="291883CF" w:rsidTr="00E47A1B">
        <w:trPr>
          <w:jc w:val="center"/>
        </w:trPr>
        <w:tc>
          <w:tcPr>
            <w:tcW w:w="5050" w:type="dxa"/>
            <w:vAlign w:val="center"/>
          </w:tcPr>
          <w:p w14:paraId="429AD82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Интеграция материалов Года единства народов России: языки, традиции, культура и общая история народов страны</w:t>
            </w:r>
          </w:p>
        </w:tc>
        <w:tc>
          <w:tcPr>
            <w:tcW w:w="1040" w:type="dxa"/>
          </w:tcPr>
          <w:p w14:paraId="4964094B" w14:textId="4C105DFA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1DC55F02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Сентябрь–декабрь 2026 года</w:t>
            </w:r>
          </w:p>
        </w:tc>
        <w:tc>
          <w:tcPr>
            <w:tcW w:w="2665" w:type="dxa"/>
            <w:vAlign w:val="center"/>
          </w:tcPr>
          <w:p w14:paraId="37DAA49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учитель музыки; учитель изобразительного искусства</w:t>
            </w:r>
          </w:p>
        </w:tc>
        <w:tc>
          <w:tcPr>
            <w:tcW w:w="3680" w:type="dxa"/>
          </w:tcPr>
          <w:p w14:paraId="2C85717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2F1BD15" w14:textId="165ED732" w:rsidTr="00E47A1B">
        <w:trPr>
          <w:jc w:val="center"/>
        </w:trPr>
        <w:tc>
          <w:tcPr>
            <w:tcW w:w="5050" w:type="dxa"/>
            <w:vAlign w:val="center"/>
          </w:tcPr>
          <w:p w14:paraId="09BB6FF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Урок памяти ко Дню окончания Второй мировой войны</w:t>
            </w:r>
          </w:p>
        </w:tc>
        <w:tc>
          <w:tcPr>
            <w:tcW w:w="1040" w:type="dxa"/>
          </w:tcPr>
          <w:p w14:paraId="76C2260C" w14:textId="24FD380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113A8EBA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02.09.2026</w:t>
            </w:r>
          </w:p>
        </w:tc>
        <w:tc>
          <w:tcPr>
            <w:tcW w:w="2665" w:type="dxa"/>
            <w:vAlign w:val="center"/>
          </w:tcPr>
          <w:p w14:paraId="0E822C7F" w14:textId="1FBE9C7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истории и обществознания</w:t>
            </w:r>
          </w:p>
        </w:tc>
        <w:tc>
          <w:tcPr>
            <w:tcW w:w="3680" w:type="dxa"/>
          </w:tcPr>
          <w:p w14:paraId="4F72616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3566254E" w14:textId="720F3D6D" w:rsidTr="00E47A1B">
        <w:trPr>
          <w:jc w:val="center"/>
        </w:trPr>
        <w:tc>
          <w:tcPr>
            <w:tcW w:w="5050" w:type="dxa"/>
            <w:vAlign w:val="center"/>
          </w:tcPr>
          <w:p w14:paraId="7EEFAA4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Урок гражданской ответственности ко Дню солидарности в борьбе с терроризмом</w:t>
            </w:r>
          </w:p>
        </w:tc>
        <w:tc>
          <w:tcPr>
            <w:tcW w:w="1040" w:type="dxa"/>
          </w:tcPr>
          <w:p w14:paraId="4B63D229" w14:textId="1803C726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4F82589E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03.09.2026</w:t>
            </w:r>
          </w:p>
        </w:tc>
        <w:tc>
          <w:tcPr>
            <w:tcW w:w="2665" w:type="dxa"/>
            <w:vAlign w:val="center"/>
          </w:tcPr>
          <w:p w14:paraId="0D56470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Советники; социальный педагог;</w:t>
            </w:r>
          </w:p>
          <w:p w14:paraId="568E8A8D" w14:textId="27B61E1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680" w:type="dxa"/>
          </w:tcPr>
          <w:p w14:paraId="4DB4615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70D5C87" w14:textId="1C07A31F" w:rsidTr="00E47A1B">
        <w:trPr>
          <w:jc w:val="center"/>
        </w:trPr>
        <w:tc>
          <w:tcPr>
            <w:tcW w:w="5050" w:type="dxa"/>
            <w:vAlign w:val="center"/>
          </w:tcPr>
          <w:p w14:paraId="2AB1F24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Тематические задания к Международному дню распространения грамотности и Дню языков народов России</w:t>
            </w:r>
          </w:p>
        </w:tc>
        <w:tc>
          <w:tcPr>
            <w:tcW w:w="1040" w:type="dxa"/>
          </w:tcPr>
          <w:p w14:paraId="07A7AE6A" w14:textId="4A9800F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46DAC338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08.09.2026</w:t>
            </w:r>
          </w:p>
        </w:tc>
        <w:tc>
          <w:tcPr>
            <w:tcW w:w="2665" w:type="dxa"/>
            <w:vAlign w:val="center"/>
          </w:tcPr>
          <w:p w14:paraId="51800359" w14:textId="7103069D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680" w:type="dxa"/>
          </w:tcPr>
          <w:p w14:paraId="6C09A58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3AABA513" w14:textId="492091B3" w:rsidTr="00E47A1B">
        <w:trPr>
          <w:jc w:val="center"/>
        </w:trPr>
        <w:tc>
          <w:tcPr>
            <w:tcW w:w="5050" w:type="dxa"/>
            <w:vAlign w:val="center"/>
          </w:tcPr>
          <w:p w14:paraId="16A36FC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Музыкально-познавательный урок к 120-летию со дня рождения Д. Д. Шостаковича</w:t>
            </w:r>
          </w:p>
        </w:tc>
        <w:tc>
          <w:tcPr>
            <w:tcW w:w="1040" w:type="dxa"/>
          </w:tcPr>
          <w:p w14:paraId="1704CD43" w14:textId="2C323E0A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2E434940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25.09.2026</w:t>
            </w:r>
          </w:p>
        </w:tc>
        <w:tc>
          <w:tcPr>
            <w:tcW w:w="2665" w:type="dxa"/>
            <w:vAlign w:val="center"/>
          </w:tcPr>
          <w:p w14:paraId="665DE1C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музыки; учителя основной школы</w:t>
            </w:r>
          </w:p>
        </w:tc>
        <w:tc>
          <w:tcPr>
            <w:tcW w:w="3680" w:type="dxa"/>
          </w:tcPr>
          <w:p w14:paraId="01824F8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5EE56B5" w14:textId="7F31BD2A" w:rsidTr="00E47A1B">
        <w:trPr>
          <w:jc w:val="center"/>
        </w:trPr>
        <w:tc>
          <w:tcPr>
            <w:tcW w:w="5050" w:type="dxa"/>
            <w:vAlign w:val="center"/>
          </w:tcPr>
          <w:p w14:paraId="65E8A79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Литературно-словарные задания к 225-летию со дня рождения В. И. Даля</w:t>
            </w:r>
          </w:p>
        </w:tc>
        <w:tc>
          <w:tcPr>
            <w:tcW w:w="1040" w:type="dxa"/>
          </w:tcPr>
          <w:p w14:paraId="29711B1A" w14:textId="1D50FBC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73297B7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20–23.11.2026</w:t>
            </w:r>
          </w:p>
        </w:tc>
        <w:tc>
          <w:tcPr>
            <w:tcW w:w="2665" w:type="dxa"/>
            <w:vAlign w:val="center"/>
          </w:tcPr>
          <w:p w14:paraId="1972D8A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школьный библиотекарь</w:t>
            </w:r>
          </w:p>
        </w:tc>
        <w:tc>
          <w:tcPr>
            <w:tcW w:w="3680" w:type="dxa"/>
          </w:tcPr>
          <w:p w14:paraId="3232ED4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24C9179B" w14:textId="66C53C91" w:rsidTr="00E47A1B">
        <w:trPr>
          <w:jc w:val="center"/>
        </w:trPr>
        <w:tc>
          <w:tcPr>
            <w:tcW w:w="5050" w:type="dxa"/>
            <w:vAlign w:val="center"/>
          </w:tcPr>
          <w:p w14:paraId="0381480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Познавательное занятие к 315-летию со дня рождения М. В. Ломоносова</w:t>
            </w:r>
          </w:p>
        </w:tc>
        <w:tc>
          <w:tcPr>
            <w:tcW w:w="1040" w:type="dxa"/>
          </w:tcPr>
          <w:p w14:paraId="11B41792" w14:textId="062098DB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44F90146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19.11.2026</w:t>
            </w:r>
          </w:p>
        </w:tc>
        <w:tc>
          <w:tcPr>
            <w:tcW w:w="2665" w:type="dxa"/>
            <w:vAlign w:val="center"/>
          </w:tcPr>
          <w:p w14:paraId="1FB2ADFA" w14:textId="708D031E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физики;</w:t>
            </w:r>
          </w:p>
        </w:tc>
        <w:tc>
          <w:tcPr>
            <w:tcW w:w="3680" w:type="dxa"/>
          </w:tcPr>
          <w:p w14:paraId="37B171F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37C8A603" w14:textId="2D6E3B7E" w:rsidTr="00E47A1B">
        <w:trPr>
          <w:jc w:val="center"/>
        </w:trPr>
        <w:tc>
          <w:tcPr>
            <w:tcW w:w="5050" w:type="dxa"/>
            <w:vAlign w:val="center"/>
          </w:tcPr>
          <w:p w14:paraId="519B493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Историко-литературное занятие к 260-летию со дня рождения Н. М. Карамзина</w:t>
            </w:r>
          </w:p>
        </w:tc>
        <w:tc>
          <w:tcPr>
            <w:tcW w:w="1040" w:type="dxa"/>
          </w:tcPr>
          <w:p w14:paraId="4D5557EA" w14:textId="05E53FC5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5E1A9308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11.12.2026</w:t>
            </w:r>
          </w:p>
        </w:tc>
        <w:tc>
          <w:tcPr>
            <w:tcW w:w="2665" w:type="dxa"/>
            <w:vAlign w:val="center"/>
          </w:tcPr>
          <w:p w14:paraId="3C8790BE" w14:textId="652B9EE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русского языка и литературы; школьный библиотекарь</w:t>
            </w:r>
          </w:p>
        </w:tc>
        <w:tc>
          <w:tcPr>
            <w:tcW w:w="3680" w:type="dxa"/>
          </w:tcPr>
          <w:p w14:paraId="78ED290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09B201AD" w14:textId="3D4C3D6C" w:rsidTr="00E47A1B">
        <w:trPr>
          <w:jc w:val="center"/>
        </w:trPr>
        <w:tc>
          <w:tcPr>
            <w:tcW w:w="5050" w:type="dxa"/>
            <w:vAlign w:val="center"/>
          </w:tcPr>
          <w:p w14:paraId="2795848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Виртуальная географическая экспедиция к 200-летию со дня рождения П. П. Семёнова-Тян-Шанского</w:t>
            </w:r>
          </w:p>
        </w:tc>
        <w:tc>
          <w:tcPr>
            <w:tcW w:w="1040" w:type="dxa"/>
          </w:tcPr>
          <w:p w14:paraId="2E09F4CD" w14:textId="20AFD469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4F013A6F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Январь 2027 года, после каникул</w:t>
            </w:r>
          </w:p>
        </w:tc>
        <w:tc>
          <w:tcPr>
            <w:tcW w:w="2665" w:type="dxa"/>
            <w:vAlign w:val="center"/>
          </w:tcPr>
          <w:p w14:paraId="7D2B859E" w14:textId="6FDBB8BE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ь географии</w:t>
            </w:r>
          </w:p>
        </w:tc>
        <w:tc>
          <w:tcPr>
            <w:tcW w:w="3680" w:type="dxa"/>
          </w:tcPr>
          <w:p w14:paraId="30DD3B8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4D2D589C" w14:textId="32410448" w:rsidTr="00E47A1B">
        <w:trPr>
          <w:jc w:val="center"/>
        </w:trPr>
        <w:tc>
          <w:tcPr>
            <w:tcW w:w="5050" w:type="dxa"/>
            <w:vAlign w:val="center"/>
          </w:tcPr>
          <w:p w14:paraId="0CF7065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Урок изобразительного искусства к 195-летию со дня рождения И. И. Шишкина</w:t>
            </w:r>
          </w:p>
        </w:tc>
        <w:tc>
          <w:tcPr>
            <w:tcW w:w="1040" w:type="dxa"/>
          </w:tcPr>
          <w:p w14:paraId="7BBA1B4D" w14:textId="545057B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2DB65CEC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25.01.2027</w:t>
            </w:r>
          </w:p>
        </w:tc>
        <w:tc>
          <w:tcPr>
            <w:tcW w:w="2665" w:type="dxa"/>
            <w:vAlign w:val="center"/>
          </w:tcPr>
          <w:p w14:paraId="48179EA1" w14:textId="5B4B4190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Учитель изобразительного искусства; </w:t>
            </w:r>
          </w:p>
        </w:tc>
        <w:tc>
          <w:tcPr>
            <w:tcW w:w="3680" w:type="dxa"/>
          </w:tcPr>
          <w:p w14:paraId="034E030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4F0EE768" w14:textId="62D68785" w:rsidTr="00E47A1B">
        <w:trPr>
          <w:jc w:val="center"/>
        </w:trPr>
        <w:tc>
          <w:tcPr>
            <w:tcW w:w="5050" w:type="dxa"/>
            <w:vAlign w:val="center"/>
          </w:tcPr>
          <w:p w14:paraId="5FAD358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Литературная мастерская к 130-летию со дня рождения В. П. Катаева</w:t>
            </w:r>
          </w:p>
        </w:tc>
        <w:tc>
          <w:tcPr>
            <w:tcW w:w="1040" w:type="dxa"/>
          </w:tcPr>
          <w:p w14:paraId="12EA9817" w14:textId="0686D62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4CD9785B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28.01.2027</w:t>
            </w:r>
          </w:p>
        </w:tc>
        <w:tc>
          <w:tcPr>
            <w:tcW w:w="2665" w:type="dxa"/>
            <w:vAlign w:val="center"/>
          </w:tcPr>
          <w:p w14:paraId="4DEB1845" w14:textId="0538D59B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русского языка и литературы; школьный библиотекарь</w:t>
            </w:r>
          </w:p>
        </w:tc>
        <w:tc>
          <w:tcPr>
            <w:tcW w:w="3680" w:type="dxa"/>
          </w:tcPr>
          <w:p w14:paraId="5B19D5B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EE6B9A9" w14:textId="092849D0" w:rsidTr="00E47A1B">
        <w:trPr>
          <w:jc w:val="center"/>
        </w:trPr>
        <w:tc>
          <w:tcPr>
            <w:tcW w:w="5050" w:type="dxa"/>
            <w:vAlign w:val="center"/>
          </w:tcPr>
          <w:p w14:paraId="09D0608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Литературная гостиная к 145-летию со дня рождения К. И. Чуковского</w:t>
            </w:r>
          </w:p>
        </w:tc>
        <w:tc>
          <w:tcPr>
            <w:tcW w:w="1040" w:type="dxa"/>
          </w:tcPr>
          <w:p w14:paraId="1A146D38" w14:textId="070F943D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1CAEC414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31.03.2027</w:t>
            </w:r>
          </w:p>
        </w:tc>
        <w:tc>
          <w:tcPr>
            <w:tcW w:w="2665" w:type="dxa"/>
            <w:vAlign w:val="center"/>
          </w:tcPr>
          <w:p w14:paraId="77A4F8B9" w14:textId="7B7A0AF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русского языка и литературы; школьный библиотекарь</w:t>
            </w:r>
          </w:p>
        </w:tc>
        <w:tc>
          <w:tcPr>
            <w:tcW w:w="3680" w:type="dxa"/>
          </w:tcPr>
          <w:p w14:paraId="69A467D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0FD3C49C" w14:textId="63313EB5" w:rsidTr="00E47A1B">
        <w:trPr>
          <w:jc w:val="center"/>
        </w:trPr>
        <w:tc>
          <w:tcPr>
            <w:tcW w:w="5050" w:type="dxa"/>
            <w:vAlign w:val="center"/>
          </w:tcPr>
          <w:p w14:paraId="446D43F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Читательское занятие к 125-летию со дня рождения В. А. Осеевой</w:t>
            </w:r>
          </w:p>
        </w:tc>
        <w:tc>
          <w:tcPr>
            <w:tcW w:w="1040" w:type="dxa"/>
          </w:tcPr>
          <w:p w14:paraId="2ED51DB8" w14:textId="277D8DE3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40E1DE28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30.04.2027</w:t>
            </w:r>
          </w:p>
        </w:tc>
        <w:tc>
          <w:tcPr>
            <w:tcW w:w="2665" w:type="dxa"/>
            <w:vAlign w:val="center"/>
          </w:tcPr>
          <w:p w14:paraId="341474DB" w14:textId="6B185930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школьный библиотекарь</w:t>
            </w:r>
          </w:p>
        </w:tc>
        <w:tc>
          <w:tcPr>
            <w:tcW w:w="3680" w:type="dxa"/>
          </w:tcPr>
          <w:p w14:paraId="733F932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4903BFC" w14:textId="68FCFA22" w:rsidTr="00E47A1B">
        <w:trPr>
          <w:jc w:val="center"/>
        </w:trPr>
        <w:tc>
          <w:tcPr>
            <w:tcW w:w="5050" w:type="dxa"/>
            <w:vAlign w:val="center"/>
          </w:tcPr>
          <w:p w14:paraId="4A2A605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Проектно-исследовательские задания экологической и краеведческой направленности</w:t>
            </w:r>
          </w:p>
        </w:tc>
        <w:tc>
          <w:tcPr>
            <w:tcW w:w="1040" w:type="dxa"/>
          </w:tcPr>
          <w:p w14:paraId="56BF21B4" w14:textId="55B45D86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7D7CDB64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665" w:type="dxa"/>
            <w:vAlign w:val="center"/>
          </w:tcPr>
          <w:p w14:paraId="39F985D6" w14:textId="4F339C3E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Учителя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биологии и географии</w:t>
            </w:r>
          </w:p>
        </w:tc>
        <w:tc>
          <w:tcPr>
            <w:tcW w:w="3680" w:type="dxa"/>
          </w:tcPr>
          <w:p w14:paraId="4C14E8C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32755FB2" w14:textId="59321E5C" w:rsidTr="00E47A1B">
        <w:trPr>
          <w:jc w:val="center"/>
        </w:trPr>
        <w:tc>
          <w:tcPr>
            <w:tcW w:w="5050" w:type="dxa"/>
            <w:vAlign w:val="center"/>
          </w:tcPr>
          <w:p w14:paraId="1C59F2D6" w14:textId="77777777" w:rsidR="00EF3737" w:rsidRPr="00027D8D" w:rsidRDefault="00EF3737" w:rsidP="00EF3737">
            <w:pPr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Предметные игровые недели по русскому языку, литературному чтению, математике и окружающему миру</w:t>
            </w:r>
          </w:p>
        </w:tc>
        <w:tc>
          <w:tcPr>
            <w:tcW w:w="1040" w:type="dxa"/>
          </w:tcPr>
          <w:p w14:paraId="41C5CFBD" w14:textId="32185F5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14F7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653" w:type="dxa"/>
            <w:vAlign w:val="center"/>
          </w:tcPr>
          <w:p w14:paraId="5CBF50E3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отдельному графику школы</w:t>
            </w:r>
          </w:p>
        </w:tc>
        <w:tc>
          <w:tcPr>
            <w:tcW w:w="2665" w:type="dxa"/>
            <w:vAlign w:val="center"/>
          </w:tcPr>
          <w:p w14:paraId="328EFC6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учебно-воспитательной работе; учителя основной школы</w:t>
            </w:r>
          </w:p>
        </w:tc>
        <w:tc>
          <w:tcPr>
            <w:tcW w:w="3680" w:type="dxa"/>
          </w:tcPr>
          <w:p w14:paraId="72C39EF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27690" w:rsidRPr="00BE7498" w14:paraId="0F4EE1D2" w14:textId="77777777" w:rsidTr="001A1839">
        <w:trPr>
          <w:jc w:val="center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9FA2" w14:textId="79E1C0C6" w:rsidR="00F27690" w:rsidRPr="00F27690" w:rsidRDefault="00F27690" w:rsidP="00F27690">
            <w:pPr>
              <w:rPr>
                <w:rFonts w:cs="Times New Roman"/>
                <w:b/>
                <w:bCs/>
                <w:sz w:val="22"/>
                <w:szCs w:val="32"/>
                <w:lang w:val="ru-RU"/>
              </w:rPr>
            </w:pPr>
            <w:r w:rsidRPr="00F27690">
              <w:rPr>
                <w:sz w:val="22"/>
                <w:szCs w:val="32"/>
                <w:lang w:val="ru-RU"/>
              </w:rPr>
              <w:t>Защита индивидуальных проектов с общественно значимой, исследовательской или профессионально ориентированной тематикой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C664" w14:textId="64AD5F78" w:rsidR="00F27690" w:rsidRPr="00F27690" w:rsidRDefault="00F27690" w:rsidP="00F27690">
            <w:pPr>
              <w:rPr>
                <w:rFonts w:cs="Times New Roman"/>
                <w:sz w:val="22"/>
                <w:szCs w:val="32"/>
              </w:rPr>
            </w:pPr>
            <w:r w:rsidRPr="00F27690">
              <w:rPr>
                <w:sz w:val="22"/>
                <w:szCs w:val="32"/>
              </w:rPr>
              <w:t>10–11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E18A" w14:textId="6A345C07" w:rsidR="00F27690" w:rsidRPr="00F27690" w:rsidRDefault="00F27690" w:rsidP="00F27690">
            <w:pPr>
              <w:jc w:val="center"/>
              <w:rPr>
                <w:rFonts w:cs="Times New Roman"/>
                <w:sz w:val="22"/>
                <w:szCs w:val="32"/>
                <w:lang w:val="ru-RU"/>
              </w:rPr>
            </w:pPr>
            <w:r w:rsidRPr="00F27690">
              <w:rPr>
                <w:sz w:val="22"/>
                <w:szCs w:val="32"/>
                <w:lang w:val="ru-RU"/>
              </w:rPr>
              <w:t>По графику защиты индивидуальных проектов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344AD" w14:textId="75BB65C9" w:rsidR="00F27690" w:rsidRPr="00F27690" w:rsidRDefault="00F27690" w:rsidP="00F27690">
            <w:pPr>
              <w:rPr>
                <w:rFonts w:cs="Times New Roman"/>
                <w:sz w:val="22"/>
                <w:szCs w:val="32"/>
                <w:lang w:val="ru-RU"/>
              </w:rPr>
            </w:pPr>
            <w:r w:rsidRPr="00F27690">
              <w:rPr>
                <w:sz w:val="22"/>
                <w:szCs w:val="32"/>
                <w:lang w:val="ru-RU"/>
              </w:rPr>
              <w:t>Заместитель директора по учебно-воспитательной работе; руководители индивидуальных проектов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56A5" w14:textId="0FA532B5" w:rsidR="00F27690" w:rsidRPr="00F27690" w:rsidRDefault="00F27690" w:rsidP="00F27690">
            <w:pPr>
              <w:rPr>
                <w:rFonts w:cs="Times New Roman"/>
                <w:sz w:val="22"/>
                <w:szCs w:val="32"/>
                <w:lang w:val="ru-RU"/>
              </w:rPr>
            </w:pPr>
            <w:r w:rsidRPr="00F27690">
              <w:rPr>
                <w:sz w:val="22"/>
                <w:szCs w:val="32"/>
                <w:lang w:val="ru-RU"/>
              </w:rPr>
              <w:t>Защита индивидуальных проектов с общественно значимой, исследовательской или профессионально ориентированной тематикой</w:t>
            </w:r>
          </w:p>
        </w:tc>
      </w:tr>
      <w:tr w:rsidR="00F27690" w:rsidRPr="00BE7498" w14:paraId="3E4F08F7" w14:textId="77777777" w:rsidTr="001A1839">
        <w:trPr>
          <w:jc w:val="center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A284" w14:textId="313CC9C7" w:rsidR="00F27690" w:rsidRPr="00F27690" w:rsidRDefault="00F27690" w:rsidP="00F27690">
            <w:pPr>
              <w:rPr>
                <w:rFonts w:cs="Times New Roman"/>
                <w:b/>
                <w:bCs/>
                <w:sz w:val="22"/>
                <w:szCs w:val="32"/>
                <w:lang w:val="ru-RU"/>
              </w:rPr>
            </w:pPr>
            <w:r w:rsidRPr="00F27690">
              <w:rPr>
                <w:sz w:val="22"/>
                <w:szCs w:val="32"/>
                <w:lang w:val="ru-RU"/>
              </w:rPr>
              <w:t xml:space="preserve">Учебные дискуссии по вопросам гражданской ответственности, права, этики науки, </w:t>
            </w:r>
            <w:r w:rsidRPr="00F27690">
              <w:rPr>
                <w:sz w:val="22"/>
                <w:szCs w:val="32"/>
                <w:lang w:val="ru-RU"/>
              </w:rPr>
              <w:lastRenderedPageBreak/>
              <w:t>медиаграмотности и профессионального выбора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7FFD" w14:textId="0415B794" w:rsidR="00F27690" w:rsidRPr="00F27690" w:rsidRDefault="00F27690" w:rsidP="00F27690">
            <w:pPr>
              <w:rPr>
                <w:rFonts w:cs="Times New Roman"/>
                <w:sz w:val="22"/>
                <w:szCs w:val="32"/>
              </w:rPr>
            </w:pPr>
            <w:r w:rsidRPr="00F27690">
              <w:rPr>
                <w:sz w:val="22"/>
                <w:szCs w:val="32"/>
              </w:rPr>
              <w:lastRenderedPageBreak/>
              <w:t>10–11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E52C" w14:textId="50306BE7" w:rsidR="00F27690" w:rsidRPr="00F27690" w:rsidRDefault="00F27690" w:rsidP="00F27690">
            <w:pPr>
              <w:jc w:val="center"/>
              <w:rPr>
                <w:rFonts w:cs="Times New Roman"/>
                <w:sz w:val="22"/>
                <w:szCs w:val="32"/>
              </w:rPr>
            </w:pPr>
            <w:r w:rsidRPr="00F27690">
              <w:rPr>
                <w:sz w:val="22"/>
                <w:szCs w:val="32"/>
              </w:rPr>
              <w:t>Один раз в четверть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C823" w14:textId="6CA84D2A" w:rsidR="00F27690" w:rsidRPr="00F27690" w:rsidRDefault="00F27690" w:rsidP="00F27690">
            <w:pPr>
              <w:rPr>
                <w:rFonts w:cs="Times New Roman"/>
                <w:sz w:val="22"/>
                <w:szCs w:val="32"/>
                <w:lang w:val="ru-RU"/>
              </w:rPr>
            </w:pPr>
            <w:r w:rsidRPr="00F27690">
              <w:rPr>
                <w:sz w:val="22"/>
                <w:szCs w:val="32"/>
                <w:lang w:val="ru-RU"/>
              </w:rPr>
              <w:t xml:space="preserve">Учителя истории, обществознания, </w:t>
            </w:r>
            <w:r w:rsidRPr="00F27690">
              <w:rPr>
                <w:sz w:val="22"/>
                <w:szCs w:val="32"/>
                <w:lang w:val="ru-RU"/>
              </w:rPr>
              <w:lastRenderedPageBreak/>
              <w:t>литературы, естественно-научных дисциплин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C9FF" w14:textId="4F96F357" w:rsidR="00F27690" w:rsidRPr="00F27690" w:rsidRDefault="00F27690" w:rsidP="00F27690">
            <w:pPr>
              <w:rPr>
                <w:rFonts w:cs="Times New Roman"/>
                <w:sz w:val="22"/>
                <w:szCs w:val="32"/>
                <w:lang w:val="ru-RU"/>
              </w:rPr>
            </w:pPr>
            <w:r w:rsidRPr="00F27690">
              <w:rPr>
                <w:sz w:val="22"/>
                <w:szCs w:val="32"/>
                <w:lang w:val="ru-RU"/>
              </w:rPr>
              <w:lastRenderedPageBreak/>
              <w:t xml:space="preserve">Учебные дискуссии по вопросам гражданской ответственности, </w:t>
            </w:r>
            <w:r w:rsidRPr="00F27690">
              <w:rPr>
                <w:sz w:val="22"/>
                <w:szCs w:val="32"/>
                <w:lang w:val="ru-RU"/>
              </w:rPr>
              <w:lastRenderedPageBreak/>
              <w:t>права, этики науки, медиаграмотности и профессионального выбора</w:t>
            </w:r>
          </w:p>
        </w:tc>
      </w:tr>
    </w:tbl>
    <w:p w14:paraId="6C9F93B4" w14:textId="77777777" w:rsidR="00C35608" w:rsidRPr="00027D8D" w:rsidRDefault="00C35608" w:rsidP="00241A19">
      <w:pPr>
        <w:spacing w:before="180" w:after="80"/>
        <w:rPr>
          <w:rFonts w:cs="Times New Roman"/>
          <w:b/>
          <w:sz w:val="24"/>
          <w:szCs w:val="24"/>
          <w:lang w:val="ru-RU"/>
        </w:rPr>
      </w:pPr>
    </w:p>
    <w:p w14:paraId="7B79B93E" w14:textId="2314B63A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МОДУЛЬ «ВНЕУРОЧНАЯ ДЕЯТЕЛЬНОСТЬ И ДОПОЛНИТЕЛЬНОЕ ОБРАЗОВАНИЕ»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27"/>
        <w:gridCol w:w="993"/>
        <w:gridCol w:w="1559"/>
        <w:gridCol w:w="2835"/>
        <w:gridCol w:w="3585"/>
      </w:tblGrid>
      <w:tr w:rsidR="008C7416" w:rsidRPr="00027D8D" w14:paraId="05A385AD" w14:textId="2410F6A0" w:rsidTr="000A63B8">
        <w:trPr>
          <w:tblHeader/>
          <w:jc w:val="center"/>
        </w:trPr>
        <w:tc>
          <w:tcPr>
            <w:tcW w:w="4927" w:type="dxa"/>
            <w:shd w:val="clear" w:color="auto" w:fill="D9EAF7"/>
            <w:vAlign w:val="center"/>
          </w:tcPr>
          <w:p w14:paraId="07C467C1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shd w:val="clear" w:color="auto" w:fill="D9EAF7"/>
            <w:vAlign w:val="center"/>
          </w:tcPr>
          <w:p w14:paraId="14CCFDB4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172DAAC6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4DFD333D" w14:textId="77777777" w:rsidR="008C7416" w:rsidRPr="00027D8D" w:rsidRDefault="008C741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585" w:type="dxa"/>
            <w:shd w:val="clear" w:color="auto" w:fill="D9EAF7"/>
          </w:tcPr>
          <w:p w14:paraId="39D20B87" w14:textId="40F248EA" w:rsidR="008C7416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027D8D" w14:paraId="798F4417" w14:textId="4A1104BF" w:rsidTr="000E4610">
        <w:trPr>
          <w:jc w:val="center"/>
        </w:trPr>
        <w:tc>
          <w:tcPr>
            <w:tcW w:w="4927" w:type="dxa"/>
            <w:vAlign w:val="center"/>
          </w:tcPr>
          <w:p w14:paraId="6D4C018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Курс внеурочной деятельности «Разговоры о важном» по федеральной программе и календарю тем</w:t>
            </w:r>
          </w:p>
        </w:tc>
        <w:tc>
          <w:tcPr>
            <w:tcW w:w="993" w:type="dxa"/>
          </w:tcPr>
          <w:p w14:paraId="17E2B2E5" w14:textId="1F042711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6EF5A693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Еженедельно по понедельникам, по расписанию</w:t>
            </w:r>
          </w:p>
        </w:tc>
        <w:tc>
          <w:tcPr>
            <w:tcW w:w="2835" w:type="dxa"/>
            <w:vAlign w:val="center"/>
          </w:tcPr>
          <w:p w14:paraId="610435C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85" w:type="dxa"/>
          </w:tcPr>
          <w:p w14:paraId="09EFF0E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6A4678F4" w14:textId="54F97567" w:rsidTr="000E4610">
        <w:trPr>
          <w:jc w:val="center"/>
        </w:trPr>
        <w:tc>
          <w:tcPr>
            <w:tcW w:w="4927" w:type="dxa"/>
            <w:vAlign w:val="center"/>
          </w:tcPr>
          <w:p w14:paraId="083426C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Деятельность первичного отделения Движения Первых</w:t>
            </w:r>
          </w:p>
        </w:tc>
        <w:tc>
          <w:tcPr>
            <w:tcW w:w="993" w:type="dxa"/>
          </w:tcPr>
          <w:p w14:paraId="53C0AD62" w14:textId="3B758808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1C8639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 по плану первичного отделения</w:t>
            </w:r>
          </w:p>
        </w:tc>
        <w:tc>
          <w:tcPr>
            <w:tcW w:w="2835" w:type="dxa"/>
            <w:vAlign w:val="center"/>
          </w:tcPr>
          <w:p w14:paraId="1FA078C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85" w:type="dxa"/>
          </w:tcPr>
          <w:p w14:paraId="0119E60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2D2C4186" w14:textId="599B87AB" w:rsidTr="000E4610">
        <w:trPr>
          <w:jc w:val="center"/>
        </w:trPr>
        <w:tc>
          <w:tcPr>
            <w:tcW w:w="4927" w:type="dxa"/>
            <w:vAlign w:val="center"/>
          </w:tcPr>
          <w:p w14:paraId="2C9B22DA" w14:textId="54CE52CB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Курс «</w:t>
            </w: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Финансовая грамотность»</w:t>
            </w:r>
          </w:p>
        </w:tc>
        <w:tc>
          <w:tcPr>
            <w:tcW w:w="993" w:type="dxa"/>
          </w:tcPr>
          <w:p w14:paraId="5694C27C" w14:textId="72E6879B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3F5FF37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Еженедельно по расписанию</w:t>
            </w:r>
          </w:p>
        </w:tc>
        <w:tc>
          <w:tcPr>
            <w:tcW w:w="2835" w:type="dxa"/>
            <w:vAlign w:val="center"/>
          </w:tcPr>
          <w:p w14:paraId="2F4CB79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 основной школы</w:t>
            </w:r>
          </w:p>
        </w:tc>
        <w:tc>
          <w:tcPr>
            <w:tcW w:w="3585" w:type="dxa"/>
          </w:tcPr>
          <w:p w14:paraId="3EB08A2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5CB9A02F" w14:textId="15B00595" w:rsidTr="000E4610">
        <w:trPr>
          <w:jc w:val="center"/>
        </w:trPr>
        <w:tc>
          <w:tcPr>
            <w:tcW w:w="4927" w:type="dxa"/>
            <w:vAlign w:val="center"/>
          </w:tcPr>
          <w:p w14:paraId="15DA7C76" w14:textId="02DB3DC5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Исследовательское объединение «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Проектная деятельность</w:t>
            </w:r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14:paraId="79E578FB" w14:textId="7882507D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735F2546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Еженедельно по расписанию</w:t>
            </w:r>
          </w:p>
        </w:tc>
        <w:tc>
          <w:tcPr>
            <w:tcW w:w="2835" w:type="dxa"/>
            <w:vAlign w:val="center"/>
          </w:tcPr>
          <w:p w14:paraId="2425E47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педагог дополнительного образования (при наличии)</w:t>
            </w:r>
          </w:p>
        </w:tc>
        <w:tc>
          <w:tcPr>
            <w:tcW w:w="3585" w:type="dxa"/>
          </w:tcPr>
          <w:p w14:paraId="1CD2E6B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7CF523F6" w14:textId="61E8EBAA" w:rsidTr="000E4610">
        <w:trPr>
          <w:jc w:val="center"/>
        </w:trPr>
        <w:tc>
          <w:tcPr>
            <w:tcW w:w="4927" w:type="dxa"/>
            <w:vAlign w:val="center"/>
          </w:tcPr>
          <w:p w14:paraId="584322CF" w14:textId="6E4F4FB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241A19">
              <w:rPr>
                <w:rFonts w:eastAsia="Calibri" w:cs="Times New Roman"/>
                <w:sz w:val="24"/>
                <w:szCs w:val="24"/>
                <w:lang w:val="ru-RU"/>
              </w:rPr>
              <w:t>Семьеведение</w:t>
            </w:r>
          </w:p>
        </w:tc>
        <w:tc>
          <w:tcPr>
            <w:tcW w:w="993" w:type="dxa"/>
          </w:tcPr>
          <w:p w14:paraId="229B4315" w14:textId="3057E5FE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396934FA" w14:textId="5551500C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Сентябрь–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май</w:t>
            </w:r>
            <w:r w:rsidRPr="00027D8D">
              <w:rPr>
                <w:rFonts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2835" w:type="dxa"/>
            <w:vAlign w:val="center"/>
          </w:tcPr>
          <w:p w14:paraId="14222514" w14:textId="06952048" w:rsidR="00EF3737" w:rsidRPr="00027D8D" w:rsidRDefault="00241A19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3585" w:type="dxa"/>
          </w:tcPr>
          <w:p w14:paraId="3FA5D10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7830ACD2" w14:textId="575074BF" w:rsidTr="000E4610">
        <w:trPr>
          <w:jc w:val="center"/>
        </w:trPr>
        <w:tc>
          <w:tcPr>
            <w:tcW w:w="4927" w:type="dxa"/>
            <w:vAlign w:val="center"/>
          </w:tcPr>
          <w:p w14:paraId="6371A14E" w14:textId="45472DE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Медиаграмотность</w:t>
            </w:r>
          </w:p>
        </w:tc>
        <w:tc>
          <w:tcPr>
            <w:tcW w:w="993" w:type="dxa"/>
          </w:tcPr>
          <w:p w14:paraId="194620CE" w14:textId="3B2FC97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32652ECB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835" w:type="dxa"/>
            <w:vAlign w:val="center"/>
          </w:tcPr>
          <w:p w14:paraId="6EC0DECF" w14:textId="6D91503F" w:rsidR="00EF3737" w:rsidRPr="00241A19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Учитель </w:t>
            </w:r>
            <w:r w:rsidR="00241A19">
              <w:rPr>
                <w:rFonts w:cs="Times New Roman"/>
                <w:sz w:val="24"/>
                <w:szCs w:val="24"/>
                <w:lang w:val="ru-RU"/>
              </w:rPr>
              <w:t>информатики</w:t>
            </w:r>
          </w:p>
        </w:tc>
        <w:tc>
          <w:tcPr>
            <w:tcW w:w="3585" w:type="dxa"/>
          </w:tcPr>
          <w:p w14:paraId="449BAB9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2CC11BBB" w14:textId="77777777" w:rsidTr="000E4610">
        <w:trPr>
          <w:jc w:val="center"/>
        </w:trPr>
        <w:tc>
          <w:tcPr>
            <w:tcW w:w="4927" w:type="dxa"/>
            <w:vAlign w:val="center"/>
          </w:tcPr>
          <w:p w14:paraId="73CF1E1D" w14:textId="38178A0B" w:rsidR="00EF3737" w:rsidRPr="00027D8D" w:rsidRDefault="00241A19" w:rsidP="00EF373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  <w:lang w:val="ru-RU"/>
              </w:rPr>
              <w:t>Биохимия</w:t>
            </w:r>
          </w:p>
        </w:tc>
        <w:tc>
          <w:tcPr>
            <w:tcW w:w="993" w:type="dxa"/>
          </w:tcPr>
          <w:p w14:paraId="6BC34661" w14:textId="0AC7DEC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3D6FDD37" w14:textId="7C555808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835" w:type="dxa"/>
          </w:tcPr>
          <w:p w14:paraId="07866911" w14:textId="5525468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 основной школы</w:t>
            </w:r>
          </w:p>
        </w:tc>
        <w:tc>
          <w:tcPr>
            <w:tcW w:w="3585" w:type="dxa"/>
          </w:tcPr>
          <w:p w14:paraId="4A795BB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2613F420" w14:textId="77777777" w:rsidTr="000E4610">
        <w:trPr>
          <w:jc w:val="center"/>
        </w:trPr>
        <w:tc>
          <w:tcPr>
            <w:tcW w:w="4927" w:type="dxa"/>
            <w:vAlign w:val="center"/>
          </w:tcPr>
          <w:p w14:paraId="474C0E4D" w14:textId="668928B8" w:rsidR="00EF3737" w:rsidRPr="00027D8D" w:rsidRDefault="00EF3737" w:rsidP="00EF3737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Юнармия</w:t>
            </w:r>
          </w:p>
        </w:tc>
        <w:tc>
          <w:tcPr>
            <w:tcW w:w="993" w:type="dxa"/>
          </w:tcPr>
          <w:p w14:paraId="4BCD84E7" w14:textId="4625DC8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6705F19" w14:textId="534A086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По </w:t>
            </w:r>
            <w:r w:rsidRPr="00027D8D">
              <w:rPr>
                <w:rFonts w:cs="Times New Roman"/>
                <w:sz w:val="24"/>
                <w:szCs w:val="24"/>
              </w:rPr>
              <w:lastRenderedPageBreak/>
              <w:t>расписанию</w:t>
            </w:r>
          </w:p>
        </w:tc>
        <w:tc>
          <w:tcPr>
            <w:tcW w:w="2835" w:type="dxa"/>
            <w:vAlign w:val="center"/>
          </w:tcPr>
          <w:p w14:paraId="3FFCF901" w14:textId="78B669C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Учитель ОБЗР</w:t>
            </w:r>
          </w:p>
        </w:tc>
        <w:tc>
          <w:tcPr>
            <w:tcW w:w="3585" w:type="dxa"/>
          </w:tcPr>
          <w:p w14:paraId="66E97AA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5492CFB0" w14:textId="77777777" w:rsidTr="000E4610">
        <w:trPr>
          <w:jc w:val="center"/>
        </w:trPr>
        <w:tc>
          <w:tcPr>
            <w:tcW w:w="4927" w:type="dxa"/>
            <w:vAlign w:val="center"/>
          </w:tcPr>
          <w:p w14:paraId="0148CAB2" w14:textId="46C28171" w:rsidR="00EF3737" w:rsidRPr="00027D8D" w:rsidRDefault="00EF3737" w:rsidP="00EF3737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lastRenderedPageBreak/>
              <w:t>Семьеведение</w:t>
            </w:r>
          </w:p>
        </w:tc>
        <w:tc>
          <w:tcPr>
            <w:tcW w:w="993" w:type="dxa"/>
          </w:tcPr>
          <w:p w14:paraId="6094B639" w14:textId="0A4FD00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441FA550" w14:textId="03EF7190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835" w:type="dxa"/>
          </w:tcPr>
          <w:p w14:paraId="0D15D5FE" w14:textId="485E3A4B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 основной школы</w:t>
            </w:r>
          </w:p>
        </w:tc>
        <w:tc>
          <w:tcPr>
            <w:tcW w:w="3585" w:type="dxa"/>
          </w:tcPr>
          <w:p w14:paraId="19BF224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0CF50D3" w14:textId="77777777" w:rsidTr="000E4610">
        <w:trPr>
          <w:jc w:val="center"/>
        </w:trPr>
        <w:tc>
          <w:tcPr>
            <w:tcW w:w="4927" w:type="dxa"/>
            <w:vAlign w:val="center"/>
          </w:tcPr>
          <w:p w14:paraId="060DCDE6" w14:textId="3CB4F54E" w:rsidR="00EF3737" w:rsidRPr="00027D8D" w:rsidRDefault="00EF3737" w:rsidP="00EF3737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Курс «С</w:t>
            </w:r>
            <w:r w:rsidR="00241A19">
              <w:rPr>
                <w:rFonts w:eastAsia="Calibri" w:cs="Times New Roman"/>
                <w:sz w:val="24"/>
                <w:szCs w:val="24"/>
                <w:lang w:val="ru-RU"/>
              </w:rPr>
              <w:t>ложности русского языка</w:t>
            </w: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</w:tcPr>
          <w:p w14:paraId="5AA0A5FA" w14:textId="0A32159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600C5537" w14:textId="308D5DB0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835" w:type="dxa"/>
          </w:tcPr>
          <w:p w14:paraId="542E0050" w14:textId="5AC8468D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 основной школы</w:t>
            </w:r>
          </w:p>
        </w:tc>
        <w:tc>
          <w:tcPr>
            <w:tcW w:w="3585" w:type="dxa"/>
          </w:tcPr>
          <w:p w14:paraId="03CED50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796D4AC0" w14:textId="77777777" w:rsidTr="000E4610">
        <w:trPr>
          <w:jc w:val="center"/>
        </w:trPr>
        <w:tc>
          <w:tcPr>
            <w:tcW w:w="4927" w:type="dxa"/>
            <w:vAlign w:val="center"/>
          </w:tcPr>
          <w:p w14:paraId="4B130BC7" w14:textId="4D4E4DC9" w:rsidR="00EF3737" w:rsidRPr="00027D8D" w:rsidRDefault="00EF3737" w:rsidP="00EF3737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Волейбол</w:t>
            </w:r>
          </w:p>
        </w:tc>
        <w:tc>
          <w:tcPr>
            <w:tcW w:w="993" w:type="dxa"/>
          </w:tcPr>
          <w:p w14:paraId="34B7BD44" w14:textId="4D0EF2C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07E4A9BB" w14:textId="3A4FE34F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835" w:type="dxa"/>
            <w:vAlign w:val="center"/>
          </w:tcPr>
          <w:p w14:paraId="6A501E1B" w14:textId="3846295D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физической культуры</w:t>
            </w:r>
          </w:p>
        </w:tc>
        <w:tc>
          <w:tcPr>
            <w:tcW w:w="3585" w:type="dxa"/>
          </w:tcPr>
          <w:p w14:paraId="1E9FF45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AC8862E" w14:textId="77777777" w:rsidTr="000E4610">
        <w:trPr>
          <w:jc w:val="center"/>
        </w:trPr>
        <w:tc>
          <w:tcPr>
            <w:tcW w:w="4927" w:type="dxa"/>
            <w:vAlign w:val="center"/>
          </w:tcPr>
          <w:p w14:paraId="129C63FF" w14:textId="1728C3D4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Россия- мои горизонты</w:t>
            </w:r>
          </w:p>
        </w:tc>
        <w:tc>
          <w:tcPr>
            <w:tcW w:w="993" w:type="dxa"/>
          </w:tcPr>
          <w:p w14:paraId="14B4DFB1" w14:textId="069BACC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79F649A9" w14:textId="3AA6EC0B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835" w:type="dxa"/>
            <w:vAlign w:val="center"/>
          </w:tcPr>
          <w:p w14:paraId="7874D9B8" w14:textId="4BD1EE9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85" w:type="dxa"/>
          </w:tcPr>
          <w:p w14:paraId="35D1557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1A74433" w14:textId="0D0149BD" w:rsidTr="000E4610">
        <w:trPr>
          <w:jc w:val="center"/>
        </w:trPr>
        <w:tc>
          <w:tcPr>
            <w:tcW w:w="4927" w:type="dxa"/>
            <w:vAlign w:val="center"/>
          </w:tcPr>
          <w:p w14:paraId="1734FB8E" w14:textId="4DB22F1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Спортивные секции школьного спортивного клуба «Школа здоровья»</w:t>
            </w:r>
          </w:p>
        </w:tc>
        <w:tc>
          <w:tcPr>
            <w:tcW w:w="993" w:type="dxa"/>
          </w:tcPr>
          <w:p w14:paraId="66A32C62" w14:textId="1FC7973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1CEA957A" w14:textId="7DA3F07F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835" w:type="dxa"/>
            <w:vAlign w:val="center"/>
          </w:tcPr>
          <w:p w14:paraId="6E75360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спортивного клуба; учитель физической культуры</w:t>
            </w:r>
          </w:p>
        </w:tc>
        <w:tc>
          <w:tcPr>
            <w:tcW w:w="3585" w:type="dxa"/>
          </w:tcPr>
          <w:p w14:paraId="0576A0B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F966397" w14:textId="33006A24" w:rsidTr="000E4610">
        <w:trPr>
          <w:jc w:val="center"/>
        </w:trPr>
        <w:tc>
          <w:tcPr>
            <w:tcW w:w="4927" w:type="dxa"/>
            <w:vAlign w:val="center"/>
          </w:tcPr>
          <w:p w14:paraId="28F02A47" w14:textId="60913F9D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Интеллектуальн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ый клуб</w:t>
            </w:r>
            <w:r w:rsidRPr="00027D8D">
              <w:rPr>
                <w:rFonts w:cs="Times New Roman"/>
                <w:sz w:val="24"/>
                <w:szCs w:val="24"/>
              </w:rPr>
              <w:t xml:space="preserve"> «Юны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е музееведы</w:t>
            </w:r>
            <w:r w:rsidRPr="00027D8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14:paraId="20929FCA" w14:textId="05CFE93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3408D27D" w14:textId="79A61684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835" w:type="dxa"/>
            <w:vAlign w:val="center"/>
          </w:tcPr>
          <w:p w14:paraId="517FD189" w14:textId="03F4624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 школы; руководитель школьного музея</w:t>
            </w:r>
          </w:p>
        </w:tc>
        <w:tc>
          <w:tcPr>
            <w:tcW w:w="3585" w:type="dxa"/>
          </w:tcPr>
          <w:p w14:paraId="31F4C2D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172A3D8D" w14:textId="77777777" w:rsidTr="000E4610">
        <w:trPr>
          <w:jc w:val="center"/>
        </w:trPr>
        <w:tc>
          <w:tcPr>
            <w:tcW w:w="4927" w:type="dxa"/>
            <w:vAlign w:val="center"/>
          </w:tcPr>
          <w:p w14:paraId="3938CF76" w14:textId="77777777" w:rsidR="00EF3737" w:rsidRPr="00027D8D" w:rsidRDefault="00EF3737" w:rsidP="00EF3737">
            <w:pPr>
              <w:spacing w:after="160" w:line="259" w:lineRule="auto"/>
              <w:rPr>
                <w:rFonts w:eastAsia="Calibri" w:cs="Times New Roman"/>
                <w:color w:val="000000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color w:val="000000"/>
                <w:sz w:val="24"/>
                <w:szCs w:val="24"/>
                <w:lang w:val="ru-RU"/>
              </w:rPr>
              <w:t>Ансамбль «Славяночка»</w:t>
            </w:r>
          </w:p>
          <w:p w14:paraId="29A5934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50108427" w14:textId="23B74BF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24AAB931" w14:textId="328686FF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835" w:type="dxa"/>
          </w:tcPr>
          <w:p w14:paraId="448F4B4B" w14:textId="2BEDFC5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Педагог дополнительного образования школы; </w:t>
            </w:r>
          </w:p>
        </w:tc>
        <w:tc>
          <w:tcPr>
            <w:tcW w:w="3585" w:type="dxa"/>
          </w:tcPr>
          <w:p w14:paraId="4848427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87610C2" w14:textId="77777777" w:rsidTr="000E4610">
        <w:trPr>
          <w:jc w:val="center"/>
        </w:trPr>
        <w:tc>
          <w:tcPr>
            <w:tcW w:w="4927" w:type="dxa"/>
            <w:vAlign w:val="center"/>
          </w:tcPr>
          <w:p w14:paraId="1DD26D5C" w14:textId="6F4E886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Клуб «Поиск»</w:t>
            </w:r>
          </w:p>
        </w:tc>
        <w:tc>
          <w:tcPr>
            <w:tcW w:w="993" w:type="dxa"/>
          </w:tcPr>
          <w:p w14:paraId="2CBA2CC1" w14:textId="35B89A5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7D53A2C7" w14:textId="64A14A0F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835" w:type="dxa"/>
            <w:vAlign w:val="center"/>
          </w:tcPr>
          <w:p w14:paraId="0C98B51E" w14:textId="25C7D70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 школы; руководитель школьного музея</w:t>
            </w:r>
          </w:p>
        </w:tc>
        <w:tc>
          <w:tcPr>
            <w:tcW w:w="3585" w:type="dxa"/>
          </w:tcPr>
          <w:p w14:paraId="5968E71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12A369FF" w14:textId="7FC1ADDE" w:rsidTr="000E4610">
        <w:trPr>
          <w:jc w:val="center"/>
        </w:trPr>
        <w:tc>
          <w:tcPr>
            <w:tcW w:w="4927" w:type="dxa"/>
            <w:vAlign w:val="center"/>
          </w:tcPr>
          <w:p w14:paraId="16BB7AA0" w14:textId="77777777" w:rsidR="00EF3737" w:rsidRPr="00027D8D" w:rsidRDefault="00EF3737" w:rsidP="00EF3737">
            <w:pPr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Итоговая презентация результатов внеурочной деятельности и дополнительного образования</w:t>
            </w:r>
          </w:p>
        </w:tc>
        <w:tc>
          <w:tcPr>
            <w:tcW w:w="993" w:type="dxa"/>
          </w:tcPr>
          <w:p w14:paraId="315BF9D5" w14:textId="028A815A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051C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308C3294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835" w:type="dxa"/>
            <w:vAlign w:val="center"/>
          </w:tcPr>
          <w:p w14:paraId="0D7D153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руководители объединений</w:t>
            </w:r>
          </w:p>
        </w:tc>
        <w:tc>
          <w:tcPr>
            <w:tcW w:w="3585" w:type="dxa"/>
          </w:tcPr>
          <w:p w14:paraId="443826F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22262A04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166F413B" w14:textId="77777777" w:rsidR="002969D9" w:rsidRDefault="002969D9">
      <w:pPr>
        <w:spacing w:before="180" w:after="80"/>
        <w:jc w:val="center"/>
        <w:rPr>
          <w:rFonts w:cs="Times New Roman"/>
          <w:b/>
          <w:sz w:val="24"/>
          <w:szCs w:val="24"/>
        </w:rPr>
      </w:pPr>
    </w:p>
    <w:p w14:paraId="65657557" w14:textId="77777777" w:rsidR="002969D9" w:rsidRDefault="002969D9">
      <w:pPr>
        <w:spacing w:before="180" w:after="80"/>
        <w:jc w:val="center"/>
        <w:rPr>
          <w:rFonts w:cs="Times New Roman"/>
          <w:b/>
          <w:sz w:val="24"/>
          <w:szCs w:val="24"/>
        </w:rPr>
      </w:pPr>
    </w:p>
    <w:p w14:paraId="2D268EC8" w14:textId="45263253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lastRenderedPageBreak/>
        <w:t>МОДУЛЬ «КЛАССНОЕ РУКОВОДСТВО»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38"/>
        <w:gridCol w:w="993"/>
        <w:gridCol w:w="1559"/>
        <w:gridCol w:w="2835"/>
        <w:gridCol w:w="3496"/>
      </w:tblGrid>
      <w:tr w:rsidR="000A63B8" w:rsidRPr="00027D8D" w14:paraId="7DFC8986" w14:textId="276DE3FE" w:rsidTr="00EF3737">
        <w:trPr>
          <w:tblHeader/>
          <w:jc w:val="center"/>
        </w:trPr>
        <w:tc>
          <w:tcPr>
            <w:tcW w:w="4838" w:type="dxa"/>
            <w:shd w:val="clear" w:color="auto" w:fill="D9EAF7"/>
            <w:vAlign w:val="center"/>
          </w:tcPr>
          <w:p w14:paraId="3B405264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shd w:val="clear" w:color="auto" w:fill="D9EAF7"/>
            <w:vAlign w:val="center"/>
          </w:tcPr>
          <w:p w14:paraId="2DA5A7F6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472955D8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17CF1244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496" w:type="dxa"/>
            <w:shd w:val="clear" w:color="auto" w:fill="D9EAF7"/>
          </w:tcPr>
          <w:p w14:paraId="3DD04637" w14:textId="646542A8" w:rsidR="000A63B8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BE7498" w14:paraId="2F5B3263" w14:textId="7A2275A2" w:rsidTr="00EF3737">
        <w:trPr>
          <w:jc w:val="center"/>
        </w:trPr>
        <w:tc>
          <w:tcPr>
            <w:tcW w:w="4838" w:type="dxa"/>
            <w:vAlign w:val="center"/>
          </w:tcPr>
          <w:p w14:paraId="5C34DD2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Церемония поднятия Государственного флага Российской Федерации и исполнения Государственного гимна Российской Федерации</w:t>
            </w:r>
          </w:p>
        </w:tc>
        <w:tc>
          <w:tcPr>
            <w:tcW w:w="993" w:type="dxa"/>
          </w:tcPr>
          <w:p w14:paraId="7315FF28" w14:textId="2DA2DF6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535F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DEA8C61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Еженедельно по понедельникам до начала занятий; в иные дни — по локальному порядку школы</w:t>
            </w:r>
          </w:p>
        </w:tc>
        <w:tc>
          <w:tcPr>
            <w:tcW w:w="2835" w:type="dxa"/>
            <w:vAlign w:val="center"/>
          </w:tcPr>
          <w:p w14:paraId="1A183FF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496" w:type="dxa"/>
          </w:tcPr>
          <w:p w14:paraId="1707B6E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65CE730D" w14:textId="1E005087" w:rsidTr="00EF3737">
        <w:trPr>
          <w:jc w:val="center"/>
        </w:trPr>
        <w:tc>
          <w:tcPr>
            <w:tcW w:w="4838" w:type="dxa"/>
            <w:vAlign w:val="center"/>
          </w:tcPr>
          <w:p w14:paraId="58A8CE4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Тематические классные часы по рабочей программе воспитания</w:t>
            </w:r>
          </w:p>
        </w:tc>
        <w:tc>
          <w:tcPr>
            <w:tcW w:w="993" w:type="dxa"/>
          </w:tcPr>
          <w:p w14:paraId="5EFDD96C" w14:textId="72B5A9F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535F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4B8AF274" w14:textId="16D26206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Один раз в месяц</w:t>
            </w:r>
          </w:p>
        </w:tc>
        <w:tc>
          <w:tcPr>
            <w:tcW w:w="2835" w:type="dxa"/>
            <w:vAlign w:val="center"/>
          </w:tcPr>
          <w:p w14:paraId="2C842D6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0D1DFCA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665DD" w:rsidRPr="00027D8D" w14:paraId="5994C122" w14:textId="77777777" w:rsidTr="008665DD">
        <w:trPr>
          <w:jc w:val="center"/>
        </w:trPr>
        <w:tc>
          <w:tcPr>
            <w:tcW w:w="13721" w:type="dxa"/>
            <w:gridSpan w:val="5"/>
            <w:shd w:val="clear" w:color="auto" w:fill="FF0000"/>
            <w:vAlign w:val="center"/>
          </w:tcPr>
          <w:p w14:paraId="61F04505" w14:textId="1F163023" w:rsidR="008665DD" w:rsidRPr="00027D8D" w:rsidRDefault="008665DD" w:rsidP="008665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классных часов</w:t>
            </w:r>
          </w:p>
        </w:tc>
      </w:tr>
      <w:tr w:rsidR="00D76929" w:rsidRPr="00027D8D" w14:paraId="265AE863" w14:textId="77777777" w:rsidTr="00EF3737">
        <w:trPr>
          <w:jc w:val="center"/>
        </w:trPr>
        <w:tc>
          <w:tcPr>
            <w:tcW w:w="4838" w:type="dxa"/>
            <w:vAlign w:val="center"/>
          </w:tcPr>
          <w:p w14:paraId="512EAC78" w14:textId="77777777" w:rsidR="00F27690" w:rsidRPr="00F27690" w:rsidRDefault="00F27690" w:rsidP="00F27690">
            <w:pPr>
              <w:numPr>
                <w:ilvl w:val="0"/>
                <w:numId w:val="34"/>
              </w:numPr>
              <w:spacing w:after="39" w:line="237" w:lineRule="auto"/>
              <w:rPr>
                <w:rFonts w:cs="Times New Roman"/>
                <w:color w:val="000000"/>
                <w:sz w:val="24"/>
                <w:szCs w:val="28"/>
                <w:lang w:val="ru-RU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 xml:space="preserve">Действия при обнаружении предмета, похожего на взрывное устройство. Безопасное поведение на улице, в школе и дома. «Действия населения по сигналу </w:t>
            </w:r>
          </w:p>
          <w:p w14:paraId="069B4A05" w14:textId="77777777" w:rsidR="00F27690" w:rsidRPr="00F27690" w:rsidRDefault="00F27690" w:rsidP="00F27690">
            <w:pPr>
              <w:spacing w:after="167" w:line="256" w:lineRule="auto"/>
              <w:rPr>
                <w:rFonts w:cs="Times New Roman"/>
                <w:color w:val="000000"/>
                <w:sz w:val="24"/>
                <w:szCs w:val="28"/>
                <w:lang w:val="ru-RU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 xml:space="preserve">«Внимание всем» и по сигналу о срочной эвакуации». </w:t>
            </w:r>
          </w:p>
          <w:p w14:paraId="7B9960FC" w14:textId="0E734DCD" w:rsidR="00D76929" w:rsidRPr="00027D8D" w:rsidRDefault="00F27690" w:rsidP="00F2769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>Я - гражданин России. Стратегия принятия решений.</w:t>
            </w:r>
          </w:p>
        </w:tc>
        <w:tc>
          <w:tcPr>
            <w:tcW w:w="993" w:type="dxa"/>
            <w:vAlign w:val="center"/>
          </w:tcPr>
          <w:p w14:paraId="462AAA31" w14:textId="3BD63B9E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vAlign w:val="center"/>
          </w:tcPr>
          <w:p w14:paraId="6DD0035F" w14:textId="629AFF99" w:rsidR="00D76929" w:rsidRPr="00027D8D" w:rsidRDefault="00D76929" w:rsidP="00D7692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835" w:type="dxa"/>
          </w:tcPr>
          <w:p w14:paraId="601E5117" w14:textId="4141C98A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0619C9AF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7300B15B" w14:textId="77777777" w:rsidTr="00EF3737">
        <w:trPr>
          <w:jc w:val="center"/>
        </w:trPr>
        <w:tc>
          <w:tcPr>
            <w:tcW w:w="4838" w:type="dxa"/>
            <w:vAlign w:val="center"/>
          </w:tcPr>
          <w:p w14:paraId="045F4355" w14:textId="2310455B" w:rsidR="00F27690" w:rsidRPr="00F27690" w:rsidRDefault="00F27690" w:rsidP="00F27690">
            <w:pPr>
              <w:spacing w:after="177" w:line="249" w:lineRule="auto"/>
              <w:rPr>
                <w:rFonts w:cs="Times New Roman"/>
                <w:color w:val="000000"/>
                <w:sz w:val="24"/>
                <w:szCs w:val="28"/>
                <w:lang w:val="ru-RU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 xml:space="preserve">1. Действия при обнаружении предмета, похожего на взрывное устройство. Безопасное поведение на улице, в школе и дома. «Действия населения по сигналу «Внимание всем» и по сигналу о срочной эвакуации». </w:t>
            </w:r>
          </w:p>
          <w:p w14:paraId="18507666" w14:textId="42418BE0" w:rsidR="00D76929" w:rsidRPr="00F27690" w:rsidRDefault="00F27690" w:rsidP="00F27690">
            <w:pPr>
              <w:spacing w:after="127" w:line="256" w:lineRule="auto"/>
              <w:rPr>
                <w:rFonts w:cs="Times New Roman"/>
                <w:color w:val="000000"/>
                <w:sz w:val="24"/>
                <w:szCs w:val="28"/>
                <w:lang w:val="ru-RU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 xml:space="preserve">2.Значение ответственного выбора в жизни человека. </w:t>
            </w:r>
          </w:p>
        </w:tc>
        <w:tc>
          <w:tcPr>
            <w:tcW w:w="993" w:type="dxa"/>
            <w:vAlign w:val="center"/>
          </w:tcPr>
          <w:p w14:paraId="61DAE4CB" w14:textId="5B18E96D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  <w:vAlign w:val="center"/>
          </w:tcPr>
          <w:p w14:paraId="2588335D" w14:textId="46722D29" w:rsidR="00D76929" w:rsidRPr="00027D8D" w:rsidRDefault="00F27690" w:rsidP="00D7692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835" w:type="dxa"/>
          </w:tcPr>
          <w:p w14:paraId="752734AC" w14:textId="13DD7AB1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7C1CAC08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600A8822" w14:textId="77777777" w:rsidTr="00EF3737">
        <w:trPr>
          <w:jc w:val="center"/>
        </w:trPr>
        <w:tc>
          <w:tcPr>
            <w:tcW w:w="4838" w:type="dxa"/>
            <w:vAlign w:val="center"/>
          </w:tcPr>
          <w:p w14:paraId="5224724A" w14:textId="77777777" w:rsidR="00F27690" w:rsidRPr="00F27690" w:rsidRDefault="00F27690" w:rsidP="00F27690">
            <w:pPr>
              <w:spacing w:after="171" w:line="256" w:lineRule="auto"/>
              <w:rPr>
                <w:rFonts w:cs="Times New Roman"/>
                <w:color w:val="000000"/>
                <w:sz w:val="24"/>
                <w:szCs w:val="28"/>
                <w:lang w:val="ru-RU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 xml:space="preserve">1.Терроризм и безопасность человека в современном мире».Мои действия при </w:t>
            </w: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lastRenderedPageBreak/>
              <w:t xml:space="preserve">угрозе совершения и при совершении террористического акта. </w:t>
            </w:r>
          </w:p>
          <w:p w14:paraId="7D78D117" w14:textId="5B416F53" w:rsidR="00D76929" w:rsidRPr="00F27690" w:rsidRDefault="00F27690" w:rsidP="00F27690">
            <w:pPr>
              <w:spacing w:after="177" w:line="249" w:lineRule="auto"/>
              <w:rPr>
                <w:rFonts w:cs="Times New Roman"/>
                <w:color w:val="000000"/>
                <w:sz w:val="24"/>
                <w:szCs w:val="28"/>
                <w:lang w:val="ru-RU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>2. Армия и военный призыв «Есть такая профессия – Родину защищать!»</w:t>
            </w:r>
          </w:p>
        </w:tc>
        <w:tc>
          <w:tcPr>
            <w:tcW w:w="993" w:type="dxa"/>
            <w:vAlign w:val="center"/>
          </w:tcPr>
          <w:p w14:paraId="1EFA4CFA" w14:textId="16972949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559" w:type="dxa"/>
            <w:vAlign w:val="center"/>
          </w:tcPr>
          <w:p w14:paraId="0367E2C6" w14:textId="1FEBB086" w:rsidR="00D76929" w:rsidRPr="00027D8D" w:rsidRDefault="00F27690" w:rsidP="00D7692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835" w:type="dxa"/>
          </w:tcPr>
          <w:p w14:paraId="43737223" w14:textId="32B89DA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3EEE8900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AC5A2F1" w14:textId="77777777" w:rsidTr="00EF3737">
        <w:trPr>
          <w:jc w:val="center"/>
        </w:trPr>
        <w:tc>
          <w:tcPr>
            <w:tcW w:w="4838" w:type="dxa"/>
            <w:vAlign w:val="center"/>
          </w:tcPr>
          <w:p w14:paraId="7AFF1D90" w14:textId="77777777" w:rsidR="00F27690" w:rsidRPr="00F27690" w:rsidRDefault="00F27690" w:rsidP="00F27690">
            <w:pPr>
              <w:numPr>
                <w:ilvl w:val="0"/>
                <w:numId w:val="35"/>
              </w:numPr>
              <w:spacing w:after="172" w:line="256" w:lineRule="auto"/>
              <w:rPr>
                <w:rFonts w:cs="Times New Roman"/>
                <w:color w:val="000000"/>
                <w:sz w:val="24"/>
                <w:szCs w:val="28"/>
                <w:lang w:val="ru-RU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lastRenderedPageBreak/>
              <w:t xml:space="preserve">Терроризм и безопасность человека в современном мире». Мои действия при угрозе совершения и при совершении террористического акта. </w:t>
            </w:r>
          </w:p>
          <w:p w14:paraId="6CA050FB" w14:textId="38D07B46" w:rsidR="00D76929" w:rsidRPr="00027D8D" w:rsidRDefault="00F27690" w:rsidP="00F27690">
            <w:pPr>
              <w:spacing w:after="177" w:line="249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>2.</w:t>
            </w:r>
            <w:r w:rsidRPr="00F27690">
              <w:rPr>
                <w:rFonts w:cs="Times New Roman"/>
                <w:color w:val="000000"/>
                <w:sz w:val="24"/>
                <w:szCs w:val="28"/>
              </w:rPr>
              <w:t>Наши святыни</w:t>
            </w:r>
          </w:p>
        </w:tc>
        <w:tc>
          <w:tcPr>
            <w:tcW w:w="993" w:type="dxa"/>
            <w:vAlign w:val="center"/>
          </w:tcPr>
          <w:p w14:paraId="5D4FA884" w14:textId="33C7C494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  <w:vAlign w:val="center"/>
          </w:tcPr>
          <w:p w14:paraId="5400A931" w14:textId="3C57ECF4" w:rsidR="00D76929" w:rsidRPr="00027D8D" w:rsidRDefault="00F27690" w:rsidP="00D7692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835" w:type="dxa"/>
          </w:tcPr>
          <w:p w14:paraId="3867A374" w14:textId="6F86240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7AF66D22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3C03FD20" w14:textId="52722938" w:rsidTr="00EF3737">
        <w:trPr>
          <w:jc w:val="center"/>
        </w:trPr>
        <w:tc>
          <w:tcPr>
            <w:tcW w:w="4838" w:type="dxa"/>
            <w:vAlign w:val="center"/>
          </w:tcPr>
          <w:p w14:paraId="3721088A" w14:textId="77777777" w:rsidR="00F27690" w:rsidRPr="00F27690" w:rsidRDefault="00F27690" w:rsidP="00F27690">
            <w:pPr>
              <w:numPr>
                <w:ilvl w:val="0"/>
                <w:numId w:val="36"/>
              </w:numPr>
              <w:spacing w:after="135" w:line="290" w:lineRule="auto"/>
              <w:rPr>
                <w:rFonts w:cs="Times New Roman"/>
                <w:color w:val="000000"/>
                <w:sz w:val="24"/>
                <w:szCs w:val="28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 xml:space="preserve">«Ты не один. Прекрасное рядом с нами». </w:t>
            </w:r>
            <w:r w:rsidRPr="00F27690">
              <w:rPr>
                <w:rFonts w:cs="Times New Roman"/>
                <w:color w:val="000000"/>
                <w:sz w:val="24"/>
                <w:szCs w:val="28"/>
              </w:rPr>
              <w:t xml:space="preserve">«Умей управлять своими эмоциями» </w:t>
            </w:r>
          </w:p>
          <w:p w14:paraId="3C20A120" w14:textId="0951639D" w:rsidR="00D76929" w:rsidRPr="00F27690" w:rsidRDefault="00F27690" w:rsidP="00F27690">
            <w:pPr>
              <w:rPr>
                <w:rFonts w:cs="Times New Roman"/>
                <w:sz w:val="24"/>
                <w:szCs w:val="28"/>
                <w:lang w:val="ru-RU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>Я – гражданин России. Уроки правовой грамотности.</w:t>
            </w:r>
          </w:p>
        </w:tc>
        <w:tc>
          <w:tcPr>
            <w:tcW w:w="993" w:type="dxa"/>
            <w:vAlign w:val="center"/>
          </w:tcPr>
          <w:p w14:paraId="4AD21593" w14:textId="0444C5C4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vAlign w:val="center"/>
          </w:tcPr>
          <w:p w14:paraId="78929725" w14:textId="72F7C40E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835" w:type="dxa"/>
          </w:tcPr>
          <w:p w14:paraId="2ABD521D" w14:textId="082212FE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00A43D0A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4127E063" w14:textId="77777777" w:rsidTr="00EF3737">
        <w:trPr>
          <w:jc w:val="center"/>
        </w:trPr>
        <w:tc>
          <w:tcPr>
            <w:tcW w:w="4838" w:type="dxa"/>
            <w:vAlign w:val="center"/>
          </w:tcPr>
          <w:p w14:paraId="4374D348" w14:textId="19FD18FB" w:rsidR="00F27690" w:rsidRPr="00F27690" w:rsidRDefault="00D76929" w:rsidP="00F27690">
            <w:pPr>
              <w:numPr>
                <w:ilvl w:val="0"/>
                <w:numId w:val="37"/>
              </w:numPr>
              <w:spacing w:after="135" w:line="290" w:lineRule="auto"/>
              <w:rPr>
                <w:rFonts w:cs="Times New Roman"/>
                <w:color w:val="000000"/>
                <w:sz w:val="24"/>
                <w:szCs w:val="28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>1</w:t>
            </w:r>
            <w:r w:rsidR="00F27690"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 xml:space="preserve"> «Ты не один. Прекрасное рядом с нами». </w:t>
            </w:r>
            <w:r w:rsidR="00F27690" w:rsidRPr="00F27690">
              <w:rPr>
                <w:rFonts w:cs="Times New Roman"/>
                <w:color w:val="000000"/>
                <w:sz w:val="24"/>
                <w:szCs w:val="28"/>
              </w:rPr>
              <w:t xml:space="preserve">«Умей управлять своими эмоциями» </w:t>
            </w:r>
          </w:p>
          <w:p w14:paraId="2CE3D7CB" w14:textId="73DA5508" w:rsidR="00D76929" w:rsidRPr="00F27690" w:rsidRDefault="00F27690" w:rsidP="00F27690">
            <w:pPr>
              <w:rPr>
                <w:rFonts w:cs="Times New Roman"/>
                <w:sz w:val="24"/>
                <w:szCs w:val="28"/>
                <w:lang w:val="ru-RU"/>
              </w:rPr>
            </w:pPr>
            <w:r w:rsidRPr="00F27690">
              <w:rPr>
                <w:rFonts w:cs="Times New Roman"/>
                <w:color w:val="000000"/>
                <w:sz w:val="24"/>
                <w:szCs w:val="28"/>
                <w:lang w:val="ru-RU"/>
              </w:rPr>
              <w:t>Я – гражданин России. Уроки правовой грамотности.</w:t>
            </w:r>
          </w:p>
        </w:tc>
        <w:tc>
          <w:tcPr>
            <w:tcW w:w="993" w:type="dxa"/>
            <w:vAlign w:val="center"/>
          </w:tcPr>
          <w:p w14:paraId="3BDA5C2A" w14:textId="5096F263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  <w:vAlign w:val="center"/>
          </w:tcPr>
          <w:p w14:paraId="430E93CB" w14:textId="1A8995FE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835" w:type="dxa"/>
          </w:tcPr>
          <w:p w14:paraId="2148B91A" w14:textId="1E3F4EF3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7DF1D290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17FA6BC3" w14:textId="77777777" w:rsidTr="00EF3737">
        <w:trPr>
          <w:jc w:val="center"/>
        </w:trPr>
        <w:tc>
          <w:tcPr>
            <w:tcW w:w="4838" w:type="dxa"/>
            <w:vAlign w:val="center"/>
          </w:tcPr>
          <w:p w14:paraId="73B48EF8" w14:textId="77777777" w:rsidR="00F27690" w:rsidRPr="00F27690" w:rsidRDefault="00F27690" w:rsidP="00F27690">
            <w:pPr>
              <w:numPr>
                <w:ilvl w:val="0"/>
                <w:numId w:val="38"/>
              </w:numPr>
              <w:spacing w:after="170" w:line="256" w:lineRule="auto"/>
              <w:rPr>
                <w:rFonts w:cs="Times New Roman"/>
                <w:color w:val="000000"/>
                <w:sz w:val="21"/>
              </w:rPr>
            </w:pPr>
            <w:r w:rsidRPr="00F27690">
              <w:rPr>
                <w:rFonts w:cs="Times New Roman"/>
                <w:color w:val="000000"/>
                <w:sz w:val="21"/>
                <w:lang w:val="ru-RU"/>
              </w:rPr>
              <w:t xml:space="preserve">Профилактическая беседа по правилам поведения в общественных местах, мероприятиях. Толпа: как не стать ее жертвой. «Как себя вести в чрезвычайных ситуациях». </w:t>
            </w:r>
            <w:r w:rsidRPr="00F27690">
              <w:rPr>
                <w:rFonts w:cs="Times New Roman"/>
                <w:color w:val="000000"/>
                <w:sz w:val="21"/>
              </w:rPr>
              <w:t xml:space="preserve">Правила безопасного поведения в зимний период. </w:t>
            </w:r>
          </w:p>
          <w:p w14:paraId="2836BB24" w14:textId="4252C618" w:rsidR="00D76929" w:rsidRPr="00027D8D" w:rsidRDefault="00F27690" w:rsidP="00F27690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1"/>
                <w:lang w:val="ru-RU"/>
              </w:rPr>
              <w:t>2.</w:t>
            </w:r>
            <w:r w:rsidRPr="00F27690">
              <w:rPr>
                <w:rFonts w:cs="Times New Roman"/>
                <w:color w:val="000000"/>
                <w:sz w:val="21"/>
                <w:lang w:val="ru-RU"/>
              </w:rPr>
              <w:t>Как не ошибиться в выборе профессии.</w:t>
            </w:r>
          </w:p>
        </w:tc>
        <w:tc>
          <w:tcPr>
            <w:tcW w:w="993" w:type="dxa"/>
            <w:vAlign w:val="center"/>
          </w:tcPr>
          <w:p w14:paraId="56B618A3" w14:textId="0F19AC07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vAlign w:val="center"/>
          </w:tcPr>
          <w:p w14:paraId="22DC06C6" w14:textId="6ADD080F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835" w:type="dxa"/>
          </w:tcPr>
          <w:p w14:paraId="6DFCA06F" w14:textId="7DC48E5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0FA3BF9C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64F12680" w14:textId="77777777" w:rsidTr="00EF3737">
        <w:trPr>
          <w:jc w:val="center"/>
        </w:trPr>
        <w:tc>
          <w:tcPr>
            <w:tcW w:w="4838" w:type="dxa"/>
            <w:vAlign w:val="center"/>
          </w:tcPr>
          <w:p w14:paraId="3A15F1D8" w14:textId="77777777" w:rsidR="00F27690" w:rsidRPr="00F27690" w:rsidRDefault="00F27690" w:rsidP="00F27690">
            <w:pPr>
              <w:numPr>
                <w:ilvl w:val="0"/>
                <w:numId w:val="39"/>
              </w:numPr>
              <w:spacing w:after="180" w:line="244" w:lineRule="auto"/>
              <w:rPr>
                <w:rFonts w:cs="Times New Roman"/>
                <w:color w:val="000000"/>
                <w:sz w:val="21"/>
              </w:rPr>
            </w:pPr>
            <w:r w:rsidRPr="00F27690">
              <w:rPr>
                <w:rFonts w:cs="Times New Roman"/>
                <w:color w:val="000000"/>
                <w:sz w:val="21"/>
                <w:lang w:val="ru-RU"/>
              </w:rPr>
              <w:t xml:space="preserve">Профилактическая беседа по правилам поведения в общественных местах, мероприятиях. Толпа: как не стать ее жертвой. «Как себя вести в чрезвычайных ситуациях». </w:t>
            </w:r>
            <w:r w:rsidRPr="00F27690">
              <w:rPr>
                <w:rFonts w:cs="Times New Roman"/>
                <w:color w:val="000000"/>
                <w:sz w:val="21"/>
              </w:rPr>
              <w:t xml:space="preserve">Правила безопасного поведения в зимний период. </w:t>
            </w:r>
          </w:p>
          <w:p w14:paraId="3998E0C8" w14:textId="76EBAC47" w:rsidR="00D76929" w:rsidRPr="00027D8D" w:rsidRDefault="00F27690" w:rsidP="00F2769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27690">
              <w:rPr>
                <w:rFonts w:cs="Times New Roman"/>
                <w:color w:val="000000"/>
                <w:sz w:val="21"/>
              </w:rPr>
              <w:t>Выбираю профессию.</w:t>
            </w:r>
          </w:p>
        </w:tc>
        <w:tc>
          <w:tcPr>
            <w:tcW w:w="993" w:type="dxa"/>
            <w:vAlign w:val="center"/>
          </w:tcPr>
          <w:p w14:paraId="38F41FD7" w14:textId="1C37A2EC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  <w:vAlign w:val="center"/>
          </w:tcPr>
          <w:p w14:paraId="08764404" w14:textId="1804B7C0" w:rsidR="00D76929" w:rsidRPr="00027D8D" w:rsidRDefault="00F2769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835" w:type="dxa"/>
          </w:tcPr>
          <w:p w14:paraId="3C1BF6D0" w14:textId="7895F6D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17D86D98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0307D5ED" w14:textId="77777777" w:rsidTr="00EF3737">
        <w:trPr>
          <w:jc w:val="center"/>
        </w:trPr>
        <w:tc>
          <w:tcPr>
            <w:tcW w:w="4838" w:type="dxa"/>
            <w:vAlign w:val="center"/>
          </w:tcPr>
          <w:p w14:paraId="12728335" w14:textId="77777777" w:rsidR="00E27410" w:rsidRPr="00E27410" w:rsidRDefault="00E27410" w:rsidP="00E27410">
            <w:pPr>
              <w:spacing w:after="151"/>
              <w:rPr>
                <w:rFonts w:cs="Times New Roman"/>
                <w:color w:val="000000"/>
                <w:sz w:val="21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 xml:space="preserve">1.Правонарушения и преступления. Скажем </w:t>
            </w:r>
            <w:r w:rsidRPr="00E27410">
              <w:rPr>
                <w:rFonts w:cs="Times New Roman"/>
                <w:color w:val="000000"/>
                <w:sz w:val="21"/>
                <w:lang w:val="ru-RU"/>
              </w:rPr>
              <w:lastRenderedPageBreak/>
              <w:t xml:space="preserve">экстремизму нет. Ценности, объединяющие мир». </w:t>
            </w:r>
          </w:p>
          <w:p w14:paraId="38AA5BAC" w14:textId="4E204E03" w:rsidR="00D76929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>2. Профессии будущего.</w:t>
            </w:r>
          </w:p>
        </w:tc>
        <w:tc>
          <w:tcPr>
            <w:tcW w:w="993" w:type="dxa"/>
            <w:vAlign w:val="center"/>
          </w:tcPr>
          <w:p w14:paraId="7A8BA069" w14:textId="3492D526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559" w:type="dxa"/>
            <w:vAlign w:val="center"/>
          </w:tcPr>
          <w:p w14:paraId="5995CE8F" w14:textId="6C4CFC05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835" w:type="dxa"/>
          </w:tcPr>
          <w:p w14:paraId="63222BDF" w14:textId="2C2CC3AC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30FA07BE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61D6D56A" w14:textId="77777777" w:rsidTr="00EF3737">
        <w:trPr>
          <w:jc w:val="center"/>
        </w:trPr>
        <w:tc>
          <w:tcPr>
            <w:tcW w:w="4838" w:type="dxa"/>
            <w:vAlign w:val="center"/>
          </w:tcPr>
          <w:p w14:paraId="1277CABF" w14:textId="1360D4E1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bookmarkStart w:id="1" w:name="_Hlk237349716"/>
            <w:r w:rsidRPr="00E27410">
              <w:rPr>
                <w:rFonts w:cs="Times New Roman"/>
                <w:lang w:val="ru-RU"/>
              </w:rPr>
              <w:lastRenderedPageBreak/>
              <w:t>1. Правонарушения и преступления. Скажем экстремизму нет. Ценности, объединяющие мир». 2.Профессиональное самоопределение, его связь с выбором пути и продолжения образования.</w:t>
            </w:r>
          </w:p>
        </w:tc>
        <w:tc>
          <w:tcPr>
            <w:tcW w:w="993" w:type="dxa"/>
            <w:vAlign w:val="center"/>
          </w:tcPr>
          <w:p w14:paraId="18A9AAFA" w14:textId="4BF15D65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</w:tcPr>
          <w:p w14:paraId="4010E507" w14:textId="3A6021AA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835" w:type="dxa"/>
          </w:tcPr>
          <w:p w14:paraId="632F1DD3" w14:textId="4C5B5E4C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21981127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09B41476" w14:textId="77777777" w:rsidTr="00EF3737">
        <w:trPr>
          <w:jc w:val="center"/>
        </w:trPr>
        <w:tc>
          <w:tcPr>
            <w:tcW w:w="4838" w:type="dxa"/>
            <w:vAlign w:val="center"/>
          </w:tcPr>
          <w:p w14:paraId="720B362B" w14:textId="77777777" w:rsidR="00E27410" w:rsidRPr="00E27410" w:rsidRDefault="00E27410" w:rsidP="00E27410">
            <w:pPr>
              <w:spacing w:after="166" w:line="256" w:lineRule="auto"/>
              <w:rPr>
                <w:rFonts w:cs="Times New Roman"/>
                <w:color w:val="000000"/>
                <w:sz w:val="21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 xml:space="preserve">1.Урок здоровья «Скажи наркотикам «Нет!». </w:t>
            </w:r>
          </w:p>
          <w:p w14:paraId="632979CB" w14:textId="332A0FAD" w:rsidR="00D76929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>2. Молодежные субкультуры. «За» и «Против».</w:t>
            </w:r>
          </w:p>
        </w:tc>
        <w:tc>
          <w:tcPr>
            <w:tcW w:w="993" w:type="dxa"/>
            <w:vAlign w:val="center"/>
          </w:tcPr>
          <w:p w14:paraId="49324CB8" w14:textId="05B7BEF6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</w:tcPr>
          <w:p w14:paraId="29B5FEDE" w14:textId="309F068F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835" w:type="dxa"/>
          </w:tcPr>
          <w:p w14:paraId="45FF6430" w14:textId="683D6804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71B36199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FB1B71A" w14:textId="77777777" w:rsidTr="00EF3737">
        <w:trPr>
          <w:jc w:val="center"/>
        </w:trPr>
        <w:tc>
          <w:tcPr>
            <w:tcW w:w="4838" w:type="dxa"/>
            <w:vAlign w:val="center"/>
          </w:tcPr>
          <w:p w14:paraId="5C470336" w14:textId="77777777" w:rsidR="00E27410" w:rsidRPr="00E27410" w:rsidRDefault="00E27410" w:rsidP="00E27410">
            <w:pPr>
              <w:spacing w:after="151"/>
              <w:rPr>
                <w:rFonts w:cs="Times New Roman"/>
                <w:color w:val="000000"/>
                <w:sz w:val="21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 xml:space="preserve">1.Поведение в экстремальной ситуации. Опасно ли виртуальное пространство Интернета? </w:t>
            </w:r>
          </w:p>
          <w:p w14:paraId="2D0E3D76" w14:textId="10079D86" w:rsidR="00D76929" w:rsidRPr="00E27410" w:rsidRDefault="00E27410" w:rsidP="00E27410">
            <w:pPr>
              <w:pStyle w:val="ae"/>
              <w:ind w:left="0"/>
              <w:rPr>
                <w:rFonts w:cs="Times New Roman"/>
                <w:sz w:val="24"/>
                <w:szCs w:val="24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</w:rPr>
              <w:t xml:space="preserve">2. Учебные заведения </w:t>
            </w:r>
            <w:r>
              <w:rPr>
                <w:rFonts w:cs="Times New Roman"/>
                <w:color w:val="000000"/>
                <w:sz w:val="21"/>
                <w:lang w:val="ru-RU"/>
              </w:rPr>
              <w:t>Россиимарт</w:t>
            </w:r>
          </w:p>
        </w:tc>
        <w:tc>
          <w:tcPr>
            <w:tcW w:w="993" w:type="dxa"/>
            <w:vAlign w:val="center"/>
          </w:tcPr>
          <w:p w14:paraId="16589709" w14:textId="3CEADBB8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</w:tcPr>
          <w:p w14:paraId="5FA6EC77" w14:textId="48BAB273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835" w:type="dxa"/>
          </w:tcPr>
          <w:p w14:paraId="21CA73EA" w14:textId="16CC5C90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6ECD93F3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0B341A84" w14:textId="77777777" w:rsidTr="00EF3737">
        <w:trPr>
          <w:jc w:val="center"/>
        </w:trPr>
        <w:tc>
          <w:tcPr>
            <w:tcW w:w="4838" w:type="dxa"/>
            <w:vAlign w:val="center"/>
          </w:tcPr>
          <w:p w14:paraId="7F1E2D7F" w14:textId="77777777" w:rsidR="00E27410" w:rsidRPr="00E27410" w:rsidRDefault="00E27410" w:rsidP="00E27410">
            <w:pPr>
              <w:spacing w:after="168" w:line="259" w:lineRule="auto"/>
              <w:rPr>
                <w:rFonts w:cs="Times New Roman"/>
                <w:color w:val="000000"/>
                <w:sz w:val="21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 xml:space="preserve">1.Я живу в правовом государстве. Закон и порядок. </w:t>
            </w:r>
          </w:p>
          <w:p w14:paraId="21151D9E" w14:textId="43C450B4" w:rsidR="00D76929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>2.Мое место в гражданском обществе.</w:t>
            </w:r>
          </w:p>
        </w:tc>
        <w:tc>
          <w:tcPr>
            <w:tcW w:w="993" w:type="dxa"/>
            <w:vAlign w:val="center"/>
          </w:tcPr>
          <w:p w14:paraId="421DFD5B" w14:textId="177FE867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</w:tcPr>
          <w:p w14:paraId="138D666D" w14:textId="07011FFC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835" w:type="dxa"/>
          </w:tcPr>
          <w:p w14:paraId="329F1953" w14:textId="3907C47F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1C9B41B2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6E854AA" w14:textId="77777777" w:rsidTr="00EF3737">
        <w:trPr>
          <w:jc w:val="center"/>
        </w:trPr>
        <w:tc>
          <w:tcPr>
            <w:tcW w:w="4838" w:type="dxa"/>
            <w:vAlign w:val="center"/>
          </w:tcPr>
          <w:p w14:paraId="4BB79A19" w14:textId="77777777" w:rsidR="00E27410" w:rsidRPr="00E27410" w:rsidRDefault="00E27410" w:rsidP="00E27410">
            <w:pPr>
              <w:spacing w:after="168" w:line="259" w:lineRule="auto"/>
              <w:rPr>
                <w:rFonts w:cs="Times New Roman"/>
                <w:color w:val="000000"/>
                <w:sz w:val="21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 xml:space="preserve">1.Мое место в гражданском обществе. </w:t>
            </w:r>
          </w:p>
          <w:p w14:paraId="70E1AB91" w14:textId="5D9FA18C" w:rsidR="00D76929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>2.Мир профессий и твое место в нем.</w:t>
            </w:r>
          </w:p>
        </w:tc>
        <w:tc>
          <w:tcPr>
            <w:tcW w:w="993" w:type="dxa"/>
            <w:vAlign w:val="center"/>
          </w:tcPr>
          <w:p w14:paraId="1C7FDBFB" w14:textId="1C1A1A01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</w:tcPr>
          <w:p w14:paraId="7026DADC" w14:textId="600F5039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835" w:type="dxa"/>
          </w:tcPr>
          <w:p w14:paraId="1DA73058" w14:textId="7A0A2136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31F674B7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5675D615" w14:textId="77777777" w:rsidTr="00EF3737">
        <w:trPr>
          <w:jc w:val="center"/>
        </w:trPr>
        <w:tc>
          <w:tcPr>
            <w:tcW w:w="4838" w:type="dxa"/>
            <w:vAlign w:val="center"/>
          </w:tcPr>
          <w:p w14:paraId="4FFFDAAD" w14:textId="77777777" w:rsidR="00E27410" w:rsidRPr="00E27410" w:rsidRDefault="00E27410" w:rsidP="00E27410">
            <w:pPr>
              <w:spacing w:after="127" w:line="259" w:lineRule="auto"/>
              <w:rPr>
                <w:rFonts w:cs="Times New Roman"/>
                <w:color w:val="000000"/>
                <w:sz w:val="21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 xml:space="preserve">1.«Коррупция, как особый вид правонарушений». </w:t>
            </w:r>
          </w:p>
          <w:p w14:paraId="25750F78" w14:textId="77777777" w:rsidR="00E27410" w:rsidRPr="00E27410" w:rsidRDefault="00E27410" w:rsidP="00E27410">
            <w:pPr>
              <w:spacing w:line="238" w:lineRule="auto"/>
              <w:rPr>
                <w:rFonts w:cs="Times New Roman"/>
                <w:color w:val="000000"/>
                <w:sz w:val="21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 xml:space="preserve">2. Профессиональное самоопределение, его связь с выбором пути продолжения образования </w:t>
            </w:r>
          </w:p>
          <w:p w14:paraId="483C03DD" w14:textId="16DF224C" w:rsidR="00D76929" w:rsidRPr="00027D8D" w:rsidRDefault="00E27410" w:rsidP="00E27410">
            <w:pPr>
              <w:spacing w:after="150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</w:rPr>
              <w:t>(многоступенчатость образования, подготовительные курсы.)</w:t>
            </w:r>
          </w:p>
        </w:tc>
        <w:tc>
          <w:tcPr>
            <w:tcW w:w="993" w:type="dxa"/>
            <w:vAlign w:val="center"/>
          </w:tcPr>
          <w:p w14:paraId="416D2348" w14:textId="5E3DA9E7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</w:tcPr>
          <w:p w14:paraId="12EF4D83" w14:textId="6119F1B6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835" w:type="dxa"/>
          </w:tcPr>
          <w:p w14:paraId="017D5197" w14:textId="71A9161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3FAFCDC5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1BF14EE1" w14:textId="77777777" w:rsidTr="00EF3737">
        <w:trPr>
          <w:jc w:val="center"/>
        </w:trPr>
        <w:tc>
          <w:tcPr>
            <w:tcW w:w="4838" w:type="dxa"/>
            <w:vAlign w:val="center"/>
          </w:tcPr>
          <w:p w14:paraId="2FE43C78" w14:textId="77777777" w:rsidR="00E27410" w:rsidRPr="00E27410" w:rsidRDefault="00E27410" w:rsidP="00E27410">
            <w:pPr>
              <w:spacing w:after="108" w:line="278" w:lineRule="auto"/>
              <w:jc w:val="both"/>
              <w:rPr>
                <w:rFonts w:cs="Times New Roman"/>
                <w:color w:val="000000"/>
                <w:sz w:val="21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 xml:space="preserve">1.Правовая культура человека. «Коррупция, как особый вид правонарушений». </w:t>
            </w:r>
          </w:p>
          <w:p w14:paraId="086CEED3" w14:textId="61F08DA6" w:rsidR="00D76929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  <w:lang w:val="ru-RU"/>
              </w:rPr>
              <w:t>2. «Что такое профессиональная этика и профессиональная непригодность».</w:t>
            </w:r>
          </w:p>
        </w:tc>
        <w:tc>
          <w:tcPr>
            <w:tcW w:w="993" w:type="dxa"/>
            <w:vAlign w:val="center"/>
          </w:tcPr>
          <w:p w14:paraId="5612D96F" w14:textId="24C1D350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</w:tcPr>
          <w:p w14:paraId="2C2C6DCA" w14:textId="25A3D451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835" w:type="dxa"/>
          </w:tcPr>
          <w:p w14:paraId="3F7C9887" w14:textId="7EC16BC2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29F44B16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76929" w:rsidRPr="00027D8D" w14:paraId="14DA4B37" w14:textId="77777777" w:rsidTr="00EF3737">
        <w:trPr>
          <w:jc w:val="center"/>
        </w:trPr>
        <w:tc>
          <w:tcPr>
            <w:tcW w:w="4838" w:type="dxa"/>
            <w:vAlign w:val="center"/>
          </w:tcPr>
          <w:p w14:paraId="042F2B4B" w14:textId="77777777" w:rsidR="00E27410" w:rsidRPr="00E27410" w:rsidRDefault="00E27410" w:rsidP="00E27410">
            <w:pPr>
              <w:numPr>
                <w:ilvl w:val="0"/>
                <w:numId w:val="40"/>
              </w:numPr>
              <w:spacing w:after="168" w:line="259" w:lineRule="auto"/>
              <w:rPr>
                <w:rFonts w:cs="Times New Roman"/>
                <w:color w:val="000000"/>
                <w:sz w:val="21"/>
              </w:rPr>
            </w:pPr>
            <w:r w:rsidRPr="00E27410">
              <w:rPr>
                <w:rFonts w:cs="Times New Roman"/>
                <w:color w:val="000000"/>
                <w:sz w:val="21"/>
              </w:rPr>
              <w:t xml:space="preserve">«Дорога, которую мы выбираем». </w:t>
            </w:r>
          </w:p>
          <w:p w14:paraId="48EBF87F" w14:textId="2E80D988" w:rsidR="00D76929" w:rsidRPr="00E27410" w:rsidRDefault="00E27410" w:rsidP="00E27410">
            <w:pPr>
              <w:pStyle w:val="ae"/>
              <w:numPr>
                <w:ilvl w:val="0"/>
                <w:numId w:val="40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27410">
              <w:rPr>
                <w:rFonts w:cs="Times New Roman"/>
                <w:color w:val="000000"/>
                <w:sz w:val="21"/>
              </w:rPr>
              <w:t>«Как измерить нравственность?»</w:t>
            </w:r>
          </w:p>
        </w:tc>
        <w:tc>
          <w:tcPr>
            <w:tcW w:w="993" w:type="dxa"/>
            <w:vAlign w:val="center"/>
          </w:tcPr>
          <w:p w14:paraId="1FA8F9D4" w14:textId="72B419E2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3084FDC1" w14:textId="4BB984D2" w:rsidR="00D76929" w:rsidRPr="00027D8D" w:rsidRDefault="00E27410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835" w:type="dxa"/>
          </w:tcPr>
          <w:p w14:paraId="79079061" w14:textId="5D4FF7F9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323ACD14" w14:textId="77777777" w:rsidR="00D76929" w:rsidRPr="00027D8D" w:rsidRDefault="00D76929" w:rsidP="00D7692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bookmarkEnd w:id="1"/>
      <w:tr w:rsidR="00CE08E3" w:rsidRPr="00027D8D" w14:paraId="7C332C61" w14:textId="77777777" w:rsidTr="00CE08E3">
        <w:trPr>
          <w:jc w:val="center"/>
        </w:trPr>
        <w:tc>
          <w:tcPr>
            <w:tcW w:w="13721" w:type="dxa"/>
            <w:gridSpan w:val="5"/>
            <w:shd w:val="clear" w:color="auto" w:fill="FF0000"/>
            <w:vAlign w:val="center"/>
          </w:tcPr>
          <w:p w14:paraId="34820CD6" w14:textId="00A3C686" w:rsidR="00CE08E3" w:rsidRPr="00027D8D" w:rsidRDefault="00CE08E3" w:rsidP="00CE08E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Социально-психологическая помощь</w:t>
            </w:r>
          </w:p>
        </w:tc>
      </w:tr>
      <w:tr w:rsidR="00CE08E3" w:rsidRPr="00027D8D" w14:paraId="167C96B3" w14:textId="77777777" w:rsidTr="00CE08E3">
        <w:trPr>
          <w:jc w:val="center"/>
        </w:trPr>
        <w:tc>
          <w:tcPr>
            <w:tcW w:w="13721" w:type="dxa"/>
            <w:gridSpan w:val="5"/>
            <w:shd w:val="clear" w:color="auto" w:fill="FF0000"/>
            <w:vAlign w:val="center"/>
          </w:tcPr>
          <w:p w14:paraId="757EA493" w14:textId="65A983B8" w:rsidR="00CE08E3" w:rsidRPr="00027D8D" w:rsidRDefault="000A7708" w:rsidP="00CE08E3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классных часов</w:t>
            </w:r>
          </w:p>
        </w:tc>
      </w:tr>
      <w:tr w:rsidR="000A7708" w:rsidRPr="00027D8D" w14:paraId="02298228" w14:textId="77777777" w:rsidTr="000A7708">
        <w:trPr>
          <w:trHeight w:val="405"/>
          <w:jc w:val="center"/>
        </w:trPr>
        <w:tc>
          <w:tcPr>
            <w:tcW w:w="13721" w:type="dxa"/>
            <w:gridSpan w:val="5"/>
            <w:vAlign w:val="center"/>
          </w:tcPr>
          <w:p w14:paraId="52A0E978" w14:textId="38083323" w:rsidR="000A7708" w:rsidRPr="00027D8D" w:rsidRDefault="000A7708" w:rsidP="000A7708">
            <w:pPr>
              <w:tabs>
                <w:tab w:val="left" w:pos="3948"/>
              </w:tabs>
              <w:spacing w:after="160" w:line="256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  <w:t>Экстремизм и терроризм</w:t>
            </w:r>
          </w:p>
        </w:tc>
      </w:tr>
      <w:tr w:rsidR="00CA74D2" w:rsidRPr="00027D8D" w14:paraId="14F6496C" w14:textId="77777777" w:rsidTr="00EF3737">
        <w:trPr>
          <w:jc w:val="center"/>
        </w:trPr>
        <w:tc>
          <w:tcPr>
            <w:tcW w:w="4838" w:type="dxa"/>
            <w:vAlign w:val="center"/>
          </w:tcPr>
          <w:p w14:paraId="2AB0BA30" w14:textId="5F486B14" w:rsidR="00CA74D2" w:rsidRPr="00027D8D" w:rsidRDefault="00CA74D2" w:rsidP="00CA74D2">
            <w:pPr>
              <w:shd w:val="clear" w:color="auto" w:fill="FFFFFF"/>
              <w:spacing w:line="256" w:lineRule="auto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Терроризм – угроза, которая касается каждого»</w:t>
            </w:r>
          </w:p>
        </w:tc>
        <w:tc>
          <w:tcPr>
            <w:tcW w:w="993" w:type="dxa"/>
          </w:tcPr>
          <w:p w14:paraId="58E38440" w14:textId="6AD97FB8" w:rsidR="00CA74D2" w:rsidRPr="00027D8D" w:rsidRDefault="00E27410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B5569A9" w14:textId="759444C6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Один раз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835" w:type="dxa"/>
          </w:tcPr>
          <w:p w14:paraId="06C34D24" w14:textId="0D21F3EF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0D732244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27410" w:rsidRPr="00027D8D" w14:paraId="5E9E1C1C" w14:textId="77777777" w:rsidTr="00EF3737">
        <w:trPr>
          <w:jc w:val="center"/>
        </w:trPr>
        <w:tc>
          <w:tcPr>
            <w:tcW w:w="4838" w:type="dxa"/>
            <w:vAlign w:val="center"/>
          </w:tcPr>
          <w:p w14:paraId="3B02C58F" w14:textId="68451A10" w:rsidR="00E27410" w:rsidRPr="00027D8D" w:rsidRDefault="00E27410" w:rsidP="00E27410">
            <w:pPr>
              <w:shd w:val="clear" w:color="auto" w:fill="FFFFFF"/>
              <w:spacing w:line="256" w:lineRule="auto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 xml:space="preserve">«Толерантность во взаимоотношениях с </w:t>
            </w: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lastRenderedPageBreak/>
              <w:t>окружающими»</w:t>
            </w:r>
          </w:p>
        </w:tc>
        <w:tc>
          <w:tcPr>
            <w:tcW w:w="993" w:type="dxa"/>
          </w:tcPr>
          <w:p w14:paraId="7461D617" w14:textId="7A9FD8B3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04FBB"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559" w:type="dxa"/>
          </w:tcPr>
          <w:p w14:paraId="685F13B5" w14:textId="3BEA847D" w:rsidR="00E27410" w:rsidRPr="00027D8D" w:rsidRDefault="00E27410" w:rsidP="00E2741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Один раз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месяц</w:t>
            </w:r>
          </w:p>
        </w:tc>
        <w:tc>
          <w:tcPr>
            <w:tcW w:w="2835" w:type="dxa"/>
          </w:tcPr>
          <w:p w14:paraId="22840190" w14:textId="6A97E047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3496" w:type="dxa"/>
          </w:tcPr>
          <w:p w14:paraId="3D3CBFFD" w14:textId="77777777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27410" w:rsidRPr="00027D8D" w14:paraId="6A4DCBA0" w14:textId="77777777" w:rsidTr="00EF3737">
        <w:trPr>
          <w:jc w:val="center"/>
        </w:trPr>
        <w:tc>
          <w:tcPr>
            <w:tcW w:w="4838" w:type="dxa"/>
            <w:vAlign w:val="center"/>
          </w:tcPr>
          <w:p w14:paraId="484A8B44" w14:textId="7840C7FD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lastRenderedPageBreak/>
              <w:t>«Возьмемся за руки, друзья!»</w:t>
            </w:r>
          </w:p>
        </w:tc>
        <w:tc>
          <w:tcPr>
            <w:tcW w:w="993" w:type="dxa"/>
          </w:tcPr>
          <w:p w14:paraId="6ECD8771" w14:textId="6149368C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04FB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5DD1EECA" w14:textId="2EE97565" w:rsidR="00E27410" w:rsidRPr="00027D8D" w:rsidRDefault="00E27410" w:rsidP="00E2741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Один раз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835" w:type="dxa"/>
          </w:tcPr>
          <w:p w14:paraId="59C29538" w14:textId="5F83F66F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18E37D62" w14:textId="77777777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27410" w:rsidRPr="00027D8D" w14:paraId="6F70155C" w14:textId="77777777" w:rsidTr="00EF3737">
        <w:trPr>
          <w:jc w:val="center"/>
        </w:trPr>
        <w:tc>
          <w:tcPr>
            <w:tcW w:w="4838" w:type="dxa"/>
            <w:vAlign w:val="center"/>
          </w:tcPr>
          <w:p w14:paraId="5723B545" w14:textId="7CBF16DA" w:rsidR="00E27410" w:rsidRPr="00027D8D" w:rsidRDefault="00E27410" w:rsidP="00E27410">
            <w:pPr>
              <w:shd w:val="clear" w:color="auto" w:fill="FFFFFF"/>
              <w:spacing w:line="256" w:lineRule="auto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«Богатое многообразие мировых культур»</w:t>
            </w:r>
          </w:p>
        </w:tc>
        <w:tc>
          <w:tcPr>
            <w:tcW w:w="993" w:type="dxa"/>
          </w:tcPr>
          <w:p w14:paraId="0FEE0983" w14:textId="50BE8BE0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04FB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39EFA5AE" w14:textId="4D497031" w:rsidR="00E27410" w:rsidRPr="00027D8D" w:rsidRDefault="00E27410" w:rsidP="00E2741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Один раз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835" w:type="dxa"/>
          </w:tcPr>
          <w:p w14:paraId="39B3DBCE" w14:textId="6491D6B7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44042E46" w14:textId="77777777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27410" w:rsidRPr="00027D8D" w14:paraId="256F6648" w14:textId="77777777" w:rsidTr="00EF3737">
        <w:trPr>
          <w:jc w:val="center"/>
        </w:trPr>
        <w:tc>
          <w:tcPr>
            <w:tcW w:w="4838" w:type="dxa"/>
            <w:vAlign w:val="center"/>
          </w:tcPr>
          <w:p w14:paraId="783ADEFF" w14:textId="49DCA7C0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«Профилактика и разрешение конфликтов»</w:t>
            </w:r>
          </w:p>
        </w:tc>
        <w:tc>
          <w:tcPr>
            <w:tcW w:w="993" w:type="dxa"/>
          </w:tcPr>
          <w:p w14:paraId="0589C6AA" w14:textId="3908E33F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04FB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11971C23" w14:textId="1561F31A" w:rsidR="00E27410" w:rsidRPr="00027D8D" w:rsidRDefault="00E27410" w:rsidP="00E2741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Один раз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835" w:type="dxa"/>
          </w:tcPr>
          <w:p w14:paraId="6D1F1CEA" w14:textId="49E714E1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5DA531AB" w14:textId="77777777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27410" w:rsidRPr="00027D8D" w14:paraId="33383D86" w14:textId="77777777" w:rsidTr="00EF3737">
        <w:trPr>
          <w:jc w:val="center"/>
        </w:trPr>
        <w:tc>
          <w:tcPr>
            <w:tcW w:w="4838" w:type="dxa"/>
            <w:vAlign w:val="center"/>
          </w:tcPr>
          <w:p w14:paraId="1B0896D6" w14:textId="311C42A6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«Патриотизм без экстремизма»</w:t>
            </w:r>
          </w:p>
        </w:tc>
        <w:tc>
          <w:tcPr>
            <w:tcW w:w="993" w:type="dxa"/>
          </w:tcPr>
          <w:p w14:paraId="338F4372" w14:textId="2502BDAE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04FB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1A1B2CA1" w14:textId="69B7E41D" w:rsidR="00E27410" w:rsidRPr="00027D8D" w:rsidRDefault="00E27410" w:rsidP="00E2741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Один раз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835" w:type="dxa"/>
          </w:tcPr>
          <w:p w14:paraId="1F8BE984" w14:textId="4118D2E1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558A3C4D" w14:textId="77777777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27410" w:rsidRPr="00027D8D" w14:paraId="102C0D7A" w14:textId="77777777" w:rsidTr="00EF3737">
        <w:trPr>
          <w:jc w:val="center"/>
        </w:trPr>
        <w:tc>
          <w:tcPr>
            <w:tcW w:w="4838" w:type="dxa"/>
            <w:vAlign w:val="center"/>
          </w:tcPr>
          <w:p w14:paraId="660E0FD2" w14:textId="2435A23D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«Нации и межнациональные отношения»</w:t>
            </w:r>
          </w:p>
        </w:tc>
        <w:tc>
          <w:tcPr>
            <w:tcW w:w="993" w:type="dxa"/>
          </w:tcPr>
          <w:p w14:paraId="4481E665" w14:textId="75339539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04FB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46709B3D" w14:textId="4EB72B2A" w:rsidR="00E27410" w:rsidRPr="00027D8D" w:rsidRDefault="00E27410" w:rsidP="00E2741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Один раз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835" w:type="dxa"/>
          </w:tcPr>
          <w:p w14:paraId="6900583C" w14:textId="705EE517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4D45F746" w14:textId="77777777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27410" w:rsidRPr="00027D8D" w14:paraId="23255FCF" w14:textId="77777777" w:rsidTr="00EF3737">
        <w:trPr>
          <w:jc w:val="center"/>
        </w:trPr>
        <w:tc>
          <w:tcPr>
            <w:tcW w:w="4838" w:type="dxa"/>
            <w:vAlign w:val="center"/>
          </w:tcPr>
          <w:p w14:paraId="336D9936" w14:textId="389DC006" w:rsidR="00E27410" w:rsidRPr="00027D8D" w:rsidRDefault="00E27410" w:rsidP="00E27410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«Мы разные, но мир у нас один»</w:t>
            </w:r>
          </w:p>
        </w:tc>
        <w:tc>
          <w:tcPr>
            <w:tcW w:w="993" w:type="dxa"/>
          </w:tcPr>
          <w:p w14:paraId="0E9B80B1" w14:textId="56F0A3D1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04FB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7EA4B221" w14:textId="63FFC30C" w:rsidR="00E27410" w:rsidRPr="00027D8D" w:rsidRDefault="00E27410" w:rsidP="00E2741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Один раз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835" w:type="dxa"/>
          </w:tcPr>
          <w:p w14:paraId="0F52A629" w14:textId="03879E04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70BD2445" w14:textId="77777777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27410" w:rsidRPr="00027D8D" w14:paraId="65DAE1AA" w14:textId="77777777" w:rsidTr="00EF3737">
        <w:trPr>
          <w:jc w:val="center"/>
        </w:trPr>
        <w:tc>
          <w:tcPr>
            <w:tcW w:w="4838" w:type="dxa"/>
            <w:vAlign w:val="center"/>
          </w:tcPr>
          <w:p w14:paraId="4079E0A5" w14:textId="16DC730F" w:rsidR="00E27410" w:rsidRPr="00027D8D" w:rsidRDefault="00E27410" w:rsidP="00E27410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sz w:val="24"/>
                <w:szCs w:val="24"/>
                <w:lang w:val="ru-RU"/>
              </w:rPr>
              <w:t>«Терроризм и его проявления»</w:t>
            </w:r>
          </w:p>
        </w:tc>
        <w:tc>
          <w:tcPr>
            <w:tcW w:w="993" w:type="dxa"/>
          </w:tcPr>
          <w:p w14:paraId="1EABFAD3" w14:textId="68C9695B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04FB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46C2452C" w14:textId="65EA8690" w:rsidR="00E27410" w:rsidRPr="00027D8D" w:rsidRDefault="00E27410" w:rsidP="00E2741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Один раз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835" w:type="dxa"/>
          </w:tcPr>
          <w:p w14:paraId="25E47EA1" w14:textId="04C5C045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49DAB191" w14:textId="77777777" w:rsidR="00E27410" w:rsidRPr="00027D8D" w:rsidRDefault="00E27410" w:rsidP="00E2741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2EA292D4" w14:textId="77777777" w:rsidTr="00A21F55">
        <w:trPr>
          <w:trHeight w:val="299"/>
          <w:jc w:val="center"/>
        </w:trPr>
        <w:tc>
          <w:tcPr>
            <w:tcW w:w="13721" w:type="dxa"/>
            <w:gridSpan w:val="5"/>
            <w:shd w:val="clear" w:color="auto" w:fill="FFFFFF" w:themeFill="background1"/>
            <w:vAlign w:val="center"/>
          </w:tcPr>
          <w:p w14:paraId="2AA247A0" w14:textId="589BA1E6" w:rsidR="00CA74D2" w:rsidRPr="00027D8D" w:rsidRDefault="00CA74D2" w:rsidP="00CA74D2">
            <w:pPr>
              <w:tabs>
                <w:tab w:val="left" w:pos="3936"/>
              </w:tabs>
              <w:spacing w:after="160" w:line="256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</w:pPr>
            <w:r w:rsidRPr="006A38CF"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  <w:t>Половая неприкосновенность</w:t>
            </w:r>
          </w:p>
        </w:tc>
      </w:tr>
      <w:tr w:rsidR="00CA74D2" w:rsidRPr="00027D8D" w14:paraId="5260BCA7" w14:textId="77777777" w:rsidTr="00EF3737">
        <w:trPr>
          <w:jc w:val="center"/>
        </w:trPr>
        <w:tc>
          <w:tcPr>
            <w:tcW w:w="4838" w:type="dxa"/>
          </w:tcPr>
          <w:p w14:paraId="620EA558" w14:textId="1BC2AF8F" w:rsidR="00CA74D2" w:rsidRPr="00C1703D" w:rsidRDefault="00C1703D" w:rsidP="00C1703D">
            <w:pPr>
              <w:shd w:val="clear" w:color="auto" w:fill="FFFFFF"/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C1703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1.Беседа «Гигиена тела», «Половое созревание»</w:t>
            </w:r>
          </w:p>
        </w:tc>
        <w:tc>
          <w:tcPr>
            <w:tcW w:w="993" w:type="dxa"/>
            <w:vAlign w:val="center"/>
          </w:tcPr>
          <w:p w14:paraId="66EA031F" w14:textId="1D2AD38C" w:rsidR="00CA74D2" w:rsidRPr="00027D8D" w:rsidRDefault="00C1703D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vAlign w:val="center"/>
          </w:tcPr>
          <w:p w14:paraId="3A86BA84" w14:textId="30CC285B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5DAE3643" w14:textId="316DCF1D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7F64A026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5C3AA595" w14:textId="77777777" w:rsidTr="00EF3737">
        <w:trPr>
          <w:jc w:val="center"/>
        </w:trPr>
        <w:tc>
          <w:tcPr>
            <w:tcW w:w="4838" w:type="dxa"/>
          </w:tcPr>
          <w:p w14:paraId="0DEF0E13" w14:textId="16D5B7F3" w:rsidR="00CA74D2" w:rsidRPr="00C1703D" w:rsidRDefault="00C1703D" w:rsidP="00C1703D">
            <w:pPr>
              <w:shd w:val="clear" w:color="auto" w:fill="FFFFFF"/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C1703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2.Диспут «Взаимоотношения мужчины и женщины»</w:t>
            </w:r>
          </w:p>
        </w:tc>
        <w:tc>
          <w:tcPr>
            <w:tcW w:w="993" w:type="dxa"/>
            <w:vAlign w:val="center"/>
          </w:tcPr>
          <w:p w14:paraId="26FB9CD6" w14:textId="696800B4" w:rsidR="00CA74D2" w:rsidRPr="00027D8D" w:rsidRDefault="00C1703D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vAlign w:val="center"/>
          </w:tcPr>
          <w:p w14:paraId="1DBC7E7C" w14:textId="4490D726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634D0C20" w14:textId="5CAF604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1DD7007E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41289717" w14:textId="77777777" w:rsidTr="00EF3737">
        <w:trPr>
          <w:jc w:val="center"/>
        </w:trPr>
        <w:tc>
          <w:tcPr>
            <w:tcW w:w="4838" w:type="dxa"/>
          </w:tcPr>
          <w:p w14:paraId="242DB58B" w14:textId="1FFEA532" w:rsidR="00CA74D2" w:rsidRPr="00C1703D" w:rsidRDefault="00C1703D" w:rsidP="00C1703D">
            <w:pPr>
              <w:shd w:val="clear" w:color="auto" w:fill="FFFFFF"/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C1703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3.Игра «Возраст первой любви»</w:t>
            </w:r>
          </w:p>
        </w:tc>
        <w:tc>
          <w:tcPr>
            <w:tcW w:w="993" w:type="dxa"/>
            <w:vAlign w:val="center"/>
          </w:tcPr>
          <w:p w14:paraId="089A4933" w14:textId="6EA97788" w:rsidR="00CA74D2" w:rsidRPr="00027D8D" w:rsidRDefault="00C1703D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vAlign w:val="center"/>
          </w:tcPr>
          <w:p w14:paraId="21F6E9BE" w14:textId="5E9EBD9F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1871EB0D" w14:textId="4F0D6E5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65532112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71C7B26D" w14:textId="77777777" w:rsidTr="00EF3737">
        <w:trPr>
          <w:jc w:val="center"/>
        </w:trPr>
        <w:tc>
          <w:tcPr>
            <w:tcW w:w="4838" w:type="dxa"/>
          </w:tcPr>
          <w:p w14:paraId="3FEA54C4" w14:textId="77777777" w:rsidR="00C1703D" w:rsidRPr="00C1703D" w:rsidRDefault="00C1703D" w:rsidP="00C1703D">
            <w:pPr>
              <w:shd w:val="clear" w:color="auto" w:fill="FFFFFF"/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C1703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4.Дискусия «Ранние половые связи и их последствия»</w:t>
            </w:r>
          </w:p>
          <w:p w14:paraId="1FA19EFC" w14:textId="6EC72AB1" w:rsidR="00CA74D2" w:rsidRPr="00027D8D" w:rsidRDefault="00CA74D2" w:rsidP="00CA74D2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165CFE4B" w14:textId="3126FA5B" w:rsidR="00CA74D2" w:rsidRPr="00027D8D" w:rsidRDefault="00C1703D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vAlign w:val="center"/>
          </w:tcPr>
          <w:p w14:paraId="0894476F" w14:textId="6A24AE89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3B852C0A" w14:textId="514EE4AF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7EF756BE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6B16BC53" w14:textId="77777777" w:rsidTr="00EF3737">
        <w:trPr>
          <w:jc w:val="center"/>
        </w:trPr>
        <w:tc>
          <w:tcPr>
            <w:tcW w:w="4838" w:type="dxa"/>
          </w:tcPr>
          <w:p w14:paraId="076433C5" w14:textId="77777777" w:rsidR="00C1703D" w:rsidRPr="00C1703D" w:rsidRDefault="00C1703D" w:rsidP="00C1703D">
            <w:pPr>
              <w:shd w:val="clear" w:color="auto" w:fill="FFFFFF"/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C1703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1. Беседа «Береги здоровье»</w:t>
            </w:r>
          </w:p>
          <w:p w14:paraId="4DCCE881" w14:textId="69BDC222" w:rsidR="00CA74D2" w:rsidRPr="00027D8D" w:rsidRDefault="00CA74D2" w:rsidP="00C1703D">
            <w:pPr>
              <w:shd w:val="clear" w:color="auto" w:fill="FFFFFF"/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</w:p>
        </w:tc>
        <w:tc>
          <w:tcPr>
            <w:tcW w:w="993" w:type="dxa"/>
            <w:vAlign w:val="center"/>
          </w:tcPr>
          <w:p w14:paraId="49007C52" w14:textId="1F5E7390" w:rsidR="00CA74D2" w:rsidRPr="00027D8D" w:rsidRDefault="00C1703D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</w:tcPr>
          <w:p w14:paraId="32AE3F5D" w14:textId="253C6DAD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61C1AA00" w14:textId="5AA7E8B0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5DA3AC52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36C9F826" w14:textId="77777777" w:rsidTr="00EF3737">
        <w:trPr>
          <w:jc w:val="center"/>
        </w:trPr>
        <w:tc>
          <w:tcPr>
            <w:tcW w:w="4838" w:type="dxa"/>
          </w:tcPr>
          <w:p w14:paraId="3764E03E" w14:textId="77777777" w:rsidR="00C1703D" w:rsidRPr="00C1703D" w:rsidRDefault="00C1703D" w:rsidP="00C1703D">
            <w:pPr>
              <w:shd w:val="clear" w:color="auto" w:fill="FFFFFF"/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C1703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2. Игра "Тебе не все равно? И мне тоже!"</w:t>
            </w:r>
          </w:p>
          <w:p w14:paraId="2987AD2A" w14:textId="2FCD79AE" w:rsidR="00CA74D2" w:rsidRPr="00027D8D" w:rsidRDefault="00CA74D2" w:rsidP="00CA74D2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</w:p>
        </w:tc>
        <w:tc>
          <w:tcPr>
            <w:tcW w:w="993" w:type="dxa"/>
            <w:vAlign w:val="center"/>
          </w:tcPr>
          <w:p w14:paraId="550AEFDC" w14:textId="3729A231" w:rsidR="00CA74D2" w:rsidRPr="00027D8D" w:rsidRDefault="00C1703D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</w:tcPr>
          <w:p w14:paraId="1FA0AF54" w14:textId="1A484B02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7272EC46" w14:textId="76967CFA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3DDF3390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62A4517A" w14:textId="77777777" w:rsidTr="00EF3737">
        <w:trPr>
          <w:jc w:val="center"/>
        </w:trPr>
        <w:tc>
          <w:tcPr>
            <w:tcW w:w="4838" w:type="dxa"/>
          </w:tcPr>
          <w:p w14:paraId="5436E844" w14:textId="77777777" w:rsidR="00C1703D" w:rsidRPr="00C1703D" w:rsidRDefault="00C1703D" w:rsidP="00C1703D">
            <w:pPr>
              <w:shd w:val="clear" w:color="auto" w:fill="FFFFFF"/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C1703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3.Лекторий «Два полюса, два материка».</w:t>
            </w:r>
          </w:p>
          <w:p w14:paraId="4C88FF6F" w14:textId="78C1CE31" w:rsidR="00CA74D2" w:rsidRPr="00027D8D" w:rsidRDefault="00CA74D2" w:rsidP="00CA74D2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</w:p>
        </w:tc>
        <w:tc>
          <w:tcPr>
            <w:tcW w:w="993" w:type="dxa"/>
            <w:vAlign w:val="center"/>
          </w:tcPr>
          <w:p w14:paraId="3EBC2EE6" w14:textId="5AD7A694" w:rsidR="00CA74D2" w:rsidRPr="00027D8D" w:rsidRDefault="00C1703D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</w:tcPr>
          <w:p w14:paraId="546004C5" w14:textId="6272584D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02A3E3E5" w14:textId="0645893F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646A7200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373200FB" w14:textId="77777777" w:rsidTr="00EF3737">
        <w:trPr>
          <w:jc w:val="center"/>
        </w:trPr>
        <w:tc>
          <w:tcPr>
            <w:tcW w:w="4838" w:type="dxa"/>
          </w:tcPr>
          <w:p w14:paraId="1E8E6E1A" w14:textId="77777777" w:rsidR="00C1703D" w:rsidRPr="00C1703D" w:rsidRDefault="00C1703D" w:rsidP="00C1703D">
            <w:pPr>
              <w:shd w:val="clear" w:color="auto" w:fill="FFFFFF"/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C1703D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4. Урок доброты «Не нужен клад, когда в семье лад»</w:t>
            </w:r>
          </w:p>
          <w:p w14:paraId="2B1230B5" w14:textId="3E1020AB" w:rsidR="00CA74D2" w:rsidRPr="00027D8D" w:rsidRDefault="00CA74D2" w:rsidP="00CA74D2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</w:p>
        </w:tc>
        <w:tc>
          <w:tcPr>
            <w:tcW w:w="993" w:type="dxa"/>
            <w:vAlign w:val="center"/>
          </w:tcPr>
          <w:p w14:paraId="73E35669" w14:textId="0C53F228" w:rsidR="00CA74D2" w:rsidRPr="00027D8D" w:rsidRDefault="00C1703D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</w:tcPr>
          <w:p w14:paraId="7376DEFF" w14:textId="57B2743D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3255C95C" w14:textId="34AEE445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201A977B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A74D2" w:rsidRPr="00027D8D" w14:paraId="512F78F2" w14:textId="77777777" w:rsidTr="00A21F55">
        <w:trPr>
          <w:jc w:val="center"/>
        </w:trPr>
        <w:tc>
          <w:tcPr>
            <w:tcW w:w="13721" w:type="dxa"/>
            <w:gridSpan w:val="5"/>
            <w:shd w:val="clear" w:color="auto" w:fill="FFFFFF" w:themeFill="background1"/>
          </w:tcPr>
          <w:p w14:paraId="41CF8509" w14:textId="6184F3AA" w:rsidR="00CA74D2" w:rsidRPr="00027D8D" w:rsidRDefault="00CA74D2" w:rsidP="00CA74D2">
            <w:pPr>
              <w:shd w:val="clear" w:color="auto" w:fill="FFFFFF"/>
              <w:tabs>
                <w:tab w:val="left" w:pos="3912"/>
              </w:tabs>
              <w:spacing w:after="150"/>
              <w:ind w:left="720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21F55">
              <w:rPr>
                <w:rFonts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Профилактика употребления психоактивных препаратов</w:t>
            </w:r>
          </w:p>
        </w:tc>
      </w:tr>
      <w:tr w:rsidR="00CA74D2" w:rsidRPr="00027D8D" w14:paraId="4067AB20" w14:textId="77777777" w:rsidTr="00EF3737">
        <w:trPr>
          <w:jc w:val="center"/>
        </w:trPr>
        <w:tc>
          <w:tcPr>
            <w:tcW w:w="4838" w:type="dxa"/>
          </w:tcPr>
          <w:p w14:paraId="0445D7F8" w14:textId="77F19A69" w:rsidR="00CA74D2" w:rsidRPr="00027D8D" w:rsidRDefault="00CA74D2" w:rsidP="00CA74D2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 «Если хочешь быть здоров»</w:t>
            </w:r>
          </w:p>
        </w:tc>
        <w:tc>
          <w:tcPr>
            <w:tcW w:w="993" w:type="dxa"/>
            <w:vAlign w:val="center"/>
          </w:tcPr>
          <w:p w14:paraId="067B022A" w14:textId="00E96E51" w:rsidR="00CA74D2" w:rsidRPr="00027D8D" w:rsidRDefault="00C1703D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380EBA28" w14:textId="1D484507" w:rsidR="00CA74D2" w:rsidRPr="00027D8D" w:rsidRDefault="00CA74D2" w:rsidP="00CA74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28087383" w14:textId="3477EF41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67444067" w14:textId="77777777" w:rsidR="00CA74D2" w:rsidRPr="00027D8D" w:rsidRDefault="00CA74D2" w:rsidP="00CA74D2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1703D" w:rsidRPr="00027D8D" w14:paraId="3826035F" w14:textId="77777777" w:rsidTr="00EF3737">
        <w:trPr>
          <w:jc w:val="center"/>
        </w:trPr>
        <w:tc>
          <w:tcPr>
            <w:tcW w:w="4838" w:type="dxa"/>
          </w:tcPr>
          <w:p w14:paraId="4D625581" w14:textId="1A6D93A6" w:rsidR="00C1703D" w:rsidRPr="00027D8D" w:rsidRDefault="00C1703D" w:rsidP="00C1703D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 xml:space="preserve"> «Полезные и вредные привычки»</w:t>
            </w:r>
          </w:p>
        </w:tc>
        <w:tc>
          <w:tcPr>
            <w:tcW w:w="993" w:type="dxa"/>
          </w:tcPr>
          <w:p w14:paraId="50771F10" w14:textId="03CA110C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04EF838E" w14:textId="4EA88E10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739690C9" w14:textId="78224F53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723D63AE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1703D" w:rsidRPr="00027D8D" w14:paraId="0CCF102B" w14:textId="77777777" w:rsidTr="00EF3737">
        <w:trPr>
          <w:jc w:val="center"/>
        </w:trPr>
        <w:tc>
          <w:tcPr>
            <w:tcW w:w="4838" w:type="dxa"/>
          </w:tcPr>
          <w:p w14:paraId="07DFA0BB" w14:textId="5FB98ABD" w:rsidR="00C1703D" w:rsidRPr="00027D8D" w:rsidRDefault="00C1703D" w:rsidP="00C1703D">
            <w:pPr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  <w:lang w:val="ru-RU"/>
              </w:rPr>
              <w:t xml:space="preserve"> «Что такое хорошо и что такое плохо»</w:t>
            </w:r>
          </w:p>
        </w:tc>
        <w:tc>
          <w:tcPr>
            <w:tcW w:w="993" w:type="dxa"/>
          </w:tcPr>
          <w:p w14:paraId="2925D344" w14:textId="79FCA078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B26AD6C" w14:textId="5A36E252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05D7DA49" w14:textId="574A24A1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44DDD206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1703D" w:rsidRPr="00027D8D" w14:paraId="2C3CEE23" w14:textId="77777777" w:rsidTr="00EF3737">
        <w:trPr>
          <w:jc w:val="center"/>
        </w:trPr>
        <w:tc>
          <w:tcPr>
            <w:tcW w:w="4838" w:type="dxa"/>
          </w:tcPr>
          <w:p w14:paraId="3E4A7B93" w14:textId="68AF5C51" w:rsidR="00C1703D" w:rsidRPr="00027D8D" w:rsidRDefault="00C1703D" w:rsidP="00C1703D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  <w:lang w:val="ru-RU"/>
              </w:rPr>
            </w:pPr>
            <w:r w:rsidRPr="00027D8D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«Если хочешь быть здоров»</w:t>
            </w:r>
          </w:p>
        </w:tc>
        <w:tc>
          <w:tcPr>
            <w:tcW w:w="993" w:type="dxa"/>
          </w:tcPr>
          <w:p w14:paraId="4A737FC2" w14:textId="6BA514C0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4BF908A6" w14:textId="25A6A3F5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2BCD939C" w14:textId="526C0988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08A49035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1703D" w:rsidRPr="00027D8D" w14:paraId="21A44224" w14:textId="77777777" w:rsidTr="00A21F55">
        <w:trPr>
          <w:jc w:val="center"/>
        </w:trPr>
        <w:tc>
          <w:tcPr>
            <w:tcW w:w="13721" w:type="dxa"/>
            <w:gridSpan w:val="5"/>
            <w:shd w:val="clear" w:color="auto" w:fill="FFFFFF" w:themeFill="background1"/>
          </w:tcPr>
          <w:p w14:paraId="07E2C4CB" w14:textId="738AA66B" w:rsidR="00C1703D" w:rsidRPr="00027D8D" w:rsidRDefault="00C1703D" w:rsidP="00C1703D">
            <w:pPr>
              <w:spacing w:after="160" w:line="256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C1703D" w:rsidRPr="00027D8D" w14:paraId="65F215AF" w14:textId="77777777" w:rsidTr="00EF3737">
        <w:trPr>
          <w:jc w:val="center"/>
        </w:trPr>
        <w:tc>
          <w:tcPr>
            <w:tcW w:w="4838" w:type="dxa"/>
          </w:tcPr>
          <w:p w14:paraId="029F559A" w14:textId="0F64B1D9" w:rsidR="00C1703D" w:rsidRPr="00027D8D" w:rsidRDefault="00C1703D" w:rsidP="00C1703D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</w:pPr>
            <w:r w:rsidRPr="00027D8D">
              <w:rPr>
                <w:rFonts w:cs="Times New Roman"/>
                <w:sz w:val="24"/>
                <w:szCs w:val="24"/>
              </w:rPr>
              <w:t>«Жизнь прекрасна»</w:t>
            </w:r>
          </w:p>
        </w:tc>
        <w:tc>
          <w:tcPr>
            <w:tcW w:w="993" w:type="dxa"/>
          </w:tcPr>
          <w:p w14:paraId="35A3959D" w14:textId="3719FF03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5FAF895E" w14:textId="5BDAB970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6C35CA1D" w14:textId="15B68678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6697BB1C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1703D" w:rsidRPr="00027D8D" w14:paraId="1EB38DDE" w14:textId="77777777" w:rsidTr="00EF3737">
        <w:trPr>
          <w:jc w:val="center"/>
        </w:trPr>
        <w:tc>
          <w:tcPr>
            <w:tcW w:w="4838" w:type="dxa"/>
          </w:tcPr>
          <w:p w14:paraId="0F4C53A7" w14:textId="25079AE4" w:rsidR="00C1703D" w:rsidRPr="00027D8D" w:rsidRDefault="00C1703D" w:rsidP="00C1703D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«Давай говорить друг другу комплименты»</w:t>
            </w:r>
          </w:p>
        </w:tc>
        <w:tc>
          <w:tcPr>
            <w:tcW w:w="993" w:type="dxa"/>
          </w:tcPr>
          <w:p w14:paraId="7E31F90B" w14:textId="7B58FA44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5E2C27DC" w14:textId="7FEA120A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5F020F57" w14:textId="165157D4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6D137670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1703D" w:rsidRPr="00027D8D" w14:paraId="6B113F36" w14:textId="77777777" w:rsidTr="00EF3737">
        <w:trPr>
          <w:jc w:val="center"/>
        </w:trPr>
        <w:tc>
          <w:tcPr>
            <w:tcW w:w="4838" w:type="dxa"/>
          </w:tcPr>
          <w:p w14:paraId="3ABF23D4" w14:textId="2FCDD420" w:rsidR="00C1703D" w:rsidRPr="00027D8D" w:rsidRDefault="00C1703D" w:rsidP="00C1703D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</w:pPr>
            <w:r w:rsidRPr="00027D8D">
              <w:rPr>
                <w:rFonts w:cs="Times New Roman"/>
                <w:sz w:val="24"/>
                <w:szCs w:val="24"/>
              </w:rPr>
              <w:t>«Как хорошо жить»</w:t>
            </w:r>
          </w:p>
        </w:tc>
        <w:tc>
          <w:tcPr>
            <w:tcW w:w="993" w:type="dxa"/>
          </w:tcPr>
          <w:p w14:paraId="51CE5DF2" w14:textId="1F85FD4A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74F6F643" w14:textId="44B8CD55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41525104" w14:textId="49A31643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0DFAD6DB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1703D" w:rsidRPr="00027D8D" w14:paraId="7DD13819" w14:textId="77777777" w:rsidTr="00EF3737">
        <w:trPr>
          <w:jc w:val="center"/>
        </w:trPr>
        <w:tc>
          <w:tcPr>
            <w:tcW w:w="4838" w:type="dxa"/>
          </w:tcPr>
          <w:p w14:paraId="2828537D" w14:textId="064FAB6A" w:rsidR="00C1703D" w:rsidRPr="00027D8D" w:rsidRDefault="00C1703D" w:rsidP="00C1703D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</w:pPr>
            <w:r w:rsidRPr="00027D8D">
              <w:rPr>
                <w:rFonts w:cs="Times New Roman"/>
                <w:sz w:val="24"/>
                <w:szCs w:val="24"/>
              </w:rPr>
              <w:t>«Мы голосуем за жизнь»</w:t>
            </w:r>
          </w:p>
        </w:tc>
        <w:tc>
          <w:tcPr>
            <w:tcW w:w="993" w:type="dxa"/>
          </w:tcPr>
          <w:p w14:paraId="2E17ADDD" w14:textId="7252B9A6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</w:tcPr>
          <w:p w14:paraId="5D75CDC0" w14:textId="14EDD141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</w:tcPr>
          <w:p w14:paraId="0B63301F" w14:textId="1099F5AA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1551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7739C1EA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1703D" w:rsidRPr="00027D8D" w14:paraId="19ACDF69" w14:textId="37C64721" w:rsidTr="00EF3737">
        <w:trPr>
          <w:jc w:val="center"/>
        </w:trPr>
        <w:tc>
          <w:tcPr>
            <w:tcW w:w="4838" w:type="dxa"/>
            <w:vAlign w:val="center"/>
          </w:tcPr>
          <w:p w14:paraId="00127F42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коллективные творческие дела</w:t>
            </w:r>
          </w:p>
        </w:tc>
        <w:tc>
          <w:tcPr>
            <w:tcW w:w="993" w:type="dxa"/>
          </w:tcPr>
          <w:p w14:paraId="60A8B727" w14:textId="6AA9173A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43874B81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835" w:type="dxa"/>
            <w:vAlign w:val="center"/>
          </w:tcPr>
          <w:p w14:paraId="38687067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4CA3940E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1703D" w:rsidRPr="00027D8D" w14:paraId="44970462" w14:textId="3A73C4F0" w:rsidTr="00EF3737">
        <w:trPr>
          <w:jc w:val="center"/>
        </w:trPr>
        <w:tc>
          <w:tcPr>
            <w:tcW w:w="4838" w:type="dxa"/>
            <w:vAlign w:val="center"/>
          </w:tcPr>
          <w:p w14:paraId="18037745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советы дела: обсуждение инициатив, распределение посильных ролей, подведение итогов</w:t>
            </w:r>
          </w:p>
        </w:tc>
        <w:tc>
          <w:tcPr>
            <w:tcW w:w="993" w:type="dxa"/>
          </w:tcPr>
          <w:p w14:paraId="5803476A" w14:textId="73ED0B12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10D793F0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Перед и после коллективных дел</w:t>
            </w:r>
          </w:p>
        </w:tc>
        <w:tc>
          <w:tcPr>
            <w:tcW w:w="2835" w:type="dxa"/>
            <w:vAlign w:val="center"/>
          </w:tcPr>
          <w:p w14:paraId="39531D47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0656FB97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1703D" w:rsidRPr="00027D8D" w14:paraId="5C72A3AD" w14:textId="51FE7F82" w:rsidTr="00EF3737">
        <w:trPr>
          <w:jc w:val="center"/>
        </w:trPr>
        <w:tc>
          <w:tcPr>
            <w:tcW w:w="4838" w:type="dxa"/>
            <w:vAlign w:val="center"/>
          </w:tcPr>
          <w:p w14:paraId="70900A67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Формирование и пополнение портфолио достижений обучающихся</w:t>
            </w:r>
          </w:p>
        </w:tc>
        <w:tc>
          <w:tcPr>
            <w:tcW w:w="993" w:type="dxa"/>
          </w:tcPr>
          <w:p w14:paraId="60EBF359" w14:textId="67CEAD2B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56E386C1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  <w:vAlign w:val="center"/>
          </w:tcPr>
          <w:p w14:paraId="71B589C1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2B6E8C26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1703D" w:rsidRPr="00BE7498" w14:paraId="51BCDF64" w14:textId="4B035330" w:rsidTr="00EF3737">
        <w:trPr>
          <w:jc w:val="center"/>
        </w:trPr>
        <w:tc>
          <w:tcPr>
            <w:tcW w:w="4838" w:type="dxa"/>
            <w:vAlign w:val="center"/>
          </w:tcPr>
          <w:p w14:paraId="34FE19B6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Индивидуальная педагогическая поддержка обучающихся</w:t>
            </w:r>
          </w:p>
        </w:tc>
        <w:tc>
          <w:tcPr>
            <w:tcW w:w="993" w:type="dxa"/>
          </w:tcPr>
          <w:p w14:paraId="132D2A3F" w14:textId="7ED63FBB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46BA5F2B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потребности</w:t>
            </w:r>
          </w:p>
        </w:tc>
        <w:tc>
          <w:tcPr>
            <w:tcW w:w="2835" w:type="dxa"/>
            <w:vAlign w:val="center"/>
          </w:tcPr>
          <w:p w14:paraId="76E1DBDF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специалисты психолого-педагогического сопровождения</w:t>
            </w:r>
          </w:p>
        </w:tc>
        <w:tc>
          <w:tcPr>
            <w:tcW w:w="3496" w:type="dxa"/>
          </w:tcPr>
          <w:p w14:paraId="599B39EB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1703D" w:rsidRPr="00027D8D" w14:paraId="211144CA" w14:textId="3309D246" w:rsidTr="00EF3737">
        <w:trPr>
          <w:jc w:val="center"/>
        </w:trPr>
        <w:tc>
          <w:tcPr>
            <w:tcW w:w="4838" w:type="dxa"/>
            <w:vAlign w:val="center"/>
          </w:tcPr>
          <w:p w14:paraId="55D2D006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классов в Днях единых действий, общешкольных и муниципальных мероприятиях</w:t>
            </w:r>
          </w:p>
        </w:tc>
        <w:tc>
          <w:tcPr>
            <w:tcW w:w="993" w:type="dxa"/>
          </w:tcPr>
          <w:p w14:paraId="13836813" w14:textId="7C57E576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333C57FA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По календарю школы и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организаторов</w:t>
            </w:r>
          </w:p>
        </w:tc>
        <w:tc>
          <w:tcPr>
            <w:tcW w:w="2835" w:type="dxa"/>
            <w:vAlign w:val="center"/>
          </w:tcPr>
          <w:p w14:paraId="2D07D8B4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3496" w:type="dxa"/>
          </w:tcPr>
          <w:p w14:paraId="1AD4A278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1703D" w:rsidRPr="00027D8D" w14:paraId="785D74AB" w14:textId="6A69A3AB" w:rsidTr="00EF3737">
        <w:trPr>
          <w:jc w:val="center"/>
        </w:trPr>
        <w:tc>
          <w:tcPr>
            <w:tcW w:w="4838" w:type="dxa"/>
            <w:vAlign w:val="center"/>
          </w:tcPr>
          <w:p w14:paraId="2E88B33B" w14:textId="1ABF84EE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Фестиваль 150 культур Дона</w:t>
            </w:r>
          </w:p>
        </w:tc>
        <w:tc>
          <w:tcPr>
            <w:tcW w:w="993" w:type="dxa"/>
          </w:tcPr>
          <w:p w14:paraId="4D509A9A" w14:textId="530ADBDF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847DA51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835" w:type="dxa"/>
            <w:vAlign w:val="center"/>
          </w:tcPr>
          <w:p w14:paraId="678F1D21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71B8BB4C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1703D" w:rsidRPr="00027D8D" w14:paraId="073890CA" w14:textId="56F64D31" w:rsidTr="00EF3737">
        <w:trPr>
          <w:jc w:val="center"/>
        </w:trPr>
        <w:tc>
          <w:tcPr>
            <w:tcW w:w="4838" w:type="dxa"/>
            <w:vAlign w:val="center"/>
          </w:tcPr>
          <w:p w14:paraId="3451C3BA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Новогодний классный праздник</w:t>
            </w:r>
          </w:p>
        </w:tc>
        <w:tc>
          <w:tcPr>
            <w:tcW w:w="993" w:type="dxa"/>
          </w:tcPr>
          <w:p w14:paraId="3FCE76EF" w14:textId="62A1EB8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6EB589C9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Декабрь 2026 года</w:t>
            </w:r>
          </w:p>
        </w:tc>
        <w:tc>
          <w:tcPr>
            <w:tcW w:w="2835" w:type="dxa"/>
            <w:vAlign w:val="center"/>
          </w:tcPr>
          <w:p w14:paraId="4573D17D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41FC30EF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1703D" w:rsidRPr="00027D8D" w14:paraId="31523E2E" w14:textId="02EE1C64" w:rsidTr="00EF3737">
        <w:trPr>
          <w:jc w:val="center"/>
        </w:trPr>
        <w:tc>
          <w:tcPr>
            <w:tcW w:w="4838" w:type="dxa"/>
            <w:vAlign w:val="center"/>
          </w:tcPr>
          <w:p w14:paraId="201749D6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Масленичная игровая программа</w:t>
            </w:r>
          </w:p>
        </w:tc>
        <w:tc>
          <w:tcPr>
            <w:tcW w:w="993" w:type="dxa"/>
          </w:tcPr>
          <w:p w14:paraId="38784FEA" w14:textId="78D57AFF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7A9E8E2F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Февраль–март 2027 года, по календарю</w:t>
            </w:r>
          </w:p>
        </w:tc>
        <w:tc>
          <w:tcPr>
            <w:tcW w:w="2835" w:type="dxa"/>
            <w:vAlign w:val="center"/>
          </w:tcPr>
          <w:p w14:paraId="2FC19A89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496" w:type="dxa"/>
          </w:tcPr>
          <w:p w14:paraId="03C3DA76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1703D" w:rsidRPr="00027D8D" w14:paraId="09C32D30" w14:textId="0BA081D7" w:rsidTr="00EF3737">
        <w:trPr>
          <w:jc w:val="center"/>
        </w:trPr>
        <w:tc>
          <w:tcPr>
            <w:tcW w:w="4838" w:type="dxa"/>
            <w:vAlign w:val="center"/>
          </w:tcPr>
          <w:p w14:paraId="3B283E55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Праздник «Прощай, начальная школа!»</w:t>
            </w:r>
          </w:p>
        </w:tc>
        <w:tc>
          <w:tcPr>
            <w:tcW w:w="993" w:type="dxa"/>
          </w:tcPr>
          <w:p w14:paraId="11EC11A2" w14:textId="30DC8A7D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86D23A8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835" w:type="dxa"/>
            <w:vAlign w:val="center"/>
          </w:tcPr>
          <w:p w14:paraId="7DFDB985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6" w:type="dxa"/>
          </w:tcPr>
          <w:p w14:paraId="27A1DC94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1703D" w:rsidRPr="00BE7498" w14:paraId="1A073A11" w14:textId="0797EF4A" w:rsidTr="00EF3737">
        <w:trPr>
          <w:jc w:val="center"/>
        </w:trPr>
        <w:tc>
          <w:tcPr>
            <w:tcW w:w="4838" w:type="dxa"/>
            <w:vAlign w:val="center"/>
          </w:tcPr>
          <w:p w14:paraId="1FA9464F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Инструктажи и практические занятия по безопасному поведению</w:t>
            </w:r>
          </w:p>
        </w:tc>
        <w:tc>
          <w:tcPr>
            <w:tcW w:w="993" w:type="dxa"/>
          </w:tcPr>
          <w:p w14:paraId="3BFAFD32" w14:textId="17B9AF03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6D03F5B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Перед каникулами, поездками и массовыми мероприятиями</w:t>
            </w:r>
          </w:p>
        </w:tc>
        <w:tc>
          <w:tcPr>
            <w:tcW w:w="2835" w:type="dxa"/>
            <w:vAlign w:val="center"/>
          </w:tcPr>
          <w:p w14:paraId="1E1B57E2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ответственный за комплексную безопасность</w:t>
            </w:r>
          </w:p>
        </w:tc>
        <w:tc>
          <w:tcPr>
            <w:tcW w:w="3496" w:type="dxa"/>
          </w:tcPr>
          <w:p w14:paraId="6AC3AE71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1703D" w:rsidRPr="00BE7498" w14:paraId="033BF542" w14:textId="7008069B" w:rsidTr="00EF3737">
        <w:trPr>
          <w:jc w:val="center"/>
        </w:trPr>
        <w:tc>
          <w:tcPr>
            <w:tcW w:w="4838" w:type="dxa"/>
            <w:vAlign w:val="center"/>
          </w:tcPr>
          <w:p w14:paraId="224B6429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Образовательные экскурсии и культурные посещения</w:t>
            </w:r>
          </w:p>
        </w:tc>
        <w:tc>
          <w:tcPr>
            <w:tcW w:w="993" w:type="dxa"/>
          </w:tcPr>
          <w:p w14:paraId="414E4566" w14:textId="497BB226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72C91EFC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плану класса, не менее одного раза в полугодие</w:t>
            </w:r>
          </w:p>
        </w:tc>
        <w:tc>
          <w:tcPr>
            <w:tcW w:w="2835" w:type="dxa"/>
            <w:vAlign w:val="center"/>
          </w:tcPr>
          <w:p w14:paraId="28B6ADF2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представители организаций — по согласованию</w:t>
            </w:r>
          </w:p>
        </w:tc>
        <w:tc>
          <w:tcPr>
            <w:tcW w:w="3496" w:type="dxa"/>
          </w:tcPr>
          <w:p w14:paraId="7EF2552D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C1703D" w:rsidRPr="00BE7498" w14:paraId="33B6E3FC" w14:textId="31BA9CB4" w:rsidTr="00EF3737">
        <w:trPr>
          <w:jc w:val="center"/>
        </w:trPr>
        <w:tc>
          <w:tcPr>
            <w:tcW w:w="4838" w:type="dxa"/>
            <w:vAlign w:val="center"/>
          </w:tcPr>
          <w:p w14:paraId="2E3C9E60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Совместные мероприятия с родителями (законными представителями)</w:t>
            </w:r>
          </w:p>
        </w:tc>
        <w:tc>
          <w:tcPr>
            <w:tcW w:w="993" w:type="dxa"/>
          </w:tcPr>
          <w:p w14:paraId="66948199" w14:textId="296E2E27" w:rsidR="00C1703D" w:rsidRPr="00027D8D" w:rsidRDefault="00C1703D" w:rsidP="00C1703D">
            <w:pPr>
              <w:rPr>
                <w:rFonts w:cs="Times New Roman"/>
                <w:sz w:val="24"/>
                <w:szCs w:val="24"/>
              </w:rPr>
            </w:pPr>
            <w:r w:rsidRPr="00CE3A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6A3CA851" w14:textId="77777777" w:rsidR="00C1703D" w:rsidRPr="00027D8D" w:rsidRDefault="00C1703D" w:rsidP="00C170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835" w:type="dxa"/>
            <w:vAlign w:val="center"/>
          </w:tcPr>
          <w:p w14:paraId="34120E2F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родители — по согласованию</w:t>
            </w:r>
          </w:p>
        </w:tc>
        <w:tc>
          <w:tcPr>
            <w:tcW w:w="3496" w:type="dxa"/>
          </w:tcPr>
          <w:p w14:paraId="5F1A7AE2" w14:textId="77777777" w:rsidR="00C1703D" w:rsidRPr="00027D8D" w:rsidRDefault="00C1703D" w:rsidP="00C1703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4C059F" w:rsidRPr="00027D8D" w14:paraId="39421AAB" w14:textId="77777777" w:rsidTr="00626F81">
        <w:trPr>
          <w:jc w:val="center"/>
        </w:trPr>
        <w:tc>
          <w:tcPr>
            <w:tcW w:w="13721" w:type="dxa"/>
            <w:gridSpan w:val="5"/>
            <w:vAlign w:val="center"/>
          </w:tcPr>
          <w:p w14:paraId="2A84872A" w14:textId="779756EB" w:rsidR="004C059F" w:rsidRPr="004C059F" w:rsidRDefault="004C059F" w:rsidP="004C059F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4C059F">
              <w:rPr>
                <w:rFonts w:cs="Times New Roman"/>
                <w:b/>
                <w:bCs/>
                <w:sz w:val="28"/>
                <w:szCs w:val="28"/>
                <w:lang w:val="ru-RU"/>
              </w:rPr>
              <w:t>Патриотическое воспитание Классные часы</w:t>
            </w:r>
          </w:p>
        </w:tc>
      </w:tr>
      <w:tr w:rsidR="00913C43" w:rsidRPr="00027D8D" w14:paraId="6F8D0477" w14:textId="77777777" w:rsidTr="00EF3737">
        <w:trPr>
          <w:jc w:val="center"/>
        </w:trPr>
        <w:tc>
          <w:tcPr>
            <w:tcW w:w="4838" w:type="dxa"/>
            <w:vAlign w:val="center"/>
          </w:tcPr>
          <w:p w14:paraId="7B9EBCF2" w14:textId="77777777" w:rsidR="00913C43" w:rsidRPr="00807BBC" w:rsidRDefault="00913C43" w:rsidP="00913C43">
            <w:pPr>
              <w:widowControl w:val="0"/>
              <w:tabs>
                <w:tab w:val="left" w:pos="1870"/>
              </w:tabs>
              <w:autoSpaceDE w:val="0"/>
              <w:autoSpaceDN w:val="0"/>
              <w:spacing w:before="6" w:line="259" w:lineRule="auto"/>
              <w:ind w:right="375"/>
              <w:rPr>
                <w:rFonts w:cs="Times New Roman"/>
                <w:sz w:val="24"/>
                <w:lang w:val="ru-RU"/>
              </w:rPr>
            </w:pPr>
            <w:r w:rsidRPr="00807BBC">
              <w:rPr>
                <w:rFonts w:cs="Times New Roman"/>
                <w:sz w:val="24"/>
                <w:lang w:val="ru-RU"/>
              </w:rPr>
              <w:t>Организация</w:t>
            </w:r>
            <w:r w:rsidRPr="00807BBC">
              <w:rPr>
                <w:rFonts w:cs="Times New Roman"/>
                <w:sz w:val="24"/>
                <w:lang w:val="ru-RU"/>
              </w:rPr>
              <w:tab/>
            </w:r>
            <w:r w:rsidRPr="00807BBC">
              <w:rPr>
                <w:rFonts w:cs="Times New Roman"/>
                <w:spacing w:val="-1"/>
                <w:sz w:val="24"/>
                <w:lang w:val="ru-RU"/>
              </w:rPr>
              <w:t>встре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ч 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учащихся</w:t>
            </w:r>
            <w:r w:rsidRPr="00807BBC">
              <w:rPr>
                <w:rFonts w:cs="Times New Roman"/>
                <w:spacing w:val="14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с</w:t>
            </w:r>
            <w:r w:rsidRPr="00807BBC">
              <w:rPr>
                <w:rFonts w:cs="Times New Roman"/>
                <w:spacing w:val="15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ветеранами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</w:t>
            </w:r>
            <w:r w:rsidRPr="00807BBC">
              <w:rPr>
                <w:rFonts w:cs="Times New Roman"/>
                <w:sz w:val="24"/>
                <w:lang w:val="ru-RU"/>
              </w:rPr>
              <w:t>Великой</w:t>
            </w:r>
            <w:r w:rsidRPr="00807BBC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Отечественной</w:t>
            </w:r>
            <w:r w:rsidRPr="00807BBC">
              <w:rPr>
                <w:rFonts w:cs="Times New Roman"/>
                <w:spacing w:val="50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войны,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воинами</w:t>
            </w:r>
            <w:r w:rsidRPr="00807BBC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интернационалистами,</w:t>
            </w:r>
          </w:p>
          <w:p w14:paraId="13C38C99" w14:textId="77777777" w:rsidR="00913C43" w:rsidRPr="00807BBC" w:rsidRDefault="00913C43" w:rsidP="00913C43">
            <w:pPr>
              <w:spacing w:before="3" w:line="259" w:lineRule="auto"/>
              <w:ind w:right="469"/>
              <w:rPr>
                <w:rFonts w:cs="Times New Roman"/>
                <w:sz w:val="24"/>
                <w:lang w:val="ru-RU"/>
              </w:rPr>
            </w:pPr>
            <w:r w:rsidRPr="00807BBC">
              <w:rPr>
                <w:rFonts w:cs="Times New Roman"/>
                <w:sz w:val="24"/>
                <w:lang w:val="ru-RU"/>
              </w:rPr>
              <w:t>Участниками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антитеррористических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операций,</w:t>
            </w:r>
            <w:r w:rsidRPr="00807BBC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посвященные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памятным</w:t>
            </w:r>
            <w:r w:rsidRPr="00807BBC">
              <w:rPr>
                <w:rFonts w:cs="Times New Roman"/>
                <w:sz w:val="24"/>
                <w:lang w:val="ru-RU"/>
              </w:rPr>
              <w:tab/>
              <w:t>и</w:t>
            </w:r>
          </w:p>
          <w:p w14:paraId="722C5E83" w14:textId="4FF586A6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07BBC">
              <w:rPr>
                <w:rFonts w:cs="Times New Roman"/>
                <w:sz w:val="24"/>
                <w:lang w:val="ru-RU"/>
              </w:rPr>
              <w:t>знаменательным</w:t>
            </w:r>
            <w:r w:rsidRPr="00807BBC">
              <w:rPr>
                <w:rFonts w:cs="Times New Roman"/>
                <w:spacing w:val="4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датам</w:t>
            </w:r>
            <w:r>
              <w:rPr>
                <w:rFonts w:cs="Times New Roman"/>
                <w:sz w:val="24"/>
                <w:lang w:val="ru-RU"/>
              </w:rPr>
              <w:t xml:space="preserve">  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военной</w:t>
            </w:r>
            <w:r w:rsidRPr="00807BBC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истории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</w:p>
        </w:tc>
        <w:tc>
          <w:tcPr>
            <w:tcW w:w="993" w:type="dxa"/>
          </w:tcPr>
          <w:p w14:paraId="2B32B1F4" w14:textId="1DBF3F71" w:rsidR="00913C43" w:rsidRPr="00027D8D" w:rsidRDefault="00913C43" w:rsidP="00913C43">
            <w:pPr>
              <w:rPr>
                <w:rFonts w:cs="Times New Roman"/>
                <w:sz w:val="24"/>
                <w:szCs w:val="24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52E19E27" w14:textId="174DC2A9" w:rsidR="00913C43" w:rsidRPr="00027D8D" w:rsidRDefault="00913C43" w:rsidP="00913C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полугодие</w:t>
            </w:r>
          </w:p>
        </w:tc>
        <w:tc>
          <w:tcPr>
            <w:tcW w:w="2835" w:type="dxa"/>
            <w:vAlign w:val="center"/>
          </w:tcPr>
          <w:p w14:paraId="347D2712" w14:textId="1D317EDA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  <w:vAlign w:val="center"/>
          </w:tcPr>
          <w:p w14:paraId="40509C67" w14:textId="234ADEE0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D1165" w:rsidRPr="00027D8D" w14:paraId="03E54C8A" w14:textId="77777777" w:rsidTr="00EF3737">
        <w:trPr>
          <w:jc w:val="center"/>
        </w:trPr>
        <w:tc>
          <w:tcPr>
            <w:tcW w:w="4838" w:type="dxa"/>
            <w:vAlign w:val="center"/>
          </w:tcPr>
          <w:p w14:paraId="07D67A21" w14:textId="0EDC202E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Уроки</w:t>
            </w:r>
            <w:r w:rsidRPr="008F652B">
              <w:rPr>
                <w:rFonts w:cs="Times New Roman"/>
                <w:sz w:val="24"/>
                <w:lang w:val="ru-RU"/>
              </w:rPr>
              <w:tab/>
              <w:t>мужества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>"В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      </w:t>
            </w:r>
            <w:r w:rsidRPr="008F652B">
              <w:rPr>
                <w:rFonts w:cs="Times New Roman"/>
                <w:sz w:val="24"/>
                <w:lang w:val="ru-RU"/>
              </w:rPr>
              <w:t>нашей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>памяти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</w:t>
            </w:r>
            <w:r w:rsidRPr="008F652B">
              <w:rPr>
                <w:rFonts w:cs="Times New Roman"/>
                <w:sz w:val="24"/>
                <w:lang w:val="ru-RU"/>
              </w:rPr>
              <w:t>навсегда…",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посвящённые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>Дню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                            </w:t>
            </w:r>
            <w:r w:rsidRPr="008F652B">
              <w:rPr>
                <w:rFonts w:cs="Times New Roman"/>
                <w:sz w:val="24"/>
                <w:lang w:val="ru-RU"/>
              </w:rPr>
              <w:lastRenderedPageBreak/>
              <w:t>окончания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>Второй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                           </w:t>
            </w:r>
            <w:r w:rsidRPr="008F652B">
              <w:rPr>
                <w:rFonts w:cs="Times New Roman"/>
                <w:sz w:val="24"/>
                <w:lang w:val="ru-RU"/>
              </w:rPr>
              <w:t>мировой</w:t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войн</w:t>
            </w:r>
            <w:r>
              <w:rPr>
                <w:rFonts w:cs="Times New Roman"/>
                <w:sz w:val="24"/>
                <w:lang w:val="ru-RU"/>
              </w:rPr>
              <w:t>ы</w:t>
            </w:r>
          </w:p>
        </w:tc>
        <w:tc>
          <w:tcPr>
            <w:tcW w:w="993" w:type="dxa"/>
          </w:tcPr>
          <w:p w14:paraId="4A17FE82" w14:textId="6ACA04A0" w:rsidR="009D1165" w:rsidRPr="00027D8D" w:rsidRDefault="009D1165" w:rsidP="009D1165">
            <w:pPr>
              <w:rPr>
                <w:rFonts w:cs="Times New Roman"/>
                <w:sz w:val="24"/>
                <w:szCs w:val="24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559" w:type="dxa"/>
            <w:vAlign w:val="center"/>
          </w:tcPr>
          <w:p w14:paraId="158B95C0" w14:textId="6793827B" w:rsidR="009D1165" w:rsidRPr="00027D8D" w:rsidRDefault="009D1165" w:rsidP="009D116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835" w:type="dxa"/>
          </w:tcPr>
          <w:p w14:paraId="26FC9608" w14:textId="3D4E8188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D2DC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  <w:vAlign w:val="center"/>
          </w:tcPr>
          <w:p w14:paraId="43147BFC" w14:textId="0A550A2D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D1165" w:rsidRPr="00027D8D" w14:paraId="35222C76" w14:textId="77777777" w:rsidTr="00EF3737">
        <w:trPr>
          <w:jc w:val="center"/>
        </w:trPr>
        <w:tc>
          <w:tcPr>
            <w:tcW w:w="4838" w:type="dxa"/>
            <w:vAlign w:val="center"/>
          </w:tcPr>
          <w:p w14:paraId="448F31E8" w14:textId="77777777" w:rsidR="009D1165" w:rsidRPr="008F652B" w:rsidRDefault="009D1165" w:rsidP="009D1165">
            <w:pPr>
              <w:widowControl w:val="0"/>
              <w:tabs>
                <w:tab w:val="left" w:pos="968"/>
                <w:tab w:val="left" w:pos="2055"/>
              </w:tabs>
              <w:autoSpaceDE w:val="0"/>
              <w:autoSpaceDN w:val="0"/>
              <w:spacing w:line="259" w:lineRule="auto"/>
              <w:ind w:right="255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lastRenderedPageBreak/>
              <w:t>День</w:t>
            </w:r>
            <w:r w:rsidRPr="008F652B">
              <w:rPr>
                <w:rFonts w:cs="Times New Roman"/>
                <w:sz w:val="24"/>
                <w:lang w:val="ru-RU"/>
              </w:rPr>
              <w:tab/>
              <w:t>памяти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>жертв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</w:t>
            </w:r>
            <w:r w:rsidRPr="008F652B">
              <w:rPr>
                <w:rFonts w:cs="Times New Roman"/>
                <w:sz w:val="24"/>
                <w:lang w:val="ru-RU"/>
              </w:rPr>
              <w:t>фашизма</w:t>
            </w:r>
          </w:p>
          <w:p w14:paraId="447A71F0" w14:textId="77777777" w:rsidR="009D1165" w:rsidRPr="008F652B" w:rsidRDefault="009D1165" w:rsidP="009D1165">
            <w:pPr>
              <w:widowControl w:val="0"/>
              <w:autoSpaceDE w:val="0"/>
              <w:autoSpaceDN w:val="0"/>
              <w:spacing w:line="275" w:lineRule="exact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Уроки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истории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«Героями</w:t>
            </w:r>
            <w:r w:rsidRPr="008F652B">
              <w:rPr>
                <w:rFonts w:cs="Times New Roman"/>
                <w:sz w:val="24"/>
                <w:lang w:val="ru-RU"/>
              </w:rPr>
              <w:tab/>
              <w:t>не</w:t>
            </w:r>
            <w:r>
              <w:rPr>
                <w:rFonts w:cs="Times New Roman"/>
                <w:sz w:val="24"/>
                <w:lang w:val="ru-RU"/>
              </w:rPr>
              <w:t xml:space="preserve">  </w:t>
            </w:r>
            <w:r w:rsidRPr="008F652B">
              <w:rPr>
                <w:rFonts w:cs="Times New Roman"/>
                <w:sz w:val="24"/>
                <w:lang w:val="ru-RU"/>
              </w:rPr>
              <w:t>рождаются…»</w:t>
            </w:r>
          </w:p>
          <w:p w14:paraId="60C030FB" w14:textId="2871EA2B" w:rsidR="009D1165" w:rsidRPr="008F652B" w:rsidRDefault="009D1165" w:rsidP="009D1165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Классные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часы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«Перед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памятью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>время</w:t>
            </w:r>
            <w:r w:rsidRPr="008F652B">
              <w:rPr>
                <w:rFonts w:cs="Times New Roman"/>
                <w:spacing w:val="-58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бессильно</w:t>
            </w:r>
          </w:p>
        </w:tc>
        <w:tc>
          <w:tcPr>
            <w:tcW w:w="993" w:type="dxa"/>
          </w:tcPr>
          <w:p w14:paraId="4823F08A" w14:textId="695016A5" w:rsidR="009D1165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5CFB26E" w14:textId="3AEF0DA8" w:rsidR="009D1165" w:rsidRDefault="009D1165" w:rsidP="009D116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835" w:type="dxa"/>
          </w:tcPr>
          <w:p w14:paraId="2BFCE6B3" w14:textId="07CC1481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D2DC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202B3879" w14:textId="77777777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D1165" w:rsidRPr="00027D8D" w14:paraId="69BC87AA" w14:textId="77777777" w:rsidTr="00EF3737">
        <w:trPr>
          <w:jc w:val="center"/>
        </w:trPr>
        <w:tc>
          <w:tcPr>
            <w:tcW w:w="4838" w:type="dxa"/>
            <w:vAlign w:val="center"/>
          </w:tcPr>
          <w:p w14:paraId="536400BC" w14:textId="7FEBCA95" w:rsidR="009D1165" w:rsidRPr="008F652B" w:rsidRDefault="009D1165" w:rsidP="009D1165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Урок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 xml:space="preserve">мужества </w:t>
            </w:r>
            <w:r w:rsidRPr="008F652B">
              <w:rPr>
                <w:rFonts w:ascii="Calibri" w:hAnsi="Calibri" w:cs="Times New Roman"/>
                <w:sz w:val="22"/>
                <w:lang w:val="ru-RU"/>
              </w:rPr>
              <w:t>«</w:t>
            </w:r>
            <w:r w:rsidRPr="008F652B">
              <w:rPr>
                <w:rFonts w:cs="Times New Roman"/>
                <w:sz w:val="24"/>
                <w:lang w:val="ru-RU"/>
              </w:rPr>
              <w:t>Берегите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Россию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–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нет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России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другой"</w:t>
            </w:r>
          </w:p>
        </w:tc>
        <w:tc>
          <w:tcPr>
            <w:tcW w:w="993" w:type="dxa"/>
          </w:tcPr>
          <w:p w14:paraId="3E7D1712" w14:textId="4B8AD4BA" w:rsidR="009D1165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5FEAE128" w14:textId="6E4BFC67" w:rsidR="009D1165" w:rsidRDefault="009D1165" w:rsidP="009D116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835" w:type="dxa"/>
          </w:tcPr>
          <w:p w14:paraId="50CCB0A5" w14:textId="3B3B4107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D2DC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57A1801C" w14:textId="77777777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D1165" w:rsidRPr="00027D8D" w14:paraId="1F740A5D" w14:textId="77777777" w:rsidTr="00EF3737">
        <w:trPr>
          <w:jc w:val="center"/>
        </w:trPr>
        <w:tc>
          <w:tcPr>
            <w:tcW w:w="4838" w:type="dxa"/>
            <w:vAlign w:val="center"/>
          </w:tcPr>
          <w:p w14:paraId="741EDFD2" w14:textId="77777777" w:rsidR="009D1165" w:rsidRPr="008F652B" w:rsidRDefault="009D1165" w:rsidP="009D1165">
            <w:pPr>
              <w:widowControl w:val="0"/>
              <w:autoSpaceDE w:val="0"/>
              <w:autoSpaceDN w:val="0"/>
              <w:spacing w:line="259" w:lineRule="auto"/>
              <w:ind w:left="105" w:right="528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Поздравление ко Дню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учителя.</w:t>
            </w:r>
          </w:p>
          <w:p w14:paraId="6FB0E613" w14:textId="5F7D6469" w:rsidR="009D1165" w:rsidRPr="008F652B" w:rsidRDefault="009D1165" w:rsidP="009D1165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«Нет</w:t>
            </w:r>
            <w:r w:rsidRPr="008F652B">
              <w:rPr>
                <w:rFonts w:cs="Times New Roman"/>
                <w:spacing w:val="-1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профессии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прекрасней!»</w:t>
            </w:r>
          </w:p>
        </w:tc>
        <w:tc>
          <w:tcPr>
            <w:tcW w:w="993" w:type="dxa"/>
          </w:tcPr>
          <w:p w14:paraId="70776082" w14:textId="7CF6ACED" w:rsidR="009D1165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EBE53F0" w14:textId="5FD40259" w:rsidR="009D1165" w:rsidRDefault="009D1165" w:rsidP="009D116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835" w:type="dxa"/>
          </w:tcPr>
          <w:p w14:paraId="56A6E9A4" w14:textId="6B3A6ACE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D2DC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5C5E0F0B" w14:textId="77777777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59EC15CB" w14:textId="77777777" w:rsidTr="00EF3737">
        <w:trPr>
          <w:jc w:val="center"/>
        </w:trPr>
        <w:tc>
          <w:tcPr>
            <w:tcW w:w="4838" w:type="dxa"/>
            <w:vAlign w:val="center"/>
          </w:tcPr>
          <w:p w14:paraId="1C154FA5" w14:textId="636B007F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День космонавтики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Тематически</w:t>
            </w:r>
            <w:r>
              <w:rPr>
                <w:rFonts w:cs="Times New Roman"/>
                <w:sz w:val="24"/>
                <w:lang w:val="ru-RU"/>
              </w:rPr>
              <w:t>й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классны</w:t>
            </w:r>
            <w:r>
              <w:rPr>
                <w:rFonts w:cs="Times New Roman"/>
                <w:sz w:val="24"/>
                <w:lang w:val="ru-RU"/>
              </w:rPr>
              <w:t xml:space="preserve">й 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час</w:t>
            </w:r>
          </w:p>
        </w:tc>
        <w:tc>
          <w:tcPr>
            <w:tcW w:w="993" w:type="dxa"/>
          </w:tcPr>
          <w:p w14:paraId="789D3CD0" w14:textId="40076421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4332E987" w14:textId="447428D7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835" w:type="dxa"/>
          </w:tcPr>
          <w:p w14:paraId="1335C486" w14:textId="26175F63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10C1126A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69641EC6" w14:textId="77777777" w:rsidTr="00EF3737">
        <w:trPr>
          <w:jc w:val="center"/>
        </w:trPr>
        <w:tc>
          <w:tcPr>
            <w:tcW w:w="4838" w:type="dxa"/>
            <w:vAlign w:val="center"/>
          </w:tcPr>
          <w:p w14:paraId="64DDA05D" w14:textId="374F8AE2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Участие во Всероссийской</w:t>
            </w:r>
            <w:r>
              <w:rPr>
                <w:rFonts w:cs="Times New Roman"/>
                <w:sz w:val="24"/>
                <w:lang w:val="ru-RU"/>
              </w:rPr>
              <w:t xml:space="preserve">   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акции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«Я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-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гражданин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России»</w:t>
            </w:r>
          </w:p>
        </w:tc>
        <w:tc>
          <w:tcPr>
            <w:tcW w:w="993" w:type="dxa"/>
          </w:tcPr>
          <w:p w14:paraId="255E0965" w14:textId="69A38DFD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39B39F7" w14:textId="0840F1DD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835" w:type="dxa"/>
          </w:tcPr>
          <w:p w14:paraId="150B7D25" w14:textId="69B32889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74CCA1B2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04BDB3EE" w14:textId="77777777" w:rsidTr="00EF3737">
        <w:trPr>
          <w:jc w:val="center"/>
        </w:trPr>
        <w:tc>
          <w:tcPr>
            <w:tcW w:w="4838" w:type="dxa"/>
            <w:vAlign w:val="center"/>
          </w:tcPr>
          <w:p w14:paraId="3E8B5492" w14:textId="77777777" w:rsidR="00913C43" w:rsidRPr="008F652B" w:rsidRDefault="00913C43" w:rsidP="00913C43">
            <w:pPr>
              <w:widowControl w:val="0"/>
              <w:autoSpaceDE w:val="0"/>
              <w:autoSpaceDN w:val="0"/>
              <w:spacing w:line="259" w:lineRule="auto"/>
              <w:ind w:left="105" w:right="109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Цикл классных часов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"Наша</w:t>
            </w:r>
            <w:r w:rsidRPr="008F652B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Родина</w:t>
            </w:r>
            <w:r w:rsidRPr="008F652B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-</w:t>
            </w:r>
            <w:r w:rsidRPr="008F652B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Россия",</w:t>
            </w:r>
            <w:r w:rsidRPr="008F652B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в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</w:t>
            </w:r>
            <w:r w:rsidRPr="008F652B">
              <w:rPr>
                <w:rFonts w:cs="Times New Roman"/>
                <w:sz w:val="24"/>
                <w:lang w:val="ru-RU"/>
              </w:rPr>
              <w:t>рамках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Дня народного</w:t>
            </w:r>
            <w:r>
              <w:rPr>
                <w:rFonts w:cs="Times New Roman"/>
                <w:sz w:val="24"/>
                <w:lang w:val="ru-RU"/>
              </w:rPr>
              <w:t xml:space="preserve">   </w:t>
            </w:r>
            <w:r w:rsidRPr="008F652B">
              <w:rPr>
                <w:rFonts w:cs="Times New Roman"/>
                <w:sz w:val="24"/>
                <w:lang w:val="ru-RU"/>
              </w:rPr>
              <w:t>Единства</w:t>
            </w:r>
          </w:p>
          <w:p w14:paraId="02384D9B" w14:textId="77777777" w:rsidR="00913C43" w:rsidRPr="008F652B" w:rsidRDefault="00913C43" w:rsidP="00913C43">
            <w:pPr>
              <w:widowControl w:val="0"/>
              <w:autoSpaceDE w:val="0"/>
              <w:autoSpaceDN w:val="0"/>
              <w:spacing w:before="22"/>
              <w:ind w:left="105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Радиолинейка</w:t>
            </w:r>
          </w:p>
          <w:p w14:paraId="0156798E" w14:textId="4505E5F6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«День</w:t>
            </w:r>
            <w:r w:rsidRPr="008F652B">
              <w:rPr>
                <w:rFonts w:cs="Times New Roman"/>
                <w:spacing w:val="-1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народного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единства»</w:t>
            </w:r>
          </w:p>
        </w:tc>
        <w:tc>
          <w:tcPr>
            <w:tcW w:w="993" w:type="dxa"/>
          </w:tcPr>
          <w:p w14:paraId="6D81E9FD" w14:textId="6DFA2AC6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BFA91F6" w14:textId="42C9AFE5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835" w:type="dxa"/>
          </w:tcPr>
          <w:p w14:paraId="46BE63E8" w14:textId="19270C3A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110B9772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3C6DB438" w14:textId="77777777" w:rsidTr="00EF3737">
        <w:trPr>
          <w:jc w:val="center"/>
        </w:trPr>
        <w:tc>
          <w:tcPr>
            <w:tcW w:w="4838" w:type="dxa"/>
            <w:vAlign w:val="center"/>
          </w:tcPr>
          <w:p w14:paraId="4E6DCB98" w14:textId="77777777" w:rsidR="00913C43" w:rsidRPr="008F652B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Мероприятия, посвящённый Дню неизвестного солдата</w:t>
            </w:r>
          </w:p>
          <w:p w14:paraId="6528532B" w14:textId="77777777" w:rsidR="00913C43" w:rsidRPr="008F652B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«Они</w:t>
            </w:r>
            <w:r w:rsidRPr="008F652B">
              <w:rPr>
                <w:rFonts w:cs="Times New Roman"/>
                <w:sz w:val="24"/>
                <w:szCs w:val="24"/>
                <w:lang w:val="ru-RU"/>
              </w:rPr>
              <w:tab/>
              <w:t>сражались за Родину»</w:t>
            </w:r>
          </w:p>
          <w:p w14:paraId="570B875D" w14:textId="77777777" w:rsidR="00913C43" w:rsidRPr="008F652B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Классные часы</w:t>
            </w:r>
          </w:p>
          <w:p w14:paraId="7054E674" w14:textId="77777777" w:rsidR="00913C43" w:rsidRPr="008F652B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«Навечно в памяти народной…» Уроки истории</w:t>
            </w:r>
          </w:p>
          <w:p w14:paraId="61E0A4A8" w14:textId="0419F105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«Вечная Слава героям»</w:t>
            </w:r>
          </w:p>
        </w:tc>
        <w:tc>
          <w:tcPr>
            <w:tcW w:w="993" w:type="dxa"/>
          </w:tcPr>
          <w:p w14:paraId="0219B03B" w14:textId="2F2B643D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E8A69D4" w14:textId="1EC4F2FC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835" w:type="dxa"/>
          </w:tcPr>
          <w:p w14:paraId="0F0AABCF" w14:textId="0A0CDB99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276DDAC0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368C1E8C" w14:textId="77777777" w:rsidTr="00EF3737">
        <w:trPr>
          <w:jc w:val="center"/>
        </w:trPr>
        <w:tc>
          <w:tcPr>
            <w:tcW w:w="4838" w:type="dxa"/>
          </w:tcPr>
          <w:p w14:paraId="0C83F373" w14:textId="04AA7F4C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sz w:val="24"/>
                <w:lang w:val="ru-RU"/>
              </w:rPr>
              <w:t>Вовлечение</w:t>
            </w:r>
            <w:r w:rsidRPr="004C059F">
              <w:rPr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обучающихся</w:t>
            </w:r>
            <w:r w:rsidRPr="004C059F">
              <w:rPr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в</w:t>
            </w:r>
            <w:r w:rsidRPr="004C059F">
              <w:rPr>
                <w:sz w:val="24"/>
                <w:lang w:val="ru-RU"/>
              </w:rPr>
              <w:tab/>
            </w:r>
            <w:r w:rsidRPr="004C059F">
              <w:rPr>
                <w:spacing w:val="-1"/>
                <w:sz w:val="24"/>
                <w:lang w:val="ru-RU"/>
              </w:rPr>
              <w:t>детско-юношеское</w:t>
            </w:r>
            <w:r w:rsidRPr="004C059F">
              <w:rPr>
                <w:spacing w:val="-58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объединение</w:t>
            </w:r>
            <w:r w:rsidRPr="004C059F">
              <w:rPr>
                <w:spacing w:val="57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ЮНАРМИЯ</w:t>
            </w:r>
          </w:p>
        </w:tc>
        <w:tc>
          <w:tcPr>
            <w:tcW w:w="993" w:type="dxa"/>
          </w:tcPr>
          <w:p w14:paraId="3D1F2DF0" w14:textId="6161D5AA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70321BA3" w14:textId="51D54469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2835" w:type="dxa"/>
          </w:tcPr>
          <w:p w14:paraId="4D5B390B" w14:textId="2A513DD9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3FA84C83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79C77C4F" w14:textId="77777777" w:rsidTr="00EF3737">
        <w:trPr>
          <w:jc w:val="center"/>
        </w:trPr>
        <w:tc>
          <w:tcPr>
            <w:tcW w:w="4838" w:type="dxa"/>
          </w:tcPr>
          <w:p w14:paraId="7DAE62A2" w14:textId="77777777" w:rsidR="00913C43" w:rsidRPr="004C059F" w:rsidRDefault="00913C43" w:rsidP="00913C43">
            <w:pPr>
              <w:widowControl w:val="0"/>
              <w:tabs>
                <w:tab w:val="left" w:pos="2151"/>
              </w:tabs>
              <w:autoSpaceDE w:val="0"/>
              <w:autoSpaceDN w:val="0"/>
              <w:spacing w:line="259" w:lineRule="auto"/>
              <w:ind w:left="105" w:right="35"/>
              <w:rPr>
                <w:rFonts w:cs="Times New Roman"/>
                <w:spacing w:val="-2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Организация</w:t>
            </w:r>
            <w:r w:rsidRPr="004C059F">
              <w:rPr>
                <w:rFonts w:cs="Times New Roman"/>
                <w:sz w:val="24"/>
                <w:lang w:val="ru-RU"/>
              </w:rPr>
              <w:tab/>
            </w:r>
            <w:r w:rsidRPr="004C059F">
              <w:rPr>
                <w:rFonts w:cs="Times New Roman"/>
                <w:spacing w:val="-2"/>
                <w:sz w:val="24"/>
                <w:lang w:val="ru-RU"/>
              </w:rPr>
              <w:t>работы</w:t>
            </w:r>
            <w:r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pacing w:val="-2"/>
                <w:sz w:val="24"/>
                <w:lang w:val="ru-RU"/>
              </w:rPr>
              <w:t>Движение Первых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</w:p>
          <w:p w14:paraId="0F17699B" w14:textId="260ACFAC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(отдельный</w:t>
            </w:r>
            <w:r w:rsidRPr="004C059F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план)</w:t>
            </w:r>
          </w:p>
        </w:tc>
        <w:tc>
          <w:tcPr>
            <w:tcW w:w="993" w:type="dxa"/>
          </w:tcPr>
          <w:p w14:paraId="103B1F13" w14:textId="46C8DCD8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4723E57B" w14:textId="7C2B8019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2835" w:type="dxa"/>
          </w:tcPr>
          <w:p w14:paraId="472787C2" w14:textId="09BE6954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529002C7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4F88ADCB" w14:textId="77777777" w:rsidTr="00EF3737">
        <w:trPr>
          <w:jc w:val="center"/>
        </w:trPr>
        <w:tc>
          <w:tcPr>
            <w:tcW w:w="4838" w:type="dxa"/>
          </w:tcPr>
          <w:p w14:paraId="4DDFFF8F" w14:textId="2BDE4BB9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Участие</w:t>
            </w:r>
            <w:r w:rsidRPr="004C059F"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</w:t>
            </w:r>
            <w:r w:rsidRPr="004C059F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муниципальных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этапах, областных 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Всероссийских конкурсов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патриотической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направленности.</w:t>
            </w:r>
          </w:p>
        </w:tc>
        <w:tc>
          <w:tcPr>
            <w:tcW w:w="993" w:type="dxa"/>
          </w:tcPr>
          <w:p w14:paraId="255BF4FB" w14:textId="22CD2788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E0AE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53D20777" w14:textId="0A0BCFCD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2835" w:type="dxa"/>
          </w:tcPr>
          <w:p w14:paraId="3B75489B" w14:textId="68DB7788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1D6F3D20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5AF0D780" w14:textId="77777777" w:rsidTr="00EF3737">
        <w:trPr>
          <w:jc w:val="center"/>
        </w:trPr>
        <w:tc>
          <w:tcPr>
            <w:tcW w:w="4838" w:type="dxa"/>
          </w:tcPr>
          <w:p w14:paraId="106B9E87" w14:textId="022FABEA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lastRenderedPageBreak/>
              <w:t>Участие в военных сборах</w:t>
            </w:r>
          </w:p>
        </w:tc>
        <w:tc>
          <w:tcPr>
            <w:tcW w:w="993" w:type="dxa"/>
            <w:vAlign w:val="center"/>
          </w:tcPr>
          <w:p w14:paraId="0BAD6AB3" w14:textId="79E2EB93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16E31DB6" w14:textId="11744FC2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2835" w:type="dxa"/>
          </w:tcPr>
          <w:p w14:paraId="21F789F0" w14:textId="46858934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30738638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71DC" w:rsidRPr="00027D8D" w14:paraId="4AE49752" w14:textId="77777777" w:rsidTr="00EF3737">
        <w:trPr>
          <w:jc w:val="center"/>
        </w:trPr>
        <w:tc>
          <w:tcPr>
            <w:tcW w:w="4838" w:type="dxa"/>
          </w:tcPr>
          <w:p w14:paraId="36247881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3"/>
              <w:ind w:left="105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Вахта</w:t>
            </w:r>
            <w:r w:rsidRPr="004C059F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памяти</w:t>
            </w:r>
          </w:p>
          <w:p w14:paraId="302FBB17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22" w:line="259" w:lineRule="auto"/>
              <w:ind w:left="105" w:right="85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«Города – герои»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виртуальная экскурсия по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городам героям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>Литературно-музыкальная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композиция</w:t>
            </w:r>
          </w:p>
          <w:p w14:paraId="32292D1C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line="274" w:lineRule="exact"/>
              <w:ind w:left="170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«Этот</w:t>
            </w:r>
            <w:r w:rsidRPr="004C059F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день</w:t>
            </w:r>
            <w:r w:rsidRPr="004C059F"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мы</w:t>
            </w:r>
          </w:p>
          <w:p w14:paraId="70B45726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21" w:line="259" w:lineRule="auto"/>
              <w:ind w:left="105" w:right="250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приближали как могли!»</w:t>
            </w:r>
            <w:r w:rsidRPr="004C059F">
              <w:rPr>
                <w:rFonts w:cs="Times New Roman"/>
                <w:spacing w:val="-58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Смотр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строя 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песни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Уроки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мужества</w:t>
            </w:r>
          </w:p>
          <w:p w14:paraId="51802DB0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1" w:line="259" w:lineRule="auto"/>
              <w:ind w:left="105" w:right="946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«От</w:t>
            </w:r>
            <w:r w:rsidRPr="004C059F">
              <w:rPr>
                <w:rFonts w:cs="Times New Roman"/>
                <w:spacing w:val="-9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героев</w:t>
            </w:r>
            <w:r w:rsidRPr="004C059F">
              <w:rPr>
                <w:rFonts w:cs="Times New Roman"/>
                <w:spacing w:val="-9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былых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времен…»</w:t>
            </w:r>
          </w:p>
          <w:p w14:paraId="3D658D88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line="276" w:lineRule="exact"/>
              <w:ind w:left="105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Смотр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строя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и песни</w:t>
            </w:r>
          </w:p>
          <w:p w14:paraId="7BF37704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22" w:line="259" w:lineRule="auto"/>
              <w:ind w:left="105" w:right="67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«Шли</w:t>
            </w:r>
            <w:r w:rsidRPr="004C059F"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солдаты</w:t>
            </w:r>
            <w:r w:rsidRPr="004C059F"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на</w:t>
            </w:r>
            <w:r w:rsidRPr="004C059F">
              <w:rPr>
                <w:rFonts w:cs="Times New Roman"/>
                <w:spacing w:val="-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парад!»"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Акции:</w:t>
            </w:r>
          </w:p>
          <w:p w14:paraId="4629C1C6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line="275" w:lineRule="exact"/>
              <w:ind w:left="170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«Бессмертный</w:t>
            </w:r>
            <w:r w:rsidRPr="004C059F"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полк»,</w:t>
            </w:r>
          </w:p>
          <w:p w14:paraId="4AFBA35E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22"/>
              <w:ind w:left="105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«Георгиевская</w:t>
            </w:r>
            <w:r w:rsidRPr="004C059F"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ленточка»,</w:t>
            </w:r>
          </w:p>
          <w:p w14:paraId="32B73034" w14:textId="77777777" w:rsidR="007971DC" w:rsidRPr="004C059F" w:rsidRDefault="007971DC" w:rsidP="007971DC">
            <w:pPr>
              <w:widowControl w:val="0"/>
              <w:autoSpaceDE w:val="0"/>
              <w:autoSpaceDN w:val="0"/>
              <w:spacing w:before="21"/>
              <w:ind w:left="105"/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«Окна</w:t>
            </w:r>
            <w:r w:rsidRPr="004C059F">
              <w:rPr>
                <w:rFonts w:cs="Times New Roman"/>
                <w:spacing w:val="-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Победы»,</w:t>
            </w:r>
          </w:p>
          <w:p w14:paraId="434C1E35" w14:textId="38C119AD" w:rsidR="007971DC" w:rsidRPr="008F652B" w:rsidRDefault="007971DC" w:rsidP="007971DC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«Лес</w:t>
            </w:r>
            <w:r w:rsidRPr="004C059F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Победы»</w:t>
            </w:r>
          </w:p>
        </w:tc>
        <w:tc>
          <w:tcPr>
            <w:tcW w:w="993" w:type="dxa"/>
            <w:vAlign w:val="center"/>
          </w:tcPr>
          <w:p w14:paraId="5A2F9F7C" w14:textId="6302D311" w:rsidR="007971DC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8-11</w:t>
            </w:r>
          </w:p>
        </w:tc>
        <w:tc>
          <w:tcPr>
            <w:tcW w:w="1559" w:type="dxa"/>
            <w:vAlign w:val="center"/>
          </w:tcPr>
          <w:p w14:paraId="700635C8" w14:textId="7E682F7A" w:rsidR="007971DC" w:rsidRDefault="007971DC" w:rsidP="007971D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2835" w:type="dxa"/>
          </w:tcPr>
          <w:p w14:paraId="394A1C6A" w14:textId="0BED5FD8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6B30D191" w14:textId="77777777" w:rsidR="007971DC" w:rsidRPr="00027D8D" w:rsidRDefault="007971DC" w:rsidP="007971D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0410F8EC" w14:textId="77777777" w:rsidTr="00EF3737">
        <w:trPr>
          <w:jc w:val="center"/>
        </w:trPr>
        <w:tc>
          <w:tcPr>
            <w:tcW w:w="4838" w:type="dxa"/>
            <w:vAlign w:val="center"/>
          </w:tcPr>
          <w:p w14:paraId="7DF268A2" w14:textId="77777777" w:rsidR="00913C43" w:rsidRPr="008F652B" w:rsidRDefault="00913C43" w:rsidP="00913C43">
            <w:pPr>
              <w:widowControl w:val="0"/>
              <w:autoSpaceDE w:val="0"/>
              <w:autoSpaceDN w:val="0"/>
              <w:spacing w:before="3"/>
              <w:ind w:left="105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Классные</w:t>
            </w:r>
            <w:r w:rsidRPr="008F652B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часы</w:t>
            </w:r>
          </w:p>
          <w:p w14:paraId="1855E0E6" w14:textId="57A4FEDE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«Слава русскому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солдату!»</w:t>
            </w:r>
            <w:r w:rsidRPr="008F652B">
              <w:rPr>
                <w:rFonts w:cs="Times New Roman"/>
                <w:spacing w:val="39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в</w:t>
            </w:r>
            <w:r w:rsidRPr="008F652B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рамках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Дня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          </w:t>
            </w:r>
            <w:r w:rsidRPr="008F652B">
              <w:rPr>
                <w:rFonts w:cs="Times New Roman"/>
                <w:sz w:val="24"/>
                <w:lang w:val="ru-RU"/>
              </w:rPr>
              <w:t>Героев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Отечества.</w:t>
            </w:r>
          </w:p>
        </w:tc>
        <w:tc>
          <w:tcPr>
            <w:tcW w:w="993" w:type="dxa"/>
          </w:tcPr>
          <w:p w14:paraId="31A19A2B" w14:textId="10EB8546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1FA42975" w14:textId="78963C5A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835" w:type="dxa"/>
          </w:tcPr>
          <w:p w14:paraId="77D72C11" w14:textId="2C828DAE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14C27BB8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715D7D6E" w14:textId="77777777" w:rsidTr="00EF3737">
        <w:trPr>
          <w:jc w:val="center"/>
        </w:trPr>
        <w:tc>
          <w:tcPr>
            <w:tcW w:w="4838" w:type="dxa"/>
            <w:vAlign w:val="center"/>
          </w:tcPr>
          <w:p w14:paraId="384BA4AB" w14:textId="3696351E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Всероссийский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открытый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</w:t>
            </w:r>
            <w:r w:rsidRPr="004C059F">
              <w:rPr>
                <w:rFonts w:cs="Times New Roman"/>
                <w:sz w:val="24"/>
                <w:lang w:val="ru-RU"/>
              </w:rPr>
              <w:t>урок "ОБЗР, в рамках Дня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гражданской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обороны</w:t>
            </w:r>
          </w:p>
        </w:tc>
        <w:tc>
          <w:tcPr>
            <w:tcW w:w="993" w:type="dxa"/>
          </w:tcPr>
          <w:p w14:paraId="48F90771" w14:textId="4BACD25D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149F534B" w14:textId="4EA54432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835" w:type="dxa"/>
          </w:tcPr>
          <w:p w14:paraId="3F4B2489" w14:textId="27820622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40C56FC4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23604D8D" w14:textId="77777777" w:rsidTr="00EF3737">
        <w:trPr>
          <w:jc w:val="center"/>
        </w:trPr>
        <w:tc>
          <w:tcPr>
            <w:tcW w:w="4838" w:type="dxa"/>
            <w:vAlign w:val="center"/>
          </w:tcPr>
          <w:p w14:paraId="0B481E93" w14:textId="35360C74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Конкурст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рисунка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«Слава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Армии</w:t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России!»</w:t>
            </w:r>
          </w:p>
        </w:tc>
        <w:tc>
          <w:tcPr>
            <w:tcW w:w="993" w:type="dxa"/>
          </w:tcPr>
          <w:p w14:paraId="68C99A35" w14:textId="1CF7F83B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192DD4EC" w14:textId="13863202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835" w:type="dxa"/>
          </w:tcPr>
          <w:p w14:paraId="0E4E2A45" w14:textId="4232097D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67B845F2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402475D8" w14:textId="77777777" w:rsidTr="00EF3737">
        <w:trPr>
          <w:jc w:val="center"/>
        </w:trPr>
        <w:tc>
          <w:tcPr>
            <w:tcW w:w="4838" w:type="dxa"/>
            <w:vAlign w:val="center"/>
          </w:tcPr>
          <w:p w14:paraId="76C9E892" w14:textId="1E3920EA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rFonts w:cs="Times New Roman"/>
                <w:sz w:val="24"/>
                <w:szCs w:val="24"/>
                <w:lang w:val="ru-RU"/>
              </w:rPr>
              <w:t>Организация</w:t>
            </w:r>
            <w:r w:rsidRPr="0065067A">
              <w:rPr>
                <w:rFonts w:cs="Times New Roman"/>
                <w:sz w:val="24"/>
                <w:szCs w:val="24"/>
                <w:lang w:val="ru-RU"/>
              </w:rPr>
              <w:tab/>
              <w:t>экскурсий музеи города</w:t>
            </w:r>
          </w:p>
        </w:tc>
        <w:tc>
          <w:tcPr>
            <w:tcW w:w="993" w:type="dxa"/>
          </w:tcPr>
          <w:p w14:paraId="3AEC31A2" w14:textId="00287537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1238F2CA" w14:textId="5B8FC942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2835" w:type="dxa"/>
          </w:tcPr>
          <w:p w14:paraId="2DC6E82E" w14:textId="14A2D0A9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42C5FA69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6D1A5522" w14:textId="77777777" w:rsidTr="00EF3737">
        <w:trPr>
          <w:jc w:val="center"/>
        </w:trPr>
        <w:tc>
          <w:tcPr>
            <w:tcW w:w="4838" w:type="dxa"/>
            <w:vAlign w:val="center"/>
          </w:tcPr>
          <w:p w14:paraId="3628D579" w14:textId="77777777" w:rsidR="00913C43" w:rsidRPr="0065067A" w:rsidRDefault="00913C43" w:rsidP="00913C43">
            <w:pPr>
              <w:widowControl w:val="0"/>
              <w:autoSpaceDE w:val="0"/>
              <w:autoSpaceDN w:val="0"/>
              <w:ind w:left="-38"/>
              <w:rPr>
                <w:rFonts w:cs="Times New Roman"/>
                <w:sz w:val="24"/>
                <w:lang w:val="ru-RU"/>
              </w:rPr>
            </w:pPr>
            <w:r w:rsidRPr="0065067A">
              <w:rPr>
                <w:rFonts w:cs="Times New Roman"/>
                <w:sz w:val="24"/>
                <w:lang w:val="ru-RU"/>
              </w:rPr>
              <w:t>Урок</w:t>
            </w:r>
            <w:r w:rsidRPr="0065067A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Мужества</w:t>
            </w:r>
          </w:p>
          <w:p w14:paraId="4BC8CC6E" w14:textId="57925D65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rFonts w:cs="Times New Roman"/>
                <w:sz w:val="24"/>
                <w:lang w:val="ru-RU"/>
              </w:rPr>
              <w:t>«Ленинградский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метроном»,</w:t>
            </w:r>
            <w:r w:rsidRPr="0065067A">
              <w:rPr>
                <w:rFonts w:cs="Times New Roman"/>
                <w:spacing w:val="3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в</w:t>
            </w:r>
            <w:r w:rsidRPr="0065067A">
              <w:rPr>
                <w:rFonts w:cs="Times New Roman"/>
                <w:spacing w:val="34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рамках</w:t>
            </w:r>
            <w:r w:rsidRPr="0065067A">
              <w:rPr>
                <w:rFonts w:cs="Times New Roman"/>
                <w:spacing w:val="38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Дня</w:t>
            </w:r>
            <w:r w:rsidRPr="0065067A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полного</w:t>
            </w:r>
            <w:r w:rsidRPr="0065067A">
              <w:rPr>
                <w:rFonts w:cs="Times New Roman"/>
                <w:sz w:val="24"/>
                <w:lang w:val="ru-RU"/>
              </w:rPr>
              <w:tab/>
            </w:r>
            <w:r w:rsidRPr="0065067A">
              <w:rPr>
                <w:rFonts w:cs="Times New Roman"/>
                <w:spacing w:val="-1"/>
                <w:sz w:val="24"/>
                <w:lang w:val="ru-RU"/>
              </w:rPr>
              <w:t>освобождения</w:t>
            </w:r>
            <w:r w:rsidRPr="0065067A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Ленинграда</w:t>
            </w:r>
            <w:r w:rsidRPr="0065067A">
              <w:rPr>
                <w:rFonts w:cs="Times New Roman"/>
                <w:sz w:val="24"/>
                <w:lang w:val="ru-RU"/>
              </w:rPr>
              <w:tab/>
            </w:r>
            <w:r w:rsidRPr="0065067A">
              <w:rPr>
                <w:rFonts w:cs="Times New Roman"/>
                <w:sz w:val="24"/>
                <w:lang w:val="ru-RU"/>
              </w:rPr>
              <w:tab/>
            </w:r>
            <w:r w:rsidRPr="0065067A">
              <w:rPr>
                <w:rFonts w:cs="Times New Roman"/>
                <w:spacing w:val="-1"/>
                <w:sz w:val="24"/>
                <w:lang w:val="ru-RU"/>
              </w:rPr>
              <w:t>от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фашистской блокады</w:t>
            </w:r>
          </w:p>
        </w:tc>
        <w:tc>
          <w:tcPr>
            <w:tcW w:w="993" w:type="dxa"/>
          </w:tcPr>
          <w:p w14:paraId="71577000" w14:textId="53B965CD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42709A40" w14:textId="50A9542C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835" w:type="dxa"/>
          </w:tcPr>
          <w:p w14:paraId="74DA529A" w14:textId="452BAB7A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769FD77A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4F83F049" w14:textId="77777777" w:rsidTr="00EF3737">
        <w:trPr>
          <w:jc w:val="center"/>
        </w:trPr>
        <w:tc>
          <w:tcPr>
            <w:tcW w:w="4838" w:type="dxa"/>
            <w:vAlign w:val="center"/>
          </w:tcPr>
          <w:p w14:paraId="40589CF4" w14:textId="0B0EED36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Участие во Всероссийском</w:t>
            </w:r>
            <w:r w:rsidRPr="004C059F">
              <w:rPr>
                <w:rFonts w:cs="Times New Roman"/>
                <w:spacing w:val="-58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Диктанте</w:t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Победы</w:t>
            </w:r>
          </w:p>
        </w:tc>
        <w:tc>
          <w:tcPr>
            <w:tcW w:w="993" w:type="dxa"/>
          </w:tcPr>
          <w:p w14:paraId="228A033A" w14:textId="6A695255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3AA7F98" w14:textId="0DDBC51E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835" w:type="dxa"/>
          </w:tcPr>
          <w:p w14:paraId="5EEDB48C" w14:textId="375E371F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60343FE4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77B3776B" w14:textId="77777777" w:rsidTr="00EF3737">
        <w:trPr>
          <w:jc w:val="center"/>
        </w:trPr>
        <w:tc>
          <w:tcPr>
            <w:tcW w:w="4838" w:type="dxa"/>
          </w:tcPr>
          <w:p w14:paraId="6E8B31AE" w14:textId="77777777" w:rsidR="00913C43" w:rsidRDefault="00913C43" w:rsidP="00913C43">
            <w:pPr>
              <w:pStyle w:val="TableParagraph"/>
              <w:tabs>
                <w:tab w:val="left" w:pos="178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z w:val="24"/>
              </w:rPr>
              <w:tab/>
              <w:t>Мужества</w:t>
            </w:r>
          </w:p>
          <w:p w14:paraId="0618E9B6" w14:textId="6CFDC07E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sz w:val="24"/>
                <w:lang w:val="ru-RU"/>
              </w:rPr>
              <w:t>«Колокола</w:t>
            </w:r>
            <w:r w:rsidRPr="0065067A">
              <w:rPr>
                <w:sz w:val="24"/>
                <w:lang w:val="ru-RU"/>
              </w:rPr>
              <w:tab/>
            </w:r>
            <w:r w:rsidRPr="0065067A">
              <w:rPr>
                <w:spacing w:val="-1"/>
                <w:sz w:val="24"/>
                <w:lang w:val="ru-RU"/>
              </w:rPr>
              <w:t>нашей</w:t>
            </w:r>
            <w:r w:rsidRPr="0065067A">
              <w:rPr>
                <w:spacing w:val="-58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памяти»,</w:t>
            </w:r>
            <w:r w:rsidRPr="0065067A">
              <w:rPr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посвященные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Международному</w:t>
            </w:r>
            <w:r w:rsidRPr="0065067A">
              <w:rPr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дню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</w:t>
            </w:r>
            <w:r w:rsidRPr="0065067A">
              <w:rPr>
                <w:sz w:val="24"/>
                <w:lang w:val="ru-RU"/>
              </w:rPr>
              <w:t>памяти</w:t>
            </w:r>
            <w:r w:rsidRPr="0065067A">
              <w:rPr>
                <w:spacing w:val="-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жертв</w:t>
            </w:r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lastRenderedPageBreak/>
              <w:t>Холокоста</w:t>
            </w:r>
          </w:p>
        </w:tc>
        <w:tc>
          <w:tcPr>
            <w:tcW w:w="993" w:type="dxa"/>
          </w:tcPr>
          <w:p w14:paraId="04CAA198" w14:textId="40FB0A94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559" w:type="dxa"/>
            <w:vAlign w:val="center"/>
          </w:tcPr>
          <w:p w14:paraId="6CA5F9B7" w14:textId="57C4AC9F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835" w:type="dxa"/>
          </w:tcPr>
          <w:p w14:paraId="3669D5D8" w14:textId="347564E6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153D9CC2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000B04A9" w14:textId="77777777" w:rsidTr="00EF3737">
        <w:trPr>
          <w:jc w:val="center"/>
        </w:trPr>
        <w:tc>
          <w:tcPr>
            <w:tcW w:w="4838" w:type="dxa"/>
          </w:tcPr>
          <w:p w14:paraId="2F1F410E" w14:textId="77777777" w:rsidR="00913C43" w:rsidRDefault="00913C43" w:rsidP="00913C43">
            <w:pPr>
              <w:pStyle w:val="TableParagraph"/>
              <w:tabs>
                <w:tab w:val="left" w:pos="2293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Патриотическая</w:t>
            </w:r>
            <w:r>
              <w:rPr>
                <w:sz w:val="24"/>
              </w:rPr>
              <w:tab/>
              <w:t>акция</w:t>
            </w:r>
          </w:p>
          <w:p w14:paraId="6C3F0BB7" w14:textId="5D0F8223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>
              <w:rPr>
                <w:sz w:val="24"/>
              </w:rPr>
              <w:t>«Блокадный хлеб»</w:t>
            </w:r>
          </w:p>
        </w:tc>
        <w:tc>
          <w:tcPr>
            <w:tcW w:w="993" w:type="dxa"/>
          </w:tcPr>
          <w:p w14:paraId="49B164B7" w14:textId="7A9B3A08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3571966D" w14:textId="24856B13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835" w:type="dxa"/>
          </w:tcPr>
          <w:p w14:paraId="61A4942F" w14:textId="16AC8DB8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01D5BEF2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1E4D6DBC" w14:textId="77777777" w:rsidTr="00EF3737">
        <w:trPr>
          <w:jc w:val="center"/>
        </w:trPr>
        <w:tc>
          <w:tcPr>
            <w:tcW w:w="4838" w:type="dxa"/>
          </w:tcPr>
          <w:p w14:paraId="2D698DEC" w14:textId="77777777" w:rsidR="00913C43" w:rsidRDefault="00913C43" w:rsidP="00913C43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</w:p>
          <w:p w14:paraId="45765E4A" w14:textId="77777777" w:rsidR="00913C43" w:rsidRDefault="00913C43" w:rsidP="00913C43">
            <w:pPr>
              <w:pStyle w:val="TableParagraph"/>
              <w:tabs>
                <w:tab w:val="left" w:pos="1868"/>
                <w:tab w:val="left" w:pos="2413"/>
              </w:tabs>
              <w:spacing w:before="50" w:line="235" w:lineRule="auto"/>
              <w:ind w:right="33"/>
              <w:jc w:val="both"/>
              <w:rPr>
                <w:sz w:val="24"/>
              </w:rPr>
            </w:pPr>
            <w:r>
              <w:rPr>
                <w:sz w:val="24"/>
              </w:rPr>
              <w:t>«Страница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истории»,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посвящённая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Дню     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14:paraId="037AE6A3" w14:textId="690C28A1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sz w:val="24"/>
                <w:lang w:val="ru-RU"/>
              </w:rPr>
              <w:t>Сталинградская</w:t>
            </w:r>
            <w:r w:rsidRPr="004C059F">
              <w:rPr>
                <w:spacing w:val="-2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битва</w:t>
            </w:r>
          </w:p>
        </w:tc>
        <w:tc>
          <w:tcPr>
            <w:tcW w:w="993" w:type="dxa"/>
          </w:tcPr>
          <w:p w14:paraId="1CEEB61C" w14:textId="2BA9B583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0CCD212C" w14:textId="41DCD4FF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835" w:type="dxa"/>
          </w:tcPr>
          <w:p w14:paraId="347E5606" w14:textId="74C58E3A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6DB6F121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07FE1765" w14:textId="77777777" w:rsidTr="00EF3737">
        <w:trPr>
          <w:jc w:val="center"/>
        </w:trPr>
        <w:tc>
          <w:tcPr>
            <w:tcW w:w="4838" w:type="dxa"/>
          </w:tcPr>
          <w:p w14:paraId="441AE5DB" w14:textId="4FE415AD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rFonts w:cs="Times New Roman"/>
                <w:sz w:val="24"/>
                <w:lang w:val="ru-RU"/>
              </w:rPr>
              <w:t>Шефство</w:t>
            </w:r>
            <w:r w:rsidRPr="004C059F">
              <w:rPr>
                <w:rFonts w:cs="Times New Roman"/>
                <w:sz w:val="24"/>
                <w:lang w:val="ru-RU"/>
              </w:rPr>
              <w:tab/>
            </w:r>
            <w:r w:rsidRPr="004C059F">
              <w:rPr>
                <w:rFonts w:cs="Times New Roman"/>
                <w:spacing w:val="-1"/>
                <w:sz w:val="24"/>
                <w:lang w:val="ru-RU"/>
              </w:rPr>
              <w:t>учащихся</w:t>
            </w:r>
            <w:r w:rsidRPr="004C059F">
              <w:rPr>
                <w:rFonts w:cs="Times New Roman"/>
                <w:spacing w:val="-58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школы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над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ветеранами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войны,</w:t>
            </w:r>
            <w:r w:rsidRPr="004C059F">
              <w:rPr>
                <w:rFonts w:cs="Times New Roman"/>
                <w:spacing w:val="6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тружениками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тыла,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детьми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войны,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ветеранами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войны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Афганистане,</w:t>
            </w:r>
            <w:r w:rsidRPr="004C059F">
              <w:rPr>
                <w:rFonts w:cs="Times New Roman"/>
                <w:spacing w:val="6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пожилыми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одинокими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людьми.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Ветеранами</w:t>
            </w:r>
            <w:r w:rsidRPr="004C059F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учителями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rFonts w:cs="Times New Roman"/>
                <w:sz w:val="24"/>
                <w:lang w:val="ru-RU"/>
              </w:rPr>
              <w:t>школы.</w:t>
            </w:r>
          </w:p>
        </w:tc>
        <w:tc>
          <w:tcPr>
            <w:tcW w:w="993" w:type="dxa"/>
          </w:tcPr>
          <w:p w14:paraId="56F0D8A6" w14:textId="61ADEBF0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70B44D31" w14:textId="007350EB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учебного года</w:t>
            </w:r>
          </w:p>
        </w:tc>
        <w:tc>
          <w:tcPr>
            <w:tcW w:w="2835" w:type="dxa"/>
          </w:tcPr>
          <w:p w14:paraId="5002386D" w14:textId="59EE44B9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003B8F88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3C6F1FEE" w14:textId="77777777" w:rsidTr="00EF3737">
        <w:trPr>
          <w:jc w:val="center"/>
        </w:trPr>
        <w:tc>
          <w:tcPr>
            <w:tcW w:w="4838" w:type="dxa"/>
          </w:tcPr>
          <w:p w14:paraId="62F3F54D" w14:textId="77777777" w:rsidR="00913C43" w:rsidRDefault="00913C43" w:rsidP="00913C43">
            <w:pPr>
              <w:pStyle w:val="TableParagraph"/>
              <w:spacing w:line="259" w:lineRule="auto"/>
              <w:ind w:left="2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Уроки </w:t>
            </w:r>
            <w:r>
              <w:rPr>
                <w:sz w:val="24"/>
              </w:rPr>
              <w:t>мужества</w:t>
            </w:r>
            <w:r>
              <w:rPr>
                <w:spacing w:val="-57"/>
                <w:sz w:val="24"/>
              </w:rPr>
              <w:t xml:space="preserve">                                                    </w:t>
            </w:r>
            <w:r>
              <w:rPr>
                <w:sz w:val="24"/>
              </w:rPr>
              <w:t>Литературно-</w:t>
            </w:r>
          </w:p>
          <w:p w14:paraId="44167213" w14:textId="77777777" w:rsidR="00913C43" w:rsidRDefault="00913C43" w:rsidP="00913C43">
            <w:pPr>
              <w:pStyle w:val="TableParagraph"/>
              <w:tabs>
                <w:tab w:val="left" w:pos="167"/>
                <w:tab w:val="left" w:pos="1048"/>
                <w:tab w:val="left" w:pos="1216"/>
                <w:tab w:val="left" w:pos="1484"/>
                <w:tab w:val="left" w:pos="1715"/>
              </w:tabs>
              <w:spacing w:line="259" w:lineRule="auto"/>
              <w:ind w:left="26"/>
              <w:rPr>
                <w:sz w:val="24"/>
              </w:rPr>
            </w:pPr>
            <w:r>
              <w:rPr>
                <w:sz w:val="24"/>
              </w:rPr>
              <w:t>музыкальная композиция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"Афганистан…боль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сердца",</w:t>
            </w:r>
            <w:r>
              <w:rPr>
                <w:sz w:val="24"/>
              </w:rPr>
              <w:tab/>
              <w:t>в рамках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Дня</w:t>
            </w:r>
            <w:r>
              <w:rPr>
                <w:spacing w:val="-57"/>
                <w:sz w:val="24"/>
              </w:rPr>
              <w:t xml:space="preserve">                                  </w:t>
            </w:r>
            <w:r>
              <w:rPr>
                <w:sz w:val="24"/>
              </w:rPr>
              <w:t xml:space="preserve">памяти  о </w:t>
            </w:r>
            <w:r>
              <w:rPr>
                <w:spacing w:val="-1"/>
                <w:sz w:val="24"/>
              </w:rPr>
              <w:t>россиянах,</w:t>
            </w:r>
            <w:r>
              <w:rPr>
                <w:spacing w:val="-57"/>
                <w:sz w:val="24"/>
              </w:rPr>
              <w:t xml:space="preserve">                                 </w:t>
            </w:r>
            <w:r>
              <w:rPr>
                <w:sz w:val="24"/>
              </w:rPr>
              <w:t>исполнявших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z w:val="24"/>
              </w:rPr>
              <w:tab/>
              <w:t xml:space="preserve">за </w:t>
            </w:r>
            <w:r>
              <w:rPr>
                <w:spacing w:val="-1"/>
                <w:sz w:val="24"/>
              </w:rPr>
              <w:t>пределами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Отчества</w:t>
            </w:r>
          </w:p>
          <w:p w14:paraId="5F263561" w14:textId="2C2325CF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7971DC">
              <w:rPr>
                <w:sz w:val="24"/>
                <w:lang w:val="ru-RU"/>
              </w:rPr>
              <w:t xml:space="preserve">Классные часы </w:t>
            </w:r>
            <w:r w:rsidRPr="0065067A">
              <w:rPr>
                <w:sz w:val="24"/>
                <w:lang w:val="ru-RU"/>
              </w:rPr>
              <w:t>«Афганистан</w:t>
            </w:r>
            <w:r w:rsidRPr="0065067A">
              <w:rPr>
                <w:sz w:val="24"/>
                <w:lang w:val="ru-RU"/>
              </w:rPr>
              <w:tab/>
              <w:t>–</w:t>
            </w:r>
            <w:r w:rsidRPr="0065067A">
              <w:rPr>
                <w:sz w:val="24"/>
                <w:lang w:val="ru-RU"/>
              </w:rPr>
              <w:tab/>
            </w:r>
            <w:r w:rsidRPr="0065067A">
              <w:rPr>
                <w:spacing w:val="-1"/>
                <w:sz w:val="24"/>
                <w:lang w:val="ru-RU"/>
              </w:rPr>
              <w:t>живая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              </w:t>
            </w:r>
            <w:r w:rsidRPr="0065067A">
              <w:rPr>
                <w:sz w:val="24"/>
                <w:lang w:val="ru-RU"/>
              </w:rPr>
              <w:t>память…»</w:t>
            </w:r>
          </w:p>
        </w:tc>
        <w:tc>
          <w:tcPr>
            <w:tcW w:w="993" w:type="dxa"/>
          </w:tcPr>
          <w:p w14:paraId="57DABCA7" w14:textId="2C517AE0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7D843A84" w14:textId="30A870D3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835" w:type="dxa"/>
          </w:tcPr>
          <w:p w14:paraId="54C5D0B7" w14:textId="24CF5E93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43E4D293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07791668" w14:textId="77777777" w:rsidTr="00EF3737">
        <w:trPr>
          <w:jc w:val="center"/>
        </w:trPr>
        <w:tc>
          <w:tcPr>
            <w:tcW w:w="4838" w:type="dxa"/>
          </w:tcPr>
          <w:p w14:paraId="48FD23D8" w14:textId="77777777" w:rsidR="00913C43" w:rsidRDefault="00913C43" w:rsidP="00913C43">
            <w:pPr>
              <w:pStyle w:val="TableParagraph"/>
              <w:spacing w:line="261" w:lineRule="auto"/>
              <w:ind w:left="120" w:right="1044"/>
              <w:rPr>
                <w:sz w:val="24"/>
              </w:rPr>
            </w:pPr>
            <w:r>
              <w:rPr>
                <w:sz w:val="24"/>
              </w:rPr>
              <w:t>Классный час.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</w:p>
          <w:p w14:paraId="32550377" w14:textId="77777777" w:rsidR="00913C43" w:rsidRDefault="00913C43" w:rsidP="00913C43">
            <w:pPr>
              <w:pStyle w:val="TableParagraph"/>
              <w:spacing w:line="259" w:lineRule="auto"/>
              <w:ind w:left="120" w:right="412" w:firstLine="64"/>
              <w:rPr>
                <w:sz w:val="24"/>
              </w:rPr>
            </w:pPr>
            <w:r>
              <w:rPr>
                <w:sz w:val="24"/>
              </w:rPr>
              <w:t>«К подвигу солдата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прикоснись»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рамках Дня защитника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  <w:p w14:paraId="0272B896" w14:textId="77777777" w:rsidR="00913C43" w:rsidRDefault="00913C43" w:rsidP="00913C43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открыток</w:t>
            </w:r>
          </w:p>
          <w:p w14:paraId="0620097E" w14:textId="77777777" w:rsidR="00913C43" w:rsidRDefault="00913C43" w:rsidP="00913C43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2BC949FB" w14:textId="1618E6B1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sz w:val="24"/>
                <w:lang w:val="ru-RU"/>
              </w:rPr>
              <w:t>Спортивные</w:t>
            </w:r>
            <w:r w:rsidRPr="0065067A">
              <w:rPr>
                <w:spacing w:val="23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соревнования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</w:t>
            </w:r>
            <w:r w:rsidRPr="0065067A">
              <w:rPr>
                <w:sz w:val="24"/>
                <w:lang w:val="ru-RU"/>
              </w:rPr>
              <w:t>А</w:t>
            </w:r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ну-ка, парни!</w:t>
            </w:r>
          </w:p>
        </w:tc>
        <w:tc>
          <w:tcPr>
            <w:tcW w:w="993" w:type="dxa"/>
          </w:tcPr>
          <w:p w14:paraId="6427DC1A" w14:textId="5416043C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6833BAF1" w14:textId="2353EF4C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835" w:type="dxa"/>
          </w:tcPr>
          <w:p w14:paraId="2397A62A" w14:textId="426C006C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0BCE6158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10693645" w14:textId="77777777" w:rsidTr="00EF3737">
        <w:trPr>
          <w:jc w:val="center"/>
        </w:trPr>
        <w:tc>
          <w:tcPr>
            <w:tcW w:w="4838" w:type="dxa"/>
          </w:tcPr>
          <w:p w14:paraId="66100BBA" w14:textId="77777777" w:rsidR="00913C43" w:rsidRDefault="00913C43" w:rsidP="00913C4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плаката</w:t>
            </w:r>
          </w:p>
          <w:p w14:paraId="109EC59A" w14:textId="77777777" w:rsidR="00913C43" w:rsidRDefault="00913C43" w:rsidP="00913C43">
            <w:pPr>
              <w:pStyle w:val="TableParagraph"/>
              <w:spacing w:before="46" w:line="259" w:lineRule="auto"/>
              <w:ind w:left="120" w:right="282" w:firstLine="64"/>
              <w:rPr>
                <w:sz w:val="24"/>
              </w:rPr>
            </w:pPr>
            <w:r>
              <w:rPr>
                <w:sz w:val="24"/>
              </w:rPr>
              <w:t>«Слава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Родины!»</w:t>
            </w:r>
          </w:p>
          <w:p w14:paraId="360F4F0E" w14:textId="77777777" w:rsidR="00913C43" w:rsidRPr="00E07358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5067A">
              <w:rPr>
                <w:sz w:val="24"/>
                <w:lang w:val="ru-RU"/>
              </w:rPr>
              <w:t>в</w:t>
            </w:r>
            <w:r w:rsidRPr="0065067A">
              <w:rPr>
                <w:spacing w:val="-5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рамках</w:t>
            </w:r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Дня</w:t>
            </w:r>
            <w:r w:rsidRPr="0065067A">
              <w:rPr>
                <w:spacing w:val="-4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защитника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Отечества</w:t>
            </w:r>
          </w:p>
          <w:p w14:paraId="0458A913" w14:textId="77777777" w:rsidR="00913C43" w:rsidRDefault="00913C43" w:rsidP="00913C43">
            <w:pPr>
              <w:pStyle w:val="TableParagraph"/>
              <w:spacing w:before="3" w:line="259" w:lineRule="auto"/>
              <w:ind w:right="491"/>
              <w:rPr>
                <w:sz w:val="24"/>
              </w:rPr>
            </w:pPr>
            <w:r>
              <w:rPr>
                <w:sz w:val="24"/>
              </w:rPr>
              <w:t>Отечественной войны,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воинов-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интернационалистов,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</w:p>
          <w:p w14:paraId="17641EA1" w14:textId="585B0156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4C059F">
              <w:rPr>
                <w:sz w:val="24"/>
                <w:lang w:val="ru-RU"/>
              </w:rPr>
              <w:t>действий и</w:t>
            </w:r>
            <w:r w:rsidRPr="004C059F">
              <w:rPr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антитеррористических</w:t>
            </w:r>
            <w:r w:rsidRPr="004C059F">
              <w:rPr>
                <w:spacing w:val="-57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 xml:space="preserve">операций, </w:t>
            </w:r>
            <w:r w:rsidRPr="004C059F">
              <w:rPr>
                <w:sz w:val="24"/>
                <w:lang w:val="ru-RU"/>
              </w:rPr>
              <w:lastRenderedPageBreak/>
              <w:t>в рамках</w:t>
            </w:r>
            <w:r w:rsidRPr="004C059F">
              <w:rPr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Месячника военно-</w:t>
            </w:r>
            <w:r w:rsidRPr="004C059F">
              <w:rPr>
                <w:spacing w:val="1"/>
                <w:sz w:val="24"/>
                <w:lang w:val="ru-RU"/>
              </w:rPr>
              <w:t xml:space="preserve"> </w:t>
            </w:r>
            <w:r w:rsidRPr="004C059F">
              <w:rPr>
                <w:sz w:val="24"/>
                <w:lang w:val="ru-RU"/>
              </w:rPr>
              <w:t>патриотического    воспитания</w:t>
            </w:r>
          </w:p>
        </w:tc>
        <w:tc>
          <w:tcPr>
            <w:tcW w:w="993" w:type="dxa"/>
          </w:tcPr>
          <w:p w14:paraId="76F7CAD2" w14:textId="73525157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559" w:type="dxa"/>
            <w:vAlign w:val="center"/>
          </w:tcPr>
          <w:p w14:paraId="1B2CCD4E" w14:textId="1665C9C0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835" w:type="dxa"/>
          </w:tcPr>
          <w:p w14:paraId="20CCFC49" w14:textId="445912F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72F732EA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0001E63A" w14:textId="77777777" w:rsidTr="00EF3737">
        <w:trPr>
          <w:jc w:val="center"/>
        </w:trPr>
        <w:tc>
          <w:tcPr>
            <w:tcW w:w="4838" w:type="dxa"/>
          </w:tcPr>
          <w:p w14:paraId="1E50693C" w14:textId="59F975AF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sz w:val="24"/>
                <w:lang w:val="ru-RU"/>
              </w:rPr>
              <w:lastRenderedPageBreak/>
              <w:t>Викторина «По страницам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                  </w:t>
            </w:r>
            <w:r w:rsidRPr="0065067A">
              <w:rPr>
                <w:sz w:val="24"/>
                <w:lang w:val="ru-RU"/>
              </w:rPr>
              <w:t>истории»,</w:t>
            </w:r>
            <w:r w:rsidRPr="0065067A">
              <w:rPr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посвящённая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        </w:t>
            </w:r>
            <w:r w:rsidRPr="0065067A">
              <w:rPr>
                <w:sz w:val="24"/>
                <w:lang w:val="ru-RU"/>
              </w:rPr>
              <w:t>Дню воссоединения Крыма</w:t>
            </w:r>
            <w:r>
              <w:rPr>
                <w:sz w:val="24"/>
                <w:lang w:val="ru-RU"/>
              </w:rPr>
              <w:t xml:space="preserve"> 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с</w:t>
            </w:r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Россией</w:t>
            </w:r>
          </w:p>
        </w:tc>
        <w:tc>
          <w:tcPr>
            <w:tcW w:w="993" w:type="dxa"/>
          </w:tcPr>
          <w:p w14:paraId="0DE1DE12" w14:textId="0EED5167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2D10FFA7" w14:textId="60D452E0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835" w:type="dxa"/>
          </w:tcPr>
          <w:p w14:paraId="002C7C78" w14:textId="28395E81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45AFB00E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13C43" w:rsidRPr="00027D8D" w14:paraId="33F01237" w14:textId="77777777" w:rsidTr="00EF3737">
        <w:trPr>
          <w:jc w:val="center"/>
        </w:trPr>
        <w:tc>
          <w:tcPr>
            <w:tcW w:w="4838" w:type="dxa"/>
            <w:vAlign w:val="center"/>
          </w:tcPr>
          <w:p w14:paraId="4BECEBBC" w14:textId="4C7C4B9E" w:rsidR="00913C43" w:rsidRPr="008F652B" w:rsidRDefault="00913C43" w:rsidP="00913C43">
            <w:pPr>
              <w:rPr>
                <w:rFonts w:cs="Times New Roman"/>
                <w:sz w:val="24"/>
                <w:lang w:val="ru-RU"/>
              </w:rPr>
            </w:pPr>
            <w:r w:rsidRPr="0065067A">
              <w:rPr>
                <w:rFonts w:cs="Times New Roman"/>
                <w:sz w:val="24"/>
                <w:lang w:val="ru-RU"/>
              </w:rPr>
              <w:t>Конкурсы рисунка,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выпуск боевых листков ,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посвященных памятным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датам ВОВ, оформление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информационных</w:t>
            </w:r>
            <w:r w:rsidRPr="0065067A">
              <w:rPr>
                <w:rFonts w:cs="Times New Roman"/>
                <w:spacing w:val="-8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стендов</w:t>
            </w:r>
          </w:p>
        </w:tc>
        <w:tc>
          <w:tcPr>
            <w:tcW w:w="993" w:type="dxa"/>
          </w:tcPr>
          <w:p w14:paraId="5B1C6762" w14:textId="7C72C2EC" w:rsidR="00913C43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426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59" w:type="dxa"/>
            <w:vAlign w:val="center"/>
          </w:tcPr>
          <w:p w14:paraId="6BB6FD81" w14:textId="29EA9D5E" w:rsidR="00913C43" w:rsidRDefault="00913C43" w:rsidP="00913C4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835" w:type="dxa"/>
          </w:tcPr>
          <w:p w14:paraId="66283512" w14:textId="3BEB4D5C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878A4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2F88F371" w14:textId="77777777" w:rsidR="00913C43" w:rsidRPr="00027D8D" w:rsidRDefault="00913C43" w:rsidP="00913C4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6B10D6" w:rsidRPr="00027D8D" w14:paraId="3EC68D5D" w14:textId="77777777" w:rsidTr="00C6305A">
        <w:trPr>
          <w:jc w:val="center"/>
        </w:trPr>
        <w:tc>
          <w:tcPr>
            <w:tcW w:w="13721" w:type="dxa"/>
            <w:gridSpan w:val="5"/>
            <w:vAlign w:val="center"/>
          </w:tcPr>
          <w:p w14:paraId="4C499ADA" w14:textId="371AAF3C" w:rsidR="006B10D6" w:rsidRPr="006B10D6" w:rsidRDefault="006B10D6" w:rsidP="006B10D6">
            <w:pPr>
              <w:jc w:val="center"/>
              <w:rPr>
                <w:rFonts w:cs="Times New Roman"/>
                <w:b/>
                <w:bCs/>
                <w:sz w:val="28"/>
                <w:szCs w:val="24"/>
                <w:lang w:val="ru-RU"/>
              </w:rPr>
            </w:pPr>
            <w:r w:rsidRPr="006B10D6">
              <w:rPr>
                <w:rFonts w:cs="Times New Roman"/>
                <w:b/>
                <w:bCs/>
                <w:sz w:val="28"/>
                <w:szCs w:val="24"/>
                <w:lang w:val="ru-RU"/>
              </w:rPr>
              <w:t>Правовое воспитание Классные часы</w:t>
            </w:r>
          </w:p>
        </w:tc>
      </w:tr>
      <w:tr w:rsidR="009D1165" w:rsidRPr="00027D8D" w14:paraId="70F343BA" w14:textId="77777777" w:rsidTr="00EF3737">
        <w:trPr>
          <w:jc w:val="center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FEB1" w14:textId="21E812D9" w:rsidR="009D1165" w:rsidRPr="006B10D6" w:rsidRDefault="009D1165" w:rsidP="009D1165">
            <w:pPr>
              <w:rPr>
                <w:sz w:val="24"/>
                <w:szCs w:val="24"/>
              </w:rPr>
            </w:pPr>
            <w:r>
              <w:t>Права и обязанности гражданина</w:t>
            </w:r>
          </w:p>
        </w:tc>
        <w:tc>
          <w:tcPr>
            <w:tcW w:w="993" w:type="dxa"/>
          </w:tcPr>
          <w:p w14:paraId="5561852C" w14:textId="3AFB4E73" w:rsidR="009D1165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vAlign w:val="center"/>
          </w:tcPr>
          <w:p w14:paraId="193EBDA8" w14:textId="0F3E0DB7" w:rsidR="009D1165" w:rsidRDefault="009D1165" w:rsidP="009D116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полугодие</w:t>
            </w:r>
          </w:p>
        </w:tc>
        <w:tc>
          <w:tcPr>
            <w:tcW w:w="2835" w:type="dxa"/>
          </w:tcPr>
          <w:p w14:paraId="16FE9340" w14:textId="51CE6F54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3F63C116" w14:textId="77777777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D1165" w:rsidRPr="00027D8D" w14:paraId="0F376C25" w14:textId="77777777" w:rsidTr="00EF3737">
        <w:trPr>
          <w:jc w:val="center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F4DA" w14:textId="77777777" w:rsidR="009D1165" w:rsidRDefault="009D1165" w:rsidP="009D11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права собственности»</w:t>
            </w:r>
          </w:p>
          <w:p w14:paraId="36CB9B37" w14:textId="5F27DCAE" w:rsidR="009D1165" w:rsidRPr="006B10D6" w:rsidRDefault="009D1165" w:rsidP="009D1165">
            <w:pPr>
              <w:pStyle w:val="Default"/>
              <w:rPr>
                <w:color w:val="auto"/>
              </w:rPr>
            </w:pPr>
          </w:p>
        </w:tc>
        <w:tc>
          <w:tcPr>
            <w:tcW w:w="993" w:type="dxa"/>
          </w:tcPr>
          <w:p w14:paraId="3C0E58CF" w14:textId="58D749DF" w:rsidR="009D1165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</w:tcPr>
          <w:p w14:paraId="0D71D026" w14:textId="10051CE8" w:rsidR="009D1165" w:rsidRDefault="009D1165" w:rsidP="009D116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03FB">
              <w:rPr>
                <w:rFonts w:cs="Times New Roman"/>
                <w:sz w:val="24"/>
                <w:szCs w:val="24"/>
                <w:lang w:val="ru-RU"/>
              </w:rPr>
              <w:t xml:space="preserve">1 раз в </w:t>
            </w:r>
            <w:r>
              <w:rPr>
                <w:rFonts w:cs="Times New Roman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2835" w:type="dxa"/>
          </w:tcPr>
          <w:p w14:paraId="624AF833" w14:textId="7791BA96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7120B7C8" w14:textId="77777777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D1165" w:rsidRPr="00027D8D" w14:paraId="1605B00B" w14:textId="77777777" w:rsidTr="00EF3737">
        <w:trPr>
          <w:jc w:val="center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4FA4" w14:textId="0D8F72D4" w:rsidR="009D1165" w:rsidRPr="006B10D6" w:rsidRDefault="009D1165" w:rsidP="009D1165">
            <w:pPr>
              <w:pStyle w:val="Default"/>
              <w:rPr>
                <w:color w:val="auto"/>
              </w:rPr>
            </w:pPr>
            <w:r>
              <w:t xml:space="preserve">Все на выборы! </w:t>
            </w:r>
          </w:p>
        </w:tc>
        <w:tc>
          <w:tcPr>
            <w:tcW w:w="993" w:type="dxa"/>
          </w:tcPr>
          <w:p w14:paraId="4C8D04C5" w14:textId="5D6F787F" w:rsidR="009D1165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</w:tcPr>
          <w:p w14:paraId="58FCD5C4" w14:textId="79F221F3" w:rsidR="009D1165" w:rsidRDefault="009D1165" w:rsidP="009D116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103A2B">
              <w:rPr>
                <w:rFonts w:cs="Times New Roman"/>
                <w:sz w:val="24"/>
                <w:szCs w:val="24"/>
                <w:lang w:val="ru-RU"/>
              </w:rPr>
              <w:t>1 раз в полугодие</w:t>
            </w:r>
          </w:p>
        </w:tc>
        <w:tc>
          <w:tcPr>
            <w:tcW w:w="2835" w:type="dxa"/>
          </w:tcPr>
          <w:p w14:paraId="76A19A6A" w14:textId="2CAFFADD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30ADC906" w14:textId="77777777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9D1165" w:rsidRPr="00027D8D" w14:paraId="411F5130" w14:textId="77777777" w:rsidTr="00EF3737">
        <w:trPr>
          <w:jc w:val="center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F06D" w14:textId="77777777" w:rsidR="009D1165" w:rsidRPr="009D1165" w:rsidRDefault="009D1165" w:rsidP="009D1165">
            <w:pPr>
              <w:rPr>
                <w:sz w:val="24"/>
                <w:szCs w:val="24"/>
                <w:lang w:val="ru-RU"/>
              </w:rPr>
            </w:pPr>
            <w:r w:rsidRPr="009D1165">
              <w:rPr>
                <w:sz w:val="24"/>
                <w:szCs w:val="24"/>
                <w:lang w:val="ru-RU"/>
              </w:rPr>
              <w:t>Варианты моего будущего</w:t>
            </w:r>
          </w:p>
          <w:p w14:paraId="3EAA7AB0" w14:textId="30F87564" w:rsidR="009D1165" w:rsidRPr="006B10D6" w:rsidRDefault="009D1165" w:rsidP="009D1165">
            <w:pPr>
              <w:pStyle w:val="Default"/>
              <w:rPr>
                <w:color w:val="auto"/>
              </w:rPr>
            </w:pPr>
            <w:r>
              <w:t>Итоговое занятие</w:t>
            </w:r>
          </w:p>
        </w:tc>
        <w:tc>
          <w:tcPr>
            <w:tcW w:w="993" w:type="dxa"/>
          </w:tcPr>
          <w:p w14:paraId="2D3196B8" w14:textId="65C529E4" w:rsidR="009D1165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</w:tcPr>
          <w:p w14:paraId="626FD015" w14:textId="71B23227" w:rsidR="009D1165" w:rsidRDefault="009D1165" w:rsidP="009D116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103A2B">
              <w:rPr>
                <w:rFonts w:cs="Times New Roman"/>
                <w:sz w:val="24"/>
                <w:szCs w:val="24"/>
                <w:lang w:val="ru-RU"/>
              </w:rPr>
              <w:t>1 раз в полугодие</w:t>
            </w:r>
          </w:p>
        </w:tc>
        <w:tc>
          <w:tcPr>
            <w:tcW w:w="2835" w:type="dxa"/>
          </w:tcPr>
          <w:p w14:paraId="768E9B27" w14:textId="7637B930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57E32C17" w14:textId="77777777" w:rsidR="009D1165" w:rsidRPr="00027D8D" w:rsidRDefault="009D1165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E7498" w:rsidRPr="00027D8D" w14:paraId="1632FD9D" w14:textId="77777777" w:rsidTr="009A2504">
        <w:trPr>
          <w:jc w:val="center"/>
        </w:trPr>
        <w:tc>
          <w:tcPr>
            <w:tcW w:w="137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C5B99" w14:textId="4E6FCE39" w:rsidR="00BE7498" w:rsidRPr="00BE7498" w:rsidRDefault="00BE7498" w:rsidP="00BE7498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BE7498">
              <w:rPr>
                <w:b/>
                <w:bCs/>
                <w:sz w:val="28"/>
                <w:szCs w:val="28"/>
                <w:lang w:val="ru-RU"/>
              </w:rPr>
              <w:t>Профилактика знаний ПДД</w:t>
            </w:r>
          </w:p>
        </w:tc>
      </w:tr>
      <w:tr w:rsidR="00BE7498" w:rsidRPr="00BE7498" w14:paraId="737DA7E7" w14:textId="77777777" w:rsidTr="00EF3737">
        <w:trPr>
          <w:jc w:val="center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C5CA" w14:textId="77777777" w:rsidR="00BE7498" w:rsidRPr="00BE7498" w:rsidRDefault="00BE7498" w:rsidP="00BE7498">
            <w:pPr>
              <w:rPr>
                <w:sz w:val="24"/>
                <w:szCs w:val="24"/>
                <w:lang w:val="ru-RU"/>
              </w:rPr>
            </w:pPr>
            <w:r w:rsidRPr="00BE7498">
              <w:rPr>
                <w:sz w:val="24"/>
                <w:szCs w:val="24"/>
                <w:lang w:val="ru-RU"/>
              </w:rPr>
              <w:t>Правила движения - законы улиц и дорог.</w:t>
            </w:r>
          </w:p>
          <w:p w14:paraId="5A7FA030" w14:textId="77777777" w:rsidR="00BE7498" w:rsidRPr="00BE7498" w:rsidRDefault="00BE7498" w:rsidP="00BE7498">
            <w:pPr>
              <w:rPr>
                <w:sz w:val="24"/>
                <w:szCs w:val="24"/>
                <w:lang w:val="ru-RU"/>
              </w:rPr>
            </w:pPr>
            <w:r w:rsidRPr="00BE7498">
              <w:rPr>
                <w:sz w:val="24"/>
                <w:szCs w:val="24"/>
                <w:lang w:val="ru-RU"/>
              </w:rPr>
              <w:t>Элементы улиц и дорог. Перекрестки и их виды.</w:t>
            </w:r>
          </w:p>
          <w:p w14:paraId="6D31280D" w14:textId="77777777" w:rsidR="00BE7498" w:rsidRPr="00BE7498" w:rsidRDefault="00BE7498" w:rsidP="00BE7498">
            <w:pPr>
              <w:rPr>
                <w:sz w:val="24"/>
                <w:szCs w:val="24"/>
                <w:lang w:val="ru-RU"/>
              </w:rPr>
            </w:pPr>
            <w:r w:rsidRPr="00BE7498">
              <w:rPr>
                <w:sz w:val="24"/>
                <w:szCs w:val="24"/>
                <w:lang w:val="ru-RU"/>
              </w:rPr>
              <w:t>Дорожная разметка. Движение пешеходов индивидуально, группами и в колоннах.</w:t>
            </w:r>
          </w:p>
          <w:p w14:paraId="11DA7A07" w14:textId="77777777" w:rsidR="00BE7498" w:rsidRPr="00BE7498" w:rsidRDefault="00BE7498" w:rsidP="00BE7498">
            <w:pPr>
              <w:rPr>
                <w:sz w:val="24"/>
                <w:szCs w:val="24"/>
                <w:lang w:val="ru-RU"/>
              </w:rPr>
            </w:pPr>
            <w:r w:rsidRPr="00BE7498">
              <w:rPr>
                <w:sz w:val="24"/>
                <w:szCs w:val="24"/>
                <w:lang w:val="ru-RU"/>
              </w:rPr>
              <w:t>Формы регулирования движения.</w:t>
            </w:r>
          </w:p>
          <w:p w14:paraId="05882966" w14:textId="77777777" w:rsidR="00BE7498" w:rsidRPr="00BE7498" w:rsidRDefault="00BE7498" w:rsidP="00BE7498">
            <w:pPr>
              <w:rPr>
                <w:sz w:val="24"/>
                <w:szCs w:val="24"/>
                <w:lang w:val="ru-RU"/>
              </w:rPr>
            </w:pPr>
            <w:r w:rsidRPr="00BE7498">
              <w:rPr>
                <w:sz w:val="24"/>
                <w:szCs w:val="24"/>
                <w:lang w:val="ru-RU"/>
              </w:rPr>
              <w:t>Формы регулирования движения.</w:t>
            </w:r>
          </w:p>
          <w:p w14:paraId="53A8F323" w14:textId="77777777" w:rsidR="00BE7498" w:rsidRPr="00BE7498" w:rsidRDefault="00BE7498" w:rsidP="00BE7498">
            <w:pPr>
              <w:rPr>
                <w:sz w:val="24"/>
                <w:szCs w:val="24"/>
                <w:lang w:val="ru-RU"/>
              </w:rPr>
            </w:pPr>
            <w:r w:rsidRPr="00BE7498">
              <w:rPr>
                <w:sz w:val="24"/>
                <w:szCs w:val="24"/>
                <w:lang w:val="ru-RU"/>
              </w:rPr>
              <w:t>Правила пользования транспортными средствами.</w:t>
            </w:r>
          </w:p>
          <w:p w14:paraId="138471B1" w14:textId="77777777" w:rsidR="00BE7498" w:rsidRPr="00BE7498" w:rsidRDefault="00BE7498" w:rsidP="00BE7498">
            <w:pPr>
              <w:rPr>
                <w:sz w:val="24"/>
                <w:szCs w:val="24"/>
                <w:lang w:val="ru-RU"/>
              </w:rPr>
            </w:pPr>
            <w:r w:rsidRPr="00BE7498">
              <w:rPr>
                <w:sz w:val="24"/>
                <w:szCs w:val="24"/>
                <w:lang w:val="ru-RU"/>
              </w:rPr>
              <w:t>Дорожные знаки.</w:t>
            </w:r>
          </w:p>
          <w:p w14:paraId="5B0A3CF6" w14:textId="77777777" w:rsidR="00BE7498" w:rsidRPr="00BE7498" w:rsidRDefault="00BE7498" w:rsidP="00BE7498">
            <w:pPr>
              <w:rPr>
                <w:sz w:val="24"/>
                <w:szCs w:val="24"/>
                <w:lang w:val="ru-RU"/>
              </w:rPr>
            </w:pPr>
            <w:r w:rsidRPr="00BE7498">
              <w:rPr>
                <w:sz w:val="24"/>
                <w:szCs w:val="24"/>
                <w:lang w:val="ru-RU"/>
              </w:rPr>
              <w:t>Велосипед с подвесным двигателем и мопед.</w:t>
            </w:r>
          </w:p>
          <w:p w14:paraId="32D182E8" w14:textId="77777777" w:rsidR="00BE7498" w:rsidRPr="00BE7498" w:rsidRDefault="00BE7498" w:rsidP="00BE7498">
            <w:pPr>
              <w:rPr>
                <w:sz w:val="24"/>
                <w:szCs w:val="24"/>
                <w:lang w:val="ru-RU"/>
              </w:rPr>
            </w:pPr>
            <w:r w:rsidRPr="00BE7498">
              <w:rPr>
                <w:sz w:val="24"/>
                <w:szCs w:val="24"/>
                <w:lang w:val="ru-RU"/>
              </w:rPr>
              <w:t>Дополнительные требования к движению велосипедистов.</w:t>
            </w:r>
          </w:p>
          <w:p w14:paraId="1F4ECF64" w14:textId="2A97DA72" w:rsidR="00BE7498" w:rsidRPr="009D1165" w:rsidRDefault="00BE7498" w:rsidP="00BE7498">
            <w:pPr>
              <w:rPr>
                <w:sz w:val="24"/>
                <w:szCs w:val="24"/>
                <w:lang w:val="ru-RU"/>
              </w:rPr>
            </w:pPr>
            <w:r w:rsidRPr="00BE7498">
              <w:rPr>
                <w:sz w:val="24"/>
                <w:szCs w:val="24"/>
                <w:lang w:val="ru-RU"/>
              </w:rPr>
              <w:t xml:space="preserve">Проверка знаний учащимися правил безопасного поведения на улицах и дорогах и приемов оказания      пострадавшим первой доврачебной помощи при дорожно - </w:t>
            </w:r>
            <w:r w:rsidRPr="00BE7498">
              <w:rPr>
                <w:sz w:val="24"/>
                <w:szCs w:val="24"/>
                <w:lang w:val="ru-RU"/>
              </w:rPr>
              <w:lastRenderedPageBreak/>
              <w:t>транспортных происшествиях.</w:t>
            </w:r>
          </w:p>
        </w:tc>
        <w:tc>
          <w:tcPr>
            <w:tcW w:w="993" w:type="dxa"/>
          </w:tcPr>
          <w:p w14:paraId="2D76DF5C" w14:textId="5719E7CD" w:rsidR="00BE7498" w:rsidRDefault="00BE7498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559" w:type="dxa"/>
          </w:tcPr>
          <w:p w14:paraId="44639075" w14:textId="45465BD7" w:rsidR="00BE7498" w:rsidRPr="00103A2B" w:rsidRDefault="00BE7498" w:rsidP="009D116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месяц</w:t>
            </w:r>
          </w:p>
        </w:tc>
        <w:tc>
          <w:tcPr>
            <w:tcW w:w="2835" w:type="dxa"/>
          </w:tcPr>
          <w:p w14:paraId="3AA9AFA5" w14:textId="6720A2F6" w:rsidR="00BE7498" w:rsidRPr="00A15546" w:rsidRDefault="00BE7498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A15546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6" w:type="dxa"/>
          </w:tcPr>
          <w:p w14:paraId="1AC4304D" w14:textId="77777777" w:rsidR="00BE7498" w:rsidRPr="00027D8D" w:rsidRDefault="00BE7498" w:rsidP="009D1165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72C25671" w14:textId="77777777" w:rsidR="007971DC" w:rsidRPr="00BE7498" w:rsidRDefault="007971DC" w:rsidP="00BE7498">
      <w:pPr>
        <w:spacing w:before="180" w:after="80"/>
        <w:rPr>
          <w:rFonts w:cs="Times New Roman"/>
          <w:b/>
          <w:sz w:val="24"/>
          <w:szCs w:val="24"/>
          <w:lang w:val="ru-RU"/>
        </w:rPr>
      </w:pPr>
    </w:p>
    <w:p w14:paraId="7E29BE0E" w14:textId="3DF81ECC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«ОСНОВНЫЕ ШКОЛЬНЫЕ ДЕЛА»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70"/>
        <w:gridCol w:w="850"/>
        <w:gridCol w:w="1418"/>
        <w:gridCol w:w="3402"/>
        <w:gridCol w:w="2443"/>
      </w:tblGrid>
      <w:tr w:rsidR="000A63B8" w:rsidRPr="00027D8D" w14:paraId="4C3CE689" w14:textId="5692B9B1" w:rsidTr="00CA74D2">
        <w:trPr>
          <w:tblHeader/>
          <w:jc w:val="center"/>
        </w:trPr>
        <w:tc>
          <w:tcPr>
            <w:tcW w:w="5770" w:type="dxa"/>
            <w:shd w:val="clear" w:color="auto" w:fill="D9EAF7"/>
            <w:vAlign w:val="center"/>
          </w:tcPr>
          <w:p w14:paraId="226D1420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4DA9DEF9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08DBDE03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75E0CD9D" w14:textId="77777777" w:rsidR="000A63B8" w:rsidRPr="00027D8D" w:rsidRDefault="000A63B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443" w:type="dxa"/>
            <w:shd w:val="clear" w:color="auto" w:fill="D9EAF7"/>
          </w:tcPr>
          <w:p w14:paraId="55EAA061" w14:textId="1BBB0931" w:rsidR="000A63B8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4C059F" w:rsidRPr="00BE7498" w14:paraId="63745491" w14:textId="2517845A" w:rsidTr="00CA74D2">
        <w:trPr>
          <w:jc w:val="center"/>
        </w:trPr>
        <w:tc>
          <w:tcPr>
            <w:tcW w:w="5770" w:type="dxa"/>
            <w:vAlign w:val="center"/>
          </w:tcPr>
          <w:p w14:paraId="57650231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Торжественная линейка и классные встречи ко Дню знаний</w:t>
            </w:r>
          </w:p>
        </w:tc>
        <w:tc>
          <w:tcPr>
            <w:tcW w:w="850" w:type="dxa"/>
            <w:vAlign w:val="center"/>
          </w:tcPr>
          <w:p w14:paraId="5911E545" w14:textId="7880511A" w:rsidR="004C059F" w:rsidRPr="00FE5E51" w:rsidRDefault="00FE5E51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1E956F3F" w14:textId="77777777" w:rsidR="004C059F" w:rsidRPr="00027D8D" w:rsidRDefault="004C059F" w:rsidP="004C059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01.09.2026</w:t>
            </w:r>
          </w:p>
        </w:tc>
        <w:tc>
          <w:tcPr>
            <w:tcW w:w="3402" w:type="dxa"/>
            <w:vAlign w:val="center"/>
          </w:tcPr>
          <w:p w14:paraId="65D97BE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классные руководители</w:t>
            </w:r>
          </w:p>
        </w:tc>
        <w:tc>
          <w:tcPr>
            <w:tcW w:w="2443" w:type="dxa"/>
          </w:tcPr>
          <w:p w14:paraId="123D45BE" w14:textId="77777777" w:rsidR="004C059F" w:rsidRPr="00027D8D" w:rsidRDefault="004C059F" w:rsidP="004C059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4405D5F6" w14:textId="53A943B8" w:rsidTr="00CA74D2">
        <w:trPr>
          <w:jc w:val="center"/>
        </w:trPr>
        <w:tc>
          <w:tcPr>
            <w:tcW w:w="5770" w:type="dxa"/>
            <w:vAlign w:val="center"/>
          </w:tcPr>
          <w:p w14:paraId="00DD293A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Памятное занятие ко Дню окончания Второй мировой войны</w:t>
            </w:r>
          </w:p>
        </w:tc>
        <w:tc>
          <w:tcPr>
            <w:tcW w:w="850" w:type="dxa"/>
            <w:vAlign w:val="center"/>
          </w:tcPr>
          <w:p w14:paraId="3F8354C9" w14:textId="5EAAE065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2C587E23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02.09.2026</w:t>
            </w:r>
          </w:p>
        </w:tc>
        <w:tc>
          <w:tcPr>
            <w:tcW w:w="3402" w:type="dxa"/>
            <w:vAlign w:val="center"/>
          </w:tcPr>
          <w:p w14:paraId="59EBBED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2443" w:type="dxa"/>
          </w:tcPr>
          <w:p w14:paraId="1F97BE7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012BAE3F" w14:textId="1B71AB4D" w:rsidTr="00CA74D2">
        <w:trPr>
          <w:jc w:val="center"/>
        </w:trPr>
        <w:tc>
          <w:tcPr>
            <w:tcW w:w="5770" w:type="dxa"/>
            <w:vAlign w:val="center"/>
          </w:tcPr>
          <w:p w14:paraId="2EEE289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солидарности в борьбе с терроризмом: акция памяти и урок безопасности</w:t>
            </w:r>
          </w:p>
        </w:tc>
        <w:tc>
          <w:tcPr>
            <w:tcW w:w="850" w:type="dxa"/>
            <w:vAlign w:val="center"/>
          </w:tcPr>
          <w:p w14:paraId="0198FE9C" w14:textId="5C6F5E8D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656C458A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03.09.2026</w:t>
            </w:r>
          </w:p>
        </w:tc>
        <w:tc>
          <w:tcPr>
            <w:tcW w:w="3402" w:type="dxa"/>
            <w:vAlign w:val="center"/>
          </w:tcPr>
          <w:p w14:paraId="05B4B90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2443" w:type="dxa"/>
          </w:tcPr>
          <w:p w14:paraId="72C56FE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004184FE" w14:textId="1B63D7D4" w:rsidTr="00CA74D2">
        <w:trPr>
          <w:jc w:val="center"/>
        </w:trPr>
        <w:tc>
          <w:tcPr>
            <w:tcW w:w="5770" w:type="dxa"/>
            <w:vAlign w:val="center"/>
          </w:tcPr>
          <w:p w14:paraId="35157125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Мероприятия ко «Деню добрых дел»</w:t>
            </w:r>
          </w:p>
          <w:p w14:paraId="26405205" w14:textId="0C974A09" w:rsidR="00FE5E51" w:rsidRPr="00027D8D" w:rsidRDefault="00FE5E51" w:rsidP="00FE5E51">
            <w:pPr>
              <w:pStyle w:val="ae"/>
              <w:numPr>
                <w:ilvl w:val="0"/>
                <w:numId w:val="25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Акция «Спешим мы делать добрые дела» Посещение Центра социальной помощи населению г. Батайска с концертом</w:t>
            </w:r>
          </w:p>
          <w:p w14:paraId="03C852CC" w14:textId="7E758022" w:rsidR="00FE5E51" w:rsidRPr="00027D8D" w:rsidRDefault="00FE5E51" w:rsidP="00FE5E51">
            <w:pPr>
              <w:pStyle w:val="ae"/>
              <w:numPr>
                <w:ilvl w:val="0"/>
                <w:numId w:val="25"/>
              </w:numPr>
              <w:snapToGrid w:val="0"/>
              <w:spacing w:after="160"/>
              <w:ind w:right="-68"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Мастер-класс и выставка детских рисунков «Я рисую добро!»</w:t>
            </w:r>
          </w:p>
        </w:tc>
        <w:tc>
          <w:tcPr>
            <w:tcW w:w="850" w:type="dxa"/>
            <w:vAlign w:val="center"/>
          </w:tcPr>
          <w:p w14:paraId="371D2085" w14:textId="378B3B96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73756D6E" w14:textId="2C36D831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4</w:t>
            </w:r>
            <w:r w:rsidRPr="00027D8D">
              <w:rPr>
                <w:rFonts w:cs="Times New Roman"/>
                <w:sz w:val="24"/>
                <w:szCs w:val="24"/>
              </w:rPr>
              <w:t>.09.2026</w:t>
            </w:r>
          </w:p>
        </w:tc>
        <w:tc>
          <w:tcPr>
            <w:tcW w:w="3402" w:type="dxa"/>
            <w:vAlign w:val="center"/>
          </w:tcPr>
          <w:p w14:paraId="7AF4111D" w14:textId="7FC3CFE0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педагог-организатор; педагог дополнительного образования;</w:t>
            </w:r>
          </w:p>
        </w:tc>
        <w:tc>
          <w:tcPr>
            <w:tcW w:w="2443" w:type="dxa"/>
          </w:tcPr>
          <w:p w14:paraId="605B95E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03233671" w14:textId="3492164F" w:rsidTr="00CA74D2">
        <w:trPr>
          <w:jc w:val="center"/>
        </w:trPr>
        <w:tc>
          <w:tcPr>
            <w:tcW w:w="5770" w:type="dxa"/>
            <w:vAlign w:val="center"/>
          </w:tcPr>
          <w:p w14:paraId="6C97B6B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первой помощи: практические станции</w:t>
            </w:r>
          </w:p>
        </w:tc>
        <w:tc>
          <w:tcPr>
            <w:tcW w:w="850" w:type="dxa"/>
            <w:vAlign w:val="center"/>
          </w:tcPr>
          <w:p w14:paraId="1348D43D" w14:textId="7379C6B3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6C02D68A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11.09.2026 либо ближайший учебный день к 13.09.2026</w:t>
            </w:r>
          </w:p>
        </w:tc>
        <w:tc>
          <w:tcPr>
            <w:tcW w:w="3402" w:type="dxa"/>
            <w:vAlign w:val="center"/>
          </w:tcPr>
          <w:p w14:paraId="43ED56A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медицинский работник (при наличии)</w:t>
            </w:r>
          </w:p>
        </w:tc>
        <w:tc>
          <w:tcPr>
            <w:tcW w:w="2443" w:type="dxa"/>
          </w:tcPr>
          <w:p w14:paraId="636E9D4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63871266" w14:textId="2595938D" w:rsidTr="00CA74D2">
        <w:trPr>
          <w:jc w:val="center"/>
        </w:trPr>
        <w:tc>
          <w:tcPr>
            <w:tcW w:w="5770" w:type="dxa"/>
            <w:vAlign w:val="center"/>
          </w:tcPr>
          <w:p w14:paraId="78EC4FB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Музыкальная гостиная к Международному дню музыки</w:t>
            </w:r>
          </w:p>
        </w:tc>
        <w:tc>
          <w:tcPr>
            <w:tcW w:w="850" w:type="dxa"/>
            <w:vAlign w:val="center"/>
          </w:tcPr>
          <w:p w14:paraId="1CBBD277" w14:textId="21C8BFBC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6C85F0AD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01.10.2026</w:t>
            </w:r>
          </w:p>
        </w:tc>
        <w:tc>
          <w:tcPr>
            <w:tcW w:w="3402" w:type="dxa"/>
            <w:vAlign w:val="center"/>
          </w:tcPr>
          <w:p w14:paraId="696F07B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Учитель музыки; педагог-организатор</w:t>
            </w:r>
          </w:p>
        </w:tc>
        <w:tc>
          <w:tcPr>
            <w:tcW w:w="2443" w:type="dxa"/>
          </w:tcPr>
          <w:p w14:paraId="764A565F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3DBB0862" w14:textId="1CE065A9" w:rsidTr="00CA74D2">
        <w:trPr>
          <w:jc w:val="center"/>
        </w:trPr>
        <w:tc>
          <w:tcPr>
            <w:tcW w:w="5770" w:type="dxa"/>
            <w:vAlign w:val="center"/>
          </w:tcPr>
          <w:p w14:paraId="4FD9D1F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Акция заботы к Международному дню пожилых людей</w:t>
            </w:r>
          </w:p>
        </w:tc>
        <w:tc>
          <w:tcPr>
            <w:tcW w:w="850" w:type="dxa"/>
            <w:vAlign w:val="center"/>
          </w:tcPr>
          <w:p w14:paraId="72597ED8" w14:textId="2D7048C5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6E641D8D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01.10.2026</w:t>
            </w:r>
          </w:p>
        </w:tc>
        <w:tc>
          <w:tcPr>
            <w:tcW w:w="3402" w:type="dxa"/>
            <w:vAlign w:val="center"/>
          </w:tcPr>
          <w:p w14:paraId="11CE9872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руководители; социальный педагог</w:t>
            </w:r>
          </w:p>
        </w:tc>
        <w:tc>
          <w:tcPr>
            <w:tcW w:w="2443" w:type="dxa"/>
          </w:tcPr>
          <w:p w14:paraId="67A8D4A4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1F0D5ABB" w14:textId="52F28606" w:rsidTr="00CA74D2">
        <w:trPr>
          <w:jc w:val="center"/>
        </w:trPr>
        <w:tc>
          <w:tcPr>
            <w:tcW w:w="5770" w:type="dxa"/>
            <w:vAlign w:val="center"/>
          </w:tcPr>
          <w:p w14:paraId="4B3D6F9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Праздничные мероприятия ко Дню учителя</w:t>
            </w:r>
          </w:p>
        </w:tc>
        <w:tc>
          <w:tcPr>
            <w:tcW w:w="850" w:type="dxa"/>
            <w:vAlign w:val="center"/>
          </w:tcPr>
          <w:p w14:paraId="0EEDF0F6" w14:textId="47A46D41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5941B454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05.10.2026</w:t>
            </w:r>
          </w:p>
        </w:tc>
        <w:tc>
          <w:tcPr>
            <w:tcW w:w="3402" w:type="dxa"/>
            <w:vAlign w:val="center"/>
          </w:tcPr>
          <w:p w14:paraId="48AFE5B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Педагог-организатор; советник директора по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воспитанию и взаимодействию с детскими общественными объединениями</w:t>
            </w:r>
          </w:p>
        </w:tc>
        <w:tc>
          <w:tcPr>
            <w:tcW w:w="2443" w:type="dxa"/>
          </w:tcPr>
          <w:p w14:paraId="3D0C63FB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039DD91F" w14:textId="1F6458D2" w:rsidTr="00CA74D2">
        <w:trPr>
          <w:jc w:val="center"/>
        </w:trPr>
        <w:tc>
          <w:tcPr>
            <w:tcW w:w="5770" w:type="dxa"/>
            <w:vAlign w:val="center"/>
          </w:tcPr>
          <w:p w14:paraId="5E5E6DF5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Всероссийский день чтения: школьный читательский марафон</w:t>
            </w:r>
          </w:p>
        </w:tc>
        <w:tc>
          <w:tcPr>
            <w:tcW w:w="850" w:type="dxa"/>
            <w:vAlign w:val="center"/>
          </w:tcPr>
          <w:p w14:paraId="67AD286B" w14:textId="0A003F9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78F47798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09.10.2026</w:t>
            </w:r>
          </w:p>
        </w:tc>
        <w:tc>
          <w:tcPr>
            <w:tcW w:w="3402" w:type="dxa"/>
            <w:vAlign w:val="center"/>
          </w:tcPr>
          <w:p w14:paraId="559D038B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Школьный библиотекарь; учителя основной школы</w:t>
            </w:r>
          </w:p>
        </w:tc>
        <w:tc>
          <w:tcPr>
            <w:tcW w:w="2443" w:type="dxa"/>
          </w:tcPr>
          <w:p w14:paraId="67B0327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333FCCEC" w14:textId="6D8C4E86" w:rsidTr="00CA74D2">
        <w:trPr>
          <w:jc w:val="center"/>
        </w:trPr>
        <w:tc>
          <w:tcPr>
            <w:tcW w:w="5770" w:type="dxa"/>
            <w:vAlign w:val="center"/>
          </w:tcPr>
          <w:p w14:paraId="599F23C5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Всемирный день защиты животных: экологическая акция</w:t>
            </w:r>
          </w:p>
        </w:tc>
        <w:tc>
          <w:tcPr>
            <w:tcW w:w="850" w:type="dxa"/>
            <w:vAlign w:val="center"/>
          </w:tcPr>
          <w:p w14:paraId="492C2E88" w14:textId="469449B0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3F01FBCF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05.10.2026, ближайший учебный день к 04.10.2026</w:t>
            </w:r>
          </w:p>
        </w:tc>
        <w:tc>
          <w:tcPr>
            <w:tcW w:w="3402" w:type="dxa"/>
            <w:vAlign w:val="center"/>
          </w:tcPr>
          <w:p w14:paraId="4A261D53" w14:textId="7166CD76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социальный педагог</w:t>
            </w:r>
          </w:p>
        </w:tc>
        <w:tc>
          <w:tcPr>
            <w:tcW w:w="2443" w:type="dxa"/>
          </w:tcPr>
          <w:p w14:paraId="3AAD6856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2CADA6E2" w14:textId="2988763F" w:rsidTr="00CA74D2">
        <w:trPr>
          <w:jc w:val="center"/>
        </w:trPr>
        <w:tc>
          <w:tcPr>
            <w:tcW w:w="5770" w:type="dxa"/>
            <w:vAlign w:val="center"/>
          </w:tcPr>
          <w:p w14:paraId="31A5566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Творческие мастерские ко Дню отца</w:t>
            </w:r>
          </w:p>
        </w:tc>
        <w:tc>
          <w:tcPr>
            <w:tcW w:w="850" w:type="dxa"/>
            <w:vAlign w:val="center"/>
          </w:tcPr>
          <w:p w14:paraId="2EF13B29" w14:textId="41DBC9DE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77776A22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16.10.2026; официальная дата — 18.10.2026</w:t>
            </w:r>
          </w:p>
        </w:tc>
        <w:tc>
          <w:tcPr>
            <w:tcW w:w="3402" w:type="dxa"/>
            <w:vAlign w:val="center"/>
          </w:tcPr>
          <w:p w14:paraId="3B2F9D2D" w14:textId="0B2E3A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Классные руководители;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2443" w:type="dxa"/>
          </w:tcPr>
          <w:p w14:paraId="732D21E8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79754B67" w14:textId="257AA503" w:rsidTr="00CA74D2">
        <w:trPr>
          <w:jc w:val="center"/>
        </w:trPr>
        <w:tc>
          <w:tcPr>
            <w:tcW w:w="5770" w:type="dxa"/>
            <w:vAlign w:val="center"/>
          </w:tcPr>
          <w:p w14:paraId="1CE7F648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850" w:type="dxa"/>
            <w:vAlign w:val="center"/>
          </w:tcPr>
          <w:p w14:paraId="09DFFB41" w14:textId="27DC16D4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70B6B0F2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26.10.2026</w:t>
            </w:r>
          </w:p>
        </w:tc>
        <w:tc>
          <w:tcPr>
            <w:tcW w:w="3402" w:type="dxa"/>
            <w:vAlign w:val="center"/>
          </w:tcPr>
          <w:p w14:paraId="2BAF26E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Школьный библиотекарь</w:t>
            </w:r>
          </w:p>
        </w:tc>
        <w:tc>
          <w:tcPr>
            <w:tcW w:w="2443" w:type="dxa"/>
          </w:tcPr>
          <w:p w14:paraId="6D1934EF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7698474D" w14:textId="7B10B4A6" w:rsidTr="00CA74D2">
        <w:trPr>
          <w:jc w:val="center"/>
        </w:trPr>
        <w:tc>
          <w:tcPr>
            <w:tcW w:w="5770" w:type="dxa"/>
            <w:vAlign w:val="center"/>
          </w:tcPr>
          <w:p w14:paraId="23DAB18B" w14:textId="30546BDF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Фестиваль культур ко Дню народного единства «150 культур Дона»</w:t>
            </w:r>
          </w:p>
        </w:tc>
        <w:tc>
          <w:tcPr>
            <w:tcW w:w="850" w:type="dxa"/>
            <w:vAlign w:val="center"/>
          </w:tcPr>
          <w:p w14:paraId="17D9F68B" w14:textId="416479F0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1FD3EC31" w14:textId="5655F89D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Октябрь </w:t>
            </w:r>
            <w:r w:rsidRPr="00027D8D"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3402" w:type="dxa"/>
            <w:vAlign w:val="center"/>
          </w:tcPr>
          <w:p w14:paraId="2018E866" w14:textId="4C355E4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советник директора по воспитанию и взаимодействию с детскими общественными объединениями; классные руководители</w:t>
            </w:r>
          </w:p>
        </w:tc>
        <w:tc>
          <w:tcPr>
            <w:tcW w:w="2443" w:type="dxa"/>
          </w:tcPr>
          <w:p w14:paraId="4AEF400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112B42BB" w14:textId="577788BB" w:rsidTr="00CA74D2">
        <w:trPr>
          <w:jc w:val="center"/>
        </w:trPr>
        <w:tc>
          <w:tcPr>
            <w:tcW w:w="5770" w:type="dxa"/>
            <w:vAlign w:val="center"/>
          </w:tcPr>
          <w:p w14:paraId="4AF4424B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Урок исторической памяти о военном параде на Красной площади 7 ноября 1941 года</w:t>
            </w:r>
          </w:p>
        </w:tc>
        <w:tc>
          <w:tcPr>
            <w:tcW w:w="850" w:type="dxa"/>
            <w:vAlign w:val="center"/>
          </w:tcPr>
          <w:p w14:paraId="17A011B0" w14:textId="46A6CB7F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72D349A0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06.11.2026</w:t>
            </w:r>
          </w:p>
        </w:tc>
        <w:tc>
          <w:tcPr>
            <w:tcW w:w="3402" w:type="dxa"/>
            <w:vAlign w:val="center"/>
          </w:tcPr>
          <w:p w14:paraId="2EBC8446" w14:textId="7969A80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Классные руководители; руководитель школьного музея </w:t>
            </w:r>
          </w:p>
        </w:tc>
        <w:tc>
          <w:tcPr>
            <w:tcW w:w="2443" w:type="dxa"/>
          </w:tcPr>
          <w:p w14:paraId="1FC55F6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7E13848C" w14:textId="71E8BFDC" w:rsidTr="00CA74D2">
        <w:trPr>
          <w:jc w:val="center"/>
        </w:trPr>
        <w:tc>
          <w:tcPr>
            <w:tcW w:w="5770" w:type="dxa"/>
            <w:vAlign w:val="center"/>
          </w:tcPr>
          <w:p w14:paraId="43ABB67B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Синичкин день: акция помощи зимующим птицам</w:t>
            </w:r>
          </w:p>
        </w:tc>
        <w:tc>
          <w:tcPr>
            <w:tcW w:w="850" w:type="dxa"/>
            <w:vAlign w:val="center"/>
          </w:tcPr>
          <w:p w14:paraId="2D846F84" w14:textId="07D9A2C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4CB6E4D5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12.11.2026</w:t>
            </w:r>
          </w:p>
        </w:tc>
        <w:tc>
          <w:tcPr>
            <w:tcW w:w="3402" w:type="dxa"/>
            <w:vAlign w:val="center"/>
          </w:tcPr>
          <w:p w14:paraId="1F759CF7" w14:textId="73477DBC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Социальный педагог; советник;</w:t>
            </w:r>
          </w:p>
        </w:tc>
        <w:tc>
          <w:tcPr>
            <w:tcW w:w="2443" w:type="dxa"/>
          </w:tcPr>
          <w:p w14:paraId="091560E6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123E56B8" w14:textId="14330257" w:rsidTr="00CA74D2">
        <w:trPr>
          <w:jc w:val="center"/>
        </w:trPr>
        <w:tc>
          <w:tcPr>
            <w:tcW w:w="5770" w:type="dxa"/>
            <w:vAlign w:val="center"/>
          </w:tcPr>
          <w:p w14:paraId="4DD0E06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Познавательная программа к Всемирному дню ребёнка</w:t>
            </w:r>
          </w:p>
        </w:tc>
        <w:tc>
          <w:tcPr>
            <w:tcW w:w="850" w:type="dxa"/>
            <w:vAlign w:val="center"/>
          </w:tcPr>
          <w:p w14:paraId="613CA3E8" w14:textId="43466563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6E68DDBC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20.11.2026</w:t>
            </w:r>
          </w:p>
        </w:tc>
        <w:tc>
          <w:tcPr>
            <w:tcW w:w="3402" w:type="dxa"/>
            <w:vAlign w:val="center"/>
          </w:tcPr>
          <w:p w14:paraId="480F691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Социальный педагог; классные руководители</w:t>
            </w:r>
          </w:p>
        </w:tc>
        <w:tc>
          <w:tcPr>
            <w:tcW w:w="2443" w:type="dxa"/>
          </w:tcPr>
          <w:p w14:paraId="03ED9295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378874C6" w14:textId="4C1D22D6" w:rsidTr="00CA74D2">
        <w:trPr>
          <w:jc w:val="center"/>
        </w:trPr>
        <w:tc>
          <w:tcPr>
            <w:tcW w:w="5770" w:type="dxa"/>
            <w:vAlign w:val="center"/>
          </w:tcPr>
          <w:p w14:paraId="7C918464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словарей и энциклопедий и 225-летие В. И. Даля</w:t>
            </w:r>
          </w:p>
        </w:tc>
        <w:tc>
          <w:tcPr>
            <w:tcW w:w="850" w:type="dxa"/>
            <w:vAlign w:val="center"/>
          </w:tcPr>
          <w:p w14:paraId="7590EF54" w14:textId="7EAC7089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543A6539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20–23.11.2026</w:t>
            </w:r>
          </w:p>
        </w:tc>
        <w:tc>
          <w:tcPr>
            <w:tcW w:w="3402" w:type="dxa"/>
            <w:vAlign w:val="center"/>
          </w:tcPr>
          <w:p w14:paraId="5F4A1159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Школьный библиотекарь; учителя основной школы</w:t>
            </w:r>
          </w:p>
        </w:tc>
        <w:tc>
          <w:tcPr>
            <w:tcW w:w="2443" w:type="dxa"/>
          </w:tcPr>
          <w:p w14:paraId="14CE5B3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00C2DA46" w14:textId="4B8EF16D" w:rsidTr="00CA74D2">
        <w:trPr>
          <w:jc w:val="center"/>
        </w:trPr>
        <w:tc>
          <w:tcPr>
            <w:tcW w:w="5770" w:type="dxa"/>
            <w:vAlign w:val="center"/>
          </w:tcPr>
          <w:p w14:paraId="08F4A9E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Праздничная программа ко Дню матери</w:t>
            </w:r>
          </w:p>
        </w:tc>
        <w:tc>
          <w:tcPr>
            <w:tcW w:w="850" w:type="dxa"/>
            <w:vAlign w:val="center"/>
          </w:tcPr>
          <w:p w14:paraId="2D277BFB" w14:textId="3866355A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5ECC1D54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27.11.2026; </w:t>
            </w:r>
            <w:r w:rsidRPr="00027D8D">
              <w:rPr>
                <w:rFonts w:cs="Times New Roman"/>
                <w:sz w:val="24"/>
                <w:szCs w:val="24"/>
              </w:rPr>
              <w:lastRenderedPageBreak/>
              <w:t>официальная дата — 29.11.2026</w:t>
            </w:r>
          </w:p>
        </w:tc>
        <w:tc>
          <w:tcPr>
            <w:tcW w:w="3402" w:type="dxa"/>
            <w:vAlign w:val="center"/>
          </w:tcPr>
          <w:p w14:paraId="21D66EF5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Педагог-организатор; </w:t>
            </w:r>
          </w:p>
          <w:p w14:paraId="5FF20115" w14:textId="622059B2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Советник;</w:t>
            </w:r>
          </w:p>
          <w:p w14:paraId="578E14DA" w14:textId="3D78D78D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43" w:type="dxa"/>
          </w:tcPr>
          <w:p w14:paraId="45D0BA44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7E68F3F5" w14:textId="73868A1B" w:rsidTr="00CA74D2">
        <w:trPr>
          <w:jc w:val="center"/>
        </w:trPr>
        <w:tc>
          <w:tcPr>
            <w:tcW w:w="5770" w:type="dxa"/>
            <w:vAlign w:val="center"/>
          </w:tcPr>
          <w:p w14:paraId="4E3C5232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Познавательное мероприятие ко Дню Государственного герба Российской Федерации</w:t>
            </w:r>
          </w:p>
        </w:tc>
        <w:tc>
          <w:tcPr>
            <w:tcW w:w="850" w:type="dxa"/>
            <w:vAlign w:val="center"/>
          </w:tcPr>
          <w:p w14:paraId="7B2A2CCA" w14:textId="441981A8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1C054AE1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30.11.2026</w:t>
            </w:r>
          </w:p>
        </w:tc>
        <w:tc>
          <w:tcPr>
            <w:tcW w:w="3402" w:type="dxa"/>
            <w:vAlign w:val="center"/>
          </w:tcPr>
          <w:p w14:paraId="12165935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43" w:type="dxa"/>
          </w:tcPr>
          <w:p w14:paraId="0B6D31F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7094AB9B" w14:textId="772353E8" w:rsidTr="00CA74D2">
        <w:trPr>
          <w:jc w:val="center"/>
        </w:trPr>
        <w:tc>
          <w:tcPr>
            <w:tcW w:w="5770" w:type="dxa"/>
            <w:vAlign w:val="center"/>
          </w:tcPr>
          <w:p w14:paraId="1B63F69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850" w:type="dxa"/>
            <w:vAlign w:val="center"/>
          </w:tcPr>
          <w:p w14:paraId="64F6D631" w14:textId="218FDA35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6C83F482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03.12.2026</w:t>
            </w:r>
          </w:p>
        </w:tc>
        <w:tc>
          <w:tcPr>
            <w:tcW w:w="3402" w:type="dxa"/>
            <w:vAlign w:val="center"/>
          </w:tcPr>
          <w:p w14:paraId="1D480FD9" w14:textId="7D992904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Педагог-организатор; руководитель школьного музея; учителя истории;</w:t>
            </w:r>
          </w:p>
        </w:tc>
        <w:tc>
          <w:tcPr>
            <w:tcW w:w="2443" w:type="dxa"/>
          </w:tcPr>
          <w:p w14:paraId="2156D07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6BB03D2C" w14:textId="1A87148F" w:rsidTr="00CA74D2">
        <w:trPr>
          <w:jc w:val="center"/>
        </w:trPr>
        <w:tc>
          <w:tcPr>
            <w:tcW w:w="5770" w:type="dxa"/>
            <w:vAlign w:val="center"/>
          </w:tcPr>
          <w:p w14:paraId="128846DB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Международный день людей с ограниченными возможностями здоровья: акция «Мир равных возможностей»</w:t>
            </w:r>
          </w:p>
        </w:tc>
        <w:tc>
          <w:tcPr>
            <w:tcW w:w="850" w:type="dxa"/>
            <w:vAlign w:val="center"/>
          </w:tcPr>
          <w:p w14:paraId="1113089E" w14:textId="26B2E45E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223E4CB3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03.12.2026</w:t>
            </w:r>
          </w:p>
        </w:tc>
        <w:tc>
          <w:tcPr>
            <w:tcW w:w="3402" w:type="dxa"/>
            <w:vAlign w:val="center"/>
          </w:tcPr>
          <w:p w14:paraId="4B11247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Педагог-психолог; социальный педагог</w:t>
            </w:r>
          </w:p>
        </w:tc>
        <w:tc>
          <w:tcPr>
            <w:tcW w:w="2443" w:type="dxa"/>
          </w:tcPr>
          <w:p w14:paraId="4B2C6A72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28F52211" w14:textId="01FC6F9C" w:rsidTr="00CA74D2">
        <w:trPr>
          <w:jc w:val="center"/>
        </w:trPr>
        <w:tc>
          <w:tcPr>
            <w:tcW w:w="5770" w:type="dxa"/>
            <w:vAlign w:val="center"/>
          </w:tcPr>
          <w:p w14:paraId="6327A25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начала контрнаступления советских войск в битве под Москвой</w:t>
            </w:r>
          </w:p>
        </w:tc>
        <w:tc>
          <w:tcPr>
            <w:tcW w:w="850" w:type="dxa"/>
            <w:vAlign w:val="center"/>
          </w:tcPr>
          <w:p w14:paraId="028AD578" w14:textId="37EFBE12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232C207B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04.12.2026, ближайший учебный день к 05.12.2026</w:t>
            </w:r>
          </w:p>
        </w:tc>
        <w:tc>
          <w:tcPr>
            <w:tcW w:w="3402" w:type="dxa"/>
            <w:vAlign w:val="center"/>
          </w:tcPr>
          <w:p w14:paraId="6EE6D7E3" w14:textId="1069EC51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Классные руководители; руководитель школьного музея </w:t>
            </w:r>
          </w:p>
        </w:tc>
        <w:tc>
          <w:tcPr>
            <w:tcW w:w="2443" w:type="dxa"/>
          </w:tcPr>
          <w:p w14:paraId="4C525F2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502F0EB0" w14:textId="0F185C52" w:rsidTr="00CA74D2">
        <w:trPr>
          <w:jc w:val="center"/>
        </w:trPr>
        <w:tc>
          <w:tcPr>
            <w:tcW w:w="5770" w:type="dxa"/>
            <w:vAlign w:val="center"/>
          </w:tcPr>
          <w:p w14:paraId="5F28B0BA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Международный день добровольца: школьная акция добрых дел</w:t>
            </w:r>
          </w:p>
        </w:tc>
        <w:tc>
          <w:tcPr>
            <w:tcW w:w="850" w:type="dxa"/>
            <w:vAlign w:val="center"/>
          </w:tcPr>
          <w:p w14:paraId="3710C582" w14:textId="035B7CCE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1975E252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04.12.2026, ближайший учебный день к 05.12.2026</w:t>
            </w:r>
          </w:p>
        </w:tc>
        <w:tc>
          <w:tcPr>
            <w:tcW w:w="3402" w:type="dxa"/>
            <w:vAlign w:val="center"/>
          </w:tcPr>
          <w:p w14:paraId="5A78325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43" w:type="dxa"/>
          </w:tcPr>
          <w:p w14:paraId="349A6C6A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6B0B85A5" w14:textId="233DE1F2" w:rsidTr="00CA74D2">
        <w:trPr>
          <w:jc w:val="center"/>
        </w:trPr>
        <w:tc>
          <w:tcPr>
            <w:tcW w:w="5770" w:type="dxa"/>
            <w:vAlign w:val="center"/>
          </w:tcPr>
          <w:p w14:paraId="385357CB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850" w:type="dxa"/>
            <w:vAlign w:val="center"/>
          </w:tcPr>
          <w:p w14:paraId="705BE920" w14:textId="67CF8A2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110B5D6D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09.12.2026</w:t>
            </w:r>
          </w:p>
        </w:tc>
        <w:tc>
          <w:tcPr>
            <w:tcW w:w="3402" w:type="dxa"/>
            <w:vAlign w:val="center"/>
          </w:tcPr>
          <w:p w14:paraId="7C0BC82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Педагог-организатор; классные руководители</w:t>
            </w:r>
          </w:p>
        </w:tc>
        <w:tc>
          <w:tcPr>
            <w:tcW w:w="2443" w:type="dxa"/>
          </w:tcPr>
          <w:p w14:paraId="1811C6A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4563E6A7" w14:textId="7CFF9271" w:rsidTr="00CA74D2">
        <w:trPr>
          <w:jc w:val="center"/>
        </w:trPr>
        <w:tc>
          <w:tcPr>
            <w:tcW w:w="5770" w:type="dxa"/>
            <w:vAlign w:val="center"/>
          </w:tcPr>
          <w:p w14:paraId="3412EB6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Международный день прав человека</w:t>
            </w:r>
          </w:p>
        </w:tc>
        <w:tc>
          <w:tcPr>
            <w:tcW w:w="850" w:type="dxa"/>
            <w:vAlign w:val="center"/>
          </w:tcPr>
          <w:p w14:paraId="54DC9305" w14:textId="1FF3F786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2D011C28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10.12.2026</w:t>
            </w:r>
          </w:p>
        </w:tc>
        <w:tc>
          <w:tcPr>
            <w:tcW w:w="3402" w:type="dxa"/>
            <w:vAlign w:val="center"/>
          </w:tcPr>
          <w:p w14:paraId="1EA1EF3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Социальный педагог; классные руководители</w:t>
            </w:r>
          </w:p>
        </w:tc>
        <w:tc>
          <w:tcPr>
            <w:tcW w:w="2443" w:type="dxa"/>
          </w:tcPr>
          <w:p w14:paraId="73A1F0B5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31B4D9D6" w14:textId="269C531B" w:rsidTr="00CA74D2">
        <w:trPr>
          <w:jc w:val="center"/>
        </w:trPr>
        <w:tc>
          <w:tcPr>
            <w:tcW w:w="5770" w:type="dxa"/>
            <w:vAlign w:val="center"/>
          </w:tcPr>
          <w:p w14:paraId="2494794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Познавательные занятия ко Дню Конституции Российской Федерации</w:t>
            </w:r>
          </w:p>
        </w:tc>
        <w:tc>
          <w:tcPr>
            <w:tcW w:w="850" w:type="dxa"/>
            <w:vAlign w:val="center"/>
          </w:tcPr>
          <w:p w14:paraId="6EFE3046" w14:textId="6D6BA518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288EDB34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11.12.2026; официальная дата — 12.12.2026</w:t>
            </w:r>
          </w:p>
        </w:tc>
        <w:tc>
          <w:tcPr>
            <w:tcW w:w="3402" w:type="dxa"/>
            <w:vAlign w:val="center"/>
          </w:tcPr>
          <w:p w14:paraId="0B7C116B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443" w:type="dxa"/>
          </w:tcPr>
          <w:p w14:paraId="562CF65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6975B723" w14:textId="15F27485" w:rsidTr="00CA74D2">
        <w:trPr>
          <w:jc w:val="center"/>
        </w:trPr>
        <w:tc>
          <w:tcPr>
            <w:tcW w:w="5770" w:type="dxa"/>
            <w:vAlign w:val="center"/>
          </w:tcPr>
          <w:p w14:paraId="0215C7C7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Государственного гимна Российской Федерации</w:t>
            </w:r>
          </w:p>
        </w:tc>
        <w:tc>
          <w:tcPr>
            <w:tcW w:w="850" w:type="dxa"/>
            <w:vAlign w:val="center"/>
          </w:tcPr>
          <w:p w14:paraId="189DD963" w14:textId="55A98C9E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7AA9785D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25.12.2026</w:t>
            </w:r>
          </w:p>
        </w:tc>
        <w:tc>
          <w:tcPr>
            <w:tcW w:w="3402" w:type="dxa"/>
            <w:vAlign w:val="center"/>
          </w:tcPr>
          <w:p w14:paraId="527B90FA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Советник директора по воспитанию и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взаимодействию с детскими общественными объединениями; учитель музыки</w:t>
            </w:r>
          </w:p>
        </w:tc>
        <w:tc>
          <w:tcPr>
            <w:tcW w:w="2443" w:type="dxa"/>
          </w:tcPr>
          <w:p w14:paraId="116CC5C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54F23578" w14:textId="14ECCE6C" w:rsidTr="00CA74D2">
        <w:trPr>
          <w:jc w:val="center"/>
        </w:trPr>
        <w:tc>
          <w:tcPr>
            <w:tcW w:w="5770" w:type="dxa"/>
            <w:vAlign w:val="center"/>
          </w:tcPr>
          <w:p w14:paraId="63FF9E44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Новогодняя творческая неделя</w:t>
            </w:r>
          </w:p>
        </w:tc>
        <w:tc>
          <w:tcPr>
            <w:tcW w:w="850" w:type="dxa"/>
            <w:vAlign w:val="center"/>
          </w:tcPr>
          <w:p w14:paraId="60678DC3" w14:textId="64846FD3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7FB663BA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21–25.12.2026</w:t>
            </w:r>
          </w:p>
        </w:tc>
        <w:tc>
          <w:tcPr>
            <w:tcW w:w="3402" w:type="dxa"/>
            <w:vAlign w:val="center"/>
          </w:tcPr>
          <w:p w14:paraId="131CDA5F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</w:t>
            </w:r>
          </w:p>
        </w:tc>
        <w:tc>
          <w:tcPr>
            <w:tcW w:w="2443" w:type="dxa"/>
          </w:tcPr>
          <w:p w14:paraId="5BB7B842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1F9395CB" w14:textId="3224B091" w:rsidTr="00CA74D2">
        <w:trPr>
          <w:jc w:val="center"/>
        </w:trPr>
        <w:tc>
          <w:tcPr>
            <w:tcW w:w="5770" w:type="dxa"/>
            <w:vAlign w:val="center"/>
          </w:tcPr>
          <w:p w14:paraId="6AFA16F4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заповедников и национальных парков России</w:t>
            </w:r>
          </w:p>
        </w:tc>
        <w:tc>
          <w:tcPr>
            <w:tcW w:w="850" w:type="dxa"/>
            <w:vAlign w:val="center"/>
          </w:tcPr>
          <w:p w14:paraId="174F9118" w14:textId="47C2D71B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627E0255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Ближайший учебный день после зимних каникул</w:t>
            </w:r>
          </w:p>
        </w:tc>
        <w:tc>
          <w:tcPr>
            <w:tcW w:w="3402" w:type="dxa"/>
            <w:vAlign w:val="center"/>
          </w:tcPr>
          <w:p w14:paraId="172C751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 основной школы</w:t>
            </w:r>
          </w:p>
        </w:tc>
        <w:tc>
          <w:tcPr>
            <w:tcW w:w="2443" w:type="dxa"/>
          </w:tcPr>
          <w:p w14:paraId="4496766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1CEADF05" w14:textId="5B4A25F0" w:rsidTr="00CA74D2">
        <w:trPr>
          <w:jc w:val="center"/>
        </w:trPr>
        <w:tc>
          <w:tcPr>
            <w:tcW w:w="5770" w:type="dxa"/>
            <w:vAlign w:val="center"/>
          </w:tcPr>
          <w:p w14:paraId="7BE6625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полного освобождения Ленинграда от фашистской блокады и Международный день памяти жертв Холокоста</w:t>
            </w:r>
          </w:p>
        </w:tc>
        <w:tc>
          <w:tcPr>
            <w:tcW w:w="850" w:type="dxa"/>
            <w:vAlign w:val="center"/>
          </w:tcPr>
          <w:p w14:paraId="50568189" w14:textId="18C2FE6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21B442F5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27.01.2027</w:t>
            </w:r>
          </w:p>
        </w:tc>
        <w:tc>
          <w:tcPr>
            <w:tcW w:w="3402" w:type="dxa"/>
            <w:vAlign w:val="center"/>
          </w:tcPr>
          <w:p w14:paraId="1B7970D8" w14:textId="67E99AD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Классные руководители; руководитель школьного музея </w:t>
            </w:r>
          </w:p>
        </w:tc>
        <w:tc>
          <w:tcPr>
            <w:tcW w:w="2443" w:type="dxa"/>
          </w:tcPr>
          <w:p w14:paraId="469E4912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76E1EB81" w14:textId="41660C0F" w:rsidTr="00CA74D2">
        <w:trPr>
          <w:jc w:val="center"/>
        </w:trPr>
        <w:tc>
          <w:tcPr>
            <w:tcW w:w="5770" w:type="dxa"/>
            <w:vAlign w:val="center"/>
          </w:tcPr>
          <w:p w14:paraId="797A8067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Международный день защиты персональных данных</w:t>
            </w:r>
          </w:p>
        </w:tc>
        <w:tc>
          <w:tcPr>
            <w:tcW w:w="850" w:type="dxa"/>
            <w:vAlign w:val="center"/>
          </w:tcPr>
          <w:p w14:paraId="6B9CFB75" w14:textId="0BA675DC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0067A414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28.01.2027</w:t>
            </w:r>
          </w:p>
        </w:tc>
        <w:tc>
          <w:tcPr>
            <w:tcW w:w="3402" w:type="dxa"/>
            <w:vAlign w:val="center"/>
          </w:tcPr>
          <w:p w14:paraId="230E4E6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информационную безопасность; классные руководители</w:t>
            </w:r>
          </w:p>
        </w:tc>
        <w:tc>
          <w:tcPr>
            <w:tcW w:w="2443" w:type="dxa"/>
          </w:tcPr>
          <w:p w14:paraId="02E97119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609AB79A" w14:textId="50A470CC" w:rsidTr="00CA74D2">
        <w:trPr>
          <w:jc w:val="center"/>
        </w:trPr>
        <w:tc>
          <w:tcPr>
            <w:tcW w:w="5770" w:type="dxa"/>
            <w:vAlign w:val="center"/>
          </w:tcPr>
          <w:p w14:paraId="54149D49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850" w:type="dxa"/>
            <w:vAlign w:val="center"/>
          </w:tcPr>
          <w:p w14:paraId="35E2E93D" w14:textId="0C04347E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5D1A9C54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02.02.2027</w:t>
            </w:r>
          </w:p>
        </w:tc>
        <w:tc>
          <w:tcPr>
            <w:tcW w:w="3402" w:type="dxa"/>
            <w:vAlign w:val="center"/>
          </w:tcPr>
          <w:p w14:paraId="60EC342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2443" w:type="dxa"/>
          </w:tcPr>
          <w:p w14:paraId="4F881C1A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1CFC4E1F" w14:textId="33AAE1B2" w:rsidTr="00CA74D2">
        <w:trPr>
          <w:jc w:val="center"/>
        </w:trPr>
        <w:tc>
          <w:tcPr>
            <w:tcW w:w="5770" w:type="dxa"/>
            <w:vAlign w:val="center"/>
          </w:tcPr>
          <w:p w14:paraId="2A82888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российской науки: школьный фестиваль опытов и открытий</w:t>
            </w:r>
          </w:p>
        </w:tc>
        <w:tc>
          <w:tcPr>
            <w:tcW w:w="850" w:type="dxa"/>
            <w:vAlign w:val="center"/>
          </w:tcPr>
          <w:p w14:paraId="6CBD81DB" w14:textId="185E88C3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3D2B9955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08.02.2027</w:t>
            </w:r>
          </w:p>
        </w:tc>
        <w:tc>
          <w:tcPr>
            <w:tcW w:w="3402" w:type="dxa"/>
            <w:vAlign w:val="center"/>
          </w:tcPr>
          <w:p w14:paraId="4CA6259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учебно-воспитательной работе; учителя основной школы</w:t>
            </w:r>
          </w:p>
        </w:tc>
        <w:tc>
          <w:tcPr>
            <w:tcW w:w="2443" w:type="dxa"/>
          </w:tcPr>
          <w:p w14:paraId="3DA131BF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1585408E" w14:textId="6BFE3C2F" w:rsidTr="00CA74D2">
        <w:trPr>
          <w:jc w:val="center"/>
        </w:trPr>
        <w:tc>
          <w:tcPr>
            <w:tcW w:w="5770" w:type="dxa"/>
            <w:vAlign w:val="center"/>
          </w:tcPr>
          <w:p w14:paraId="164DCD5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Международный день книгодарения</w:t>
            </w:r>
          </w:p>
        </w:tc>
        <w:tc>
          <w:tcPr>
            <w:tcW w:w="850" w:type="dxa"/>
            <w:vAlign w:val="center"/>
          </w:tcPr>
          <w:p w14:paraId="41CA2591" w14:textId="7DB16326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03100BAA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12.02.2027, ближайший учебный день к 14.02.2027</w:t>
            </w:r>
          </w:p>
        </w:tc>
        <w:tc>
          <w:tcPr>
            <w:tcW w:w="3402" w:type="dxa"/>
            <w:vAlign w:val="center"/>
          </w:tcPr>
          <w:p w14:paraId="199C2006" w14:textId="07E61508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Школьный библиотекарь; классные руководители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;</w:t>
            </w:r>
          </w:p>
        </w:tc>
        <w:tc>
          <w:tcPr>
            <w:tcW w:w="2443" w:type="dxa"/>
          </w:tcPr>
          <w:p w14:paraId="1357C21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6FDC0735" w14:textId="28BD1511" w:rsidTr="00CA74D2">
        <w:trPr>
          <w:jc w:val="center"/>
        </w:trPr>
        <w:tc>
          <w:tcPr>
            <w:tcW w:w="5770" w:type="dxa"/>
            <w:vAlign w:val="center"/>
          </w:tcPr>
          <w:p w14:paraId="340A3ECF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850" w:type="dxa"/>
            <w:vAlign w:val="center"/>
          </w:tcPr>
          <w:p w14:paraId="08186006" w14:textId="19359F7E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2A286AF9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19.02.2027, ближайший учебный день к </w:t>
            </w:r>
            <w:r w:rsidRPr="00027D8D">
              <w:rPr>
                <w:rFonts w:cs="Times New Roman"/>
                <w:sz w:val="24"/>
                <w:szCs w:val="24"/>
              </w:rPr>
              <w:lastRenderedPageBreak/>
              <w:t>21.02.2027</w:t>
            </w:r>
          </w:p>
        </w:tc>
        <w:tc>
          <w:tcPr>
            <w:tcW w:w="3402" w:type="dxa"/>
            <w:vAlign w:val="center"/>
          </w:tcPr>
          <w:p w14:paraId="6B9C8D0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Учителя основной школы</w:t>
            </w:r>
          </w:p>
        </w:tc>
        <w:tc>
          <w:tcPr>
            <w:tcW w:w="2443" w:type="dxa"/>
          </w:tcPr>
          <w:p w14:paraId="78DDEF8F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1AB9C2E8" w14:textId="753C3E9A" w:rsidTr="00CA74D2">
        <w:trPr>
          <w:jc w:val="center"/>
        </w:trPr>
        <w:tc>
          <w:tcPr>
            <w:tcW w:w="5770" w:type="dxa"/>
            <w:vAlign w:val="center"/>
          </w:tcPr>
          <w:p w14:paraId="670D7436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Спортивно-патриотический праздник ко Дню защитника Отечества</w:t>
            </w:r>
          </w:p>
        </w:tc>
        <w:tc>
          <w:tcPr>
            <w:tcW w:w="850" w:type="dxa"/>
            <w:vAlign w:val="center"/>
          </w:tcPr>
          <w:p w14:paraId="0A30347B" w14:textId="393473D3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765A05A2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19.02.2027; официальная дата — 23.02.2027</w:t>
            </w:r>
          </w:p>
        </w:tc>
        <w:tc>
          <w:tcPr>
            <w:tcW w:w="3402" w:type="dxa"/>
            <w:vAlign w:val="center"/>
          </w:tcPr>
          <w:p w14:paraId="76970578" w14:textId="794E1A51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педагог-организатор, учитель ОБЗР</w:t>
            </w:r>
          </w:p>
        </w:tc>
        <w:tc>
          <w:tcPr>
            <w:tcW w:w="2443" w:type="dxa"/>
          </w:tcPr>
          <w:p w14:paraId="233A8B5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3E52B595" w14:textId="17FF4F29" w:rsidTr="00CA74D2">
        <w:trPr>
          <w:jc w:val="center"/>
        </w:trPr>
        <w:tc>
          <w:tcPr>
            <w:tcW w:w="5770" w:type="dxa"/>
            <w:vAlign w:val="center"/>
          </w:tcPr>
          <w:p w14:paraId="637710E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День наставника</w:t>
            </w:r>
          </w:p>
        </w:tc>
        <w:tc>
          <w:tcPr>
            <w:tcW w:w="850" w:type="dxa"/>
            <w:vAlign w:val="center"/>
          </w:tcPr>
          <w:p w14:paraId="69D13B59" w14:textId="2C4C3155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1ADEAAB6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02.03.2027</w:t>
            </w:r>
          </w:p>
        </w:tc>
        <w:tc>
          <w:tcPr>
            <w:tcW w:w="3402" w:type="dxa"/>
            <w:vAlign w:val="center"/>
          </w:tcPr>
          <w:p w14:paraId="6B47D8B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2443" w:type="dxa"/>
          </w:tcPr>
          <w:p w14:paraId="388C9C3B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1160AD8C" w14:textId="05525017" w:rsidTr="00CA74D2">
        <w:trPr>
          <w:jc w:val="center"/>
        </w:trPr>
        <w:tc>
          <w:tcPr>
            <w:tcW w:w="5770" w:type="dxa"/>
            <w:vAlign w:val="center"/>
          </w:tcPr>
          <w:p w14:paraId="060CF6C4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Творческая программа к Международному женскому дню</w:t>
            </w:r>
          </w:p>
        </w:tc>
        <w:tc>
          <w:tcPr>
            <w:tcW w:w="850" w:type="dxa"/>
            <w:vAlign w:val="center"/>
          </w:tcPr>
          <w:p w14:paraId="3A636451" w14:textId="020D4EE4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120C4A3A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05.03.2027; официальная дата — 08.03.2027</w:t>
            </w:r>
          </w:p>
        </w:tc>
        <w:tc>
          <w:tcPr>
            <w:tcW w:w="3402" w:type="dxa"/>
            <w:vAlign w:val="center"/>
          </w:tcPr>
          <w:p w14:paraId="7C883B87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Педагог-организатор; учитель музыки</w:t>
            </w:r>
          </w:p>
        </w:tc>
        <w:tc>
          <w:tcPr>
            <w:tcW w:w="2443" w:type="dxa"/>
          </w:tcPr>
          <w:p w14:paraId="41D72ED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1EE62C95" w14:textId="772DAA13" w:rsidTr="00CA74D2">
        <w:trPr>
          <w:jc w:val="center"/>
        </w:trPr>
        <w:tc>
          <w:tcPr>
            <w:tcW w:w="5770" w:type="dxa"/>
            <w:vAlign w:val="center"/>
          </w:tcPr>
          <w:p w14:paraId="44EE7EF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Всемирный день инженерии: конструкторский марафон</w:t>
            </w:r>
          </w:p>
        </w:tc>
        <w:tc>
          <w:tcPr>
            <w:tcW w:w="850" w:type="dxa"/>
            <w:vAlign w:val="center"/>
          </w:tcPr>
          <w:p w14:paraId="0C88CE67" w14:textId="53983F78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7762F9A4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04.03.2027</w:t>
            </w:r>
          </w:p>
        </w:tc>
        <w:tc>
          <w:tcPr>
            <w:tcW w:w="3402" w:type="dxa"/>
            <w:vAlign w:val="center"/>
          </w:tcPr>
          <w:p w14:paraId="2B0FF992" w14:textId="3A62FFF6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Учителя труда; педагог дополнительного образования </w:t>
            </w:r>
          </w:p>
        </w:tc>
        <w:tc>
          <w:tcPr>
            <w:tcW w:w="2443" w:type="dxa"/>
          </w:tcPr>
          <w:p w14:paraId="2DE29A48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2C406E50" w14:textId="69458DE7" w:rsidTr="00CA74D2">
        <w:trPr>
          <w:jc w:val="center"/>
        </w:trPr>
        <w:tc>
          <w:tcPr>
            <w:tcW w:w="5770" w:type="dxa"/>
            <w:vAlign w:val="center"/>
          </w:tcPr>
          <w:p w14:paraId="7F492219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искусственного интеллекта: безопасное знакомство с технологиями</w:t>
            </w:r>
          </w:p>
        </w:tc>
        <w:tc>
          <w:tcPr>
            <w:tcW w:w="850" w:type="dxa"/>
            <w:vAlign w:val="center"/>
          </w:tcPr>
          <w:p w14:paraId="33AE0E59" w14:textId="12C7B2BE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37692A26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12.03.2027, ближайший учебный день к 13.03.2027</w:t>
            </w:r>
          </w:p>
        </w:tc>
        <w:tc>
          <w:tcPr>
            <w:tcW w:w="3402" w:type="dxa"/>
            <w:vAlign w:val="center"/>
          </w:tcPr>
          <w:p w14:paraId="5882C806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информационную безопасность; учителя основной школы</w:t>
            </w:r>
          </w:p>
        </w:tc>
        <w:tc>
          <w:tcPr>
            <w:tcW w:w="2443" w:type="dxa"/>
          </w:tcPr>
          <w:p w14:paraId="2C61B747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5B53E1C6" w14:textId="3BC0E8E6" w:rsidTr="00CA74D2">
        <w:trPr>
          <w:jc w:val="center"/>
        </w:trPr>
        <w:tc>
          <w:tcPr>
            <w:tcW w:w="5770" w:type="dxa"/>
            <w:vAlign w:val="center"/>
          </w:tcPr>
          <w:p w14:paraId="3ED4CEA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воссоединения Крыма с Россией</w:t>
            </w:r>
          </w:p>
        </w:tc>
        <w:tc>
          <w:tcPr>
            <w:tcW w:w="850" w:type="dxa"/>
            <w:vAlign w:val="center"/>
          </w:tcPr>
          <w:p w14:paraId="0507A89F" w14:textId="1220ECD5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11DC7CBC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18.03.2027</w:t>
            </w:r>
          </w:p>
        </w:tc>
        <w:tc>
          <w:tcPr>
            <w:tcW w:w="3402" w:type="dxa"/>
            <w:vAlign w:val="center"/>
          </w:tcPr>
          <w:p w14:paraId="52A9E8C6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43" w:type="dxa"/>
          </w:tcPr>
          <w:p w14:paraId="72B38BA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589BE867" w14:textId="6D028107" w:rsidTr="00CA74D2">
        <w:trPr>
          <w:jc w:val="center"/>
        </w:trPr>
        <w:tc>
          <w:tcPr>
            <w:tcW w:w="5770" w:type="dxa"/>
            <w:vAlign w:val="center"/>
          </w:tcPr>
          <w:p w14:paraId="3C094DB5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Всемирный день поэзии и Международный день лесов</w:t>
            </w:r>
          </w:p>
        </w:tc>
        <w:tc>
          <w:tcPr>
            <w:tcW w:w="850" w:type="dxa"/>
            <w:vAlign w:val="center"/>
          </w:tcPr>
          <w:p w14:paraId="4BF6FE5B" w14:textId="142A57A3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5D88CE96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19.03.2027, ближайший учебный день к 21.03.2027</w:t>
            </w:r>
          </w:p>
        </w:tc>
        <w:tc>
          <w:tcPr>
            <w:tcW w:w="3402" w:type="dxa"/>
            <w:vAlign w:val="center"/>
          </w:tcPr>
          <w:p w14:paraId="646A2F0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школьный библиотекарь</w:t>
            </w:r>
          </w:p>
        </w:tc>
        <w:tc>
          <w:tcPr>
            <w:tcW w:w="2443" w:type="dxa"/>
          </w:tcPr>
          <w:p w14:paraId="141CDC4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2F23CE0A" w14:textId="323AAD6A" w:rsidTr="00CA74D2">
        <w:trPr>
          <w:jc w:val="center"/>
        </w:trPr>
        <w:tc>
          <w:tcPr>
            <w:tcW w:w="5770" w:type="dxa"/>
            <w:vAlign w:val="center"/>
          </w:tcPr>
          <w:p w14:paraId="702F99B9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850" w:type="dxa"/>
            <w:vAlign w:val="center"/>
          </w:tcPr>
          <w:p w14:paraId="6D293408" w14:textId="3770BACB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60BE116A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26.03.2027, ближайший учебный день к 27.03.2027</w:t>
            </w:r>
          </w:p>
        </w:tc>
        <w:tc>
          <w:tcPr>
            <w:tcW w:w="3402" w:type="dxa"/>
            <w:vAlign w:val="center"/>
          </w:tcPr>
          <w:p w14:paraId="76AEE8BF" w14:textId="5FF83165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театра; педагог-организатор; педагог дополнительного образования</w:t>
            </w:r>
          </w:p>
        </w:tc>
        <w:tc>
          <w:tcPr>
            <w:tcW w:w="2443" w:type="dxa"/>
          </w:tcPr>
          <w:p w14:paraId="101B8265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3C58CF71" w14:textId="0A6609BA" w:rsidTr="00CA74D2">
        <w:trPr>
          <w:jc w:val="center"/>
        </w:trPr>
        <w:tc>
          <w:tcPr>
            <w:tcW w:w="5770" w:type="dxa"/>
            <w:vAlign w:val="center"/>
          </w:tcPr>
          <w:p w14:paraId="0BA429C8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Международный день спорта на благо развития и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мира</w:t>
            </w:r>
          </w:p>
        </w:tc>
        <w:tc>
          <w:tcPr>
            <w:tcW w:w="850" w:type="dxa"/>
            <w:vAlign w:val="center"/>
          </w:tcPr>
          <w:p w14:paraId="33E39075" w14:textId="7ABAC885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418" w:type="dxa"/>
            <w:vAlign w:val="center"/>
          </w:tcPr>
          <w:p w14:paraId="3C29B830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06.04.2027</w:t>
            </w:r>
          </w:p>
        </w:tc>
        <w:tc>
          <w:tcPr>
            <w:tcW w:w="3402" w:type="dxa"/>
            <w:vAlign w:val="center"/>
          </w:tcPr>
          <w:p w14:paraId="278BE18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443" w:type="dxa"/>
          </w:tcPr>
          <w:p w14:paraId="078FDE6B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4A2BA6A0" w14:textId="35546B0A" w:rsidTr="00CA74D2">
        <w:trPr>
          <w:jc w:val="center"/>
        </w:trPr>
        <w:tc>
          <w:tcPr>
            <w:tcW w:w="5770" w:type="dxa"/>
            <w:vAlign w:val="center"/>
          </w:tcPr>
          <w:p w14:paraId="361AE72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Всемирный день здоровья</w:t>
            </w:r>
          </w:p>
        </w:tc>
        <w:tc>
          <w:tcPr>
            <w:tcW w:w="850" w:type="dxa"/>
            <w:vAlign w:val="center"/>
          </w:tcPr>
          <w:p w14:paraId="4121EF53" w14:textId="6AABA128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4DE7132D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07.04.2027</w:t>
            </w:r>
          </w:p>
        </w:tc>
        <w:tc>
          <w:tcPr>
            <w:tcW w:w="3402" w:type="dxa"/>
            <w:vAlign w:val="center"/>
          </w:tcPr>
          <w:p w14:paraId="34D77EE3" w14:textId="74899015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Учитель физической культуры; медицинский работник </w:t>
            </w:r>
          </w:p>
        </w:tc>
        <w:tc>
          <w:tcPr>
            <w:tcW w:w="2443" w:type="dxa"/>
          </w:tcPr>
          <w:p w14:paraId="029B3302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53D27350" w14:textId="17007513" w:rsidTr="00CA74D2">
        <w:trPr>
          <w:jc w:val="center"/>
        </w:trPr>
        <w:tc>
          <w:tcPr>
            <w:tcW w:w="5770" w:type="dxa"/>
            <w:vAlign w:val="center"/>
          </w:tcPr>
          <w:p w14:paraId="07A4320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День российской анимации</w:t>
            </w:r>
          </w:p>
        </w:tc>
        <w:tc>
          <w:tcPr>
            <w:tcW w:w="850" w:type="dxa"/>
            <w:vAlign w:val="center"/>
          </w:tcPr>
          <w:p w14:paraId="411EF6BA" w14:textId="55526BB3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5BEC1768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08.04.2027</w:t>
            </w:r>
          </w:p>
        </w:tc>
        <w:tc>
          <w:tcPr>
            <w:tcW w:w="3402" w:type="dxa"/>
            <w:vAlign w:val="center"/>
          </w:tcPr>
          <w:p w14:paraId="0B4AE8D2" w14:textId="0F405684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Педагог-организатор; ответственный за школьный медиацентр </w:t>
            </w:r>
          </w:p>
        </w:tc>
        <w:tc>
          <w:tcPr>
            <w:tcW w:w="2443" w:type="dxa"/>
          </w:tcPr>
          <w:p w14:paraId="079806D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45078005" w14:textId="6E4C1629" w:rsidTr="00CA74D2">
        <w:trPr>
          <w:jc w:val="center"/>
        </w:trPr>
        <w:tc>
          <w:tcPr>
            <w:tcW w:w="5770" w:type="dxa"/>
            <w:vAlign w:val="center"/>
          </w:tcPr>
          <w:p w14:paraId="4B9EB8A7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Космическая неделя ко Дню космонавтики</w:t>
            </w:r>
          </w:p>
        </w:tc>
        <w:tc>
          <w:tcPr>
            <w:tcW w:w="850" w:type="dxa"/>
            <w:vAlign w:val="center"/>
          </w:tcPr>
          <w:p w14:paraId="231EAA6C" w14:textId="55FA88A5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6A7CBD36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07–12.04.2027</w:t>
            </w:r>
          </w:p>
        </w:tc>
        <w:tc>
          <w:tcPr>
            <w:tcW w:w="3402" w:type="dxa"/>
            <w:vAlign w:val="center"/>
          </w:tcPr>
          <w:p w14:paraId="4E73A180" w14:textId="1582092F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Зам.директора по ВР; Учителя основной школы; педагог-организатор</w:t>
            </w:r>
          </w:p>
        </w:tc>
        <w:tc>
          <w:tcPr>
            <w:tcW w:w="2443" w:type="dxa"/>
          </w:tcPr>
          <w:p w14:paraId="77FB26D7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6F03BC30" w14:textId="790E015C" w:rsidTr="00CA74D2">
        <w:trPr>
          <w:jc w:val="center"/>
        </w:trPr>
        <w:tc>
          <w:tcPr>
            <w:tcW w:w="5770" w:type="dxa"/>
            <w:vAlign w:val="center"/>
          </w:tcPr>
          <w:p w14:paraId="4BC71576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памяти о геноциде советского народа нацистами и их пособниками</w:t>
            </w:r>
          </w:p>
        </w:tc>
        <w:tc>
          <w:tcPr>
            <w:tcW w:w="850" w:type="dxa"/>
            <w:vAlign w:val="center"/>
          </w:tcPr>
          <w:p w14:paraId="2F8F1AF2" w14:textId="0758FAE3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20098FE8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19.04.2027</w:t>
            </w:r>
          </w:p>
        </w:tc>
        <w:tc>
          <w:tcPr>
            <w:tcW w:w="3402" w:type="dxa"/>
            <w:vAlign w:val="center"/>
          </w:tcPr>
          <w:p w14:paraId="29E27087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2443" w:type="dxa"/>
          </w:tcPr>
          <w:p w14:paraId="29571EF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4293EB61" w14:textId="0E4C6711" w:rsidTr="00CA74D2">
        <w:trPr>
          <w:jc w:val="center"/>
        </w:trPr>
        <w:tc>
          <w:tcPr>
            <w:tcW w:w="5770" w:type="dxa"/>
            <w:vAlign w:val="center"/>
          </w:tcPr>
          <w:p w14:paraId="7D5772C6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Всемирный день Земли</w:t>
            </w:r>
          </w:p>
        </w:tc>
        <w:tc>
          <w:tcPr>
            <w:tcW w:w="850" w:type="dxa"/>
            <w:vAlign w:val="center"/>
          </w:tcPr>
          <w:p w14:paraId="1EDB0128" w14:textId="7B9D7AE0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52C80C4F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22.04.2027</w:t>
            </w:r>
          </w:p>
        </w:tc>
        <w:tc>
          <w:tcPr>
            <w:tcW w:w="3402" w:type="dxa"/>
            <w:vAlign w:val="center"/>
          </w:tcPr>
          <w:p w14:paraId="5F8D160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 основной школы</w:t>
            </w:r>
          </w:p>
        </w:tc>
        <w:tc>
          <w:tcPr>
            <w:tcW w:w="2443" w:type="dxa"/>
          </w:tcPr>
          <w:p w14:paraId="241AAF86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25C6B56A" w14:textId="2ECC71EF" w:rsidTr="00CA74D2">
        <w:trPr>
          <w:jc w:val="center"/>
        </w:trPr>
        <w:tc>
          <w:tcPr>
            <w:tcW w:w="5770" w:type="dxa"/>
            <w:vAlign w:val="center"/>
          </w:tcPr>
          <w:p w14:paraId="3FB9CF57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пожарной охраны: практикум безопасности</w:t>
            </w:r>
          </w:p>
        </w:tc>
        <w:tc>
          <w:tcPr>
            <w:tcW w:w="850" w:type="dxa"/>
            <w:vAlign w:val="center"/>
          </w:tcPr>
          <w:p w14:paraId="5654140C" w14:textId="637FEE3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7291E939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30.04.2027</w:t>
            </w:r>
          </w:p>
        </w:tc>
        <w:tc>
          <w:tcPr>
            <w:tcW w:w="3402" w:type="dxa"/>
            <w:vAlign w:val="center"/>
          </w:tcPr>
          <w:p w14:paraId="62AD19E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Ответственный за комплексную безопасность</w:t>
            </w:r>
          </w:p>
        </w:tc>
        <w:tc>
          <w:tcPr>
            <w:tcW w:w="2443" w:type="dxa"/>
          </w:tcPr>
          <w:p w14:paraId="743BB7E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04489B80" w14:textId="320A660B" w:rsidTr="00CA74D2">
        <w:trPr>
          <w:jc w:val="center"/>
        </w:trPr>
        <w:tc>
          <w:tcPr>
            <w:tcW w:w="5770" w:type="dxa"/>
            <w:vAlign w:val="center"/>
          </w:tcPr>
          <w:p w14:paraId="532A73D5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Тематические мероприятия к Празднику Весны и Труда</w:t>
            </w:r>
          </w:p>
        </w:tc>
        <w:tc>
          <w:tcPr>
            <w:tcW w:w="850" w:type="dxa"/>
            <w:vAlign w:val="center"/>
          </w:tcPr>
          <w:p w14:paraId="1EAA816E" w14:textId="3DE2A426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0E3424A4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30.04.2027; официальная дата — 01.05.2027</w:t>
            </w:r>
          </w:p>
        </w:tc>
        <w:tc>
          <w:tcPr>
            <w:tcW w:w="3402" w:type="dxa"/>
            <w:vAlign w:val="center"/>
          </w:tcPr>
          <w:p w14:paraId="016E6C97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443" w:type="dxa"/>
          </w:tcPr>
          <w:p w14:paraId="53F98119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6556441B" w14:textId="25DA7267" w:rsidTr="00CA74D2">
        <w:trPr>
          <w:jc w:val="center"/>
        </w:trPr>
        <w:tc>
          <w:tcPr>
            <w:tcW w:w="5770" w:type="dxa"/>
            <w:vAlign w:val="center"/>
          </w:tcPr>
          <w:p w14:paraId="70822B48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Неделя памяти и славы ко Дню </w:t>
            </w:r>
            <w:r w:rsidRPr="00027D8D">
              <w:rPr>
                <w:rFonts w:cs="Times New Roman"/>
                <w:sz w:val="24"/>
                <w:szCs w:val="24"/>
              </w:rPr>
              <w:t>Победы</w:t>
            </w:r>
          </w:p>
        </w:tc>
        <w:tc>
          <w:tcPr>
            <w:tcW w:w="850" w:type="dxa"/>
            <w:vAlign w:val="center"/>
          </w:tcPr>
          <w:p w14:paraId="4CC34DD1" w14:textId="3AC01C6C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7B8D31A6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04–07.05.2027; официальная дата — 09.05.2027</w:t>
            </w:r>
          </w:p>
        </w:tc>
        <w:tc>
          <w:tcPr>
            <w:tcW w:w="3402" w:type="dxa"/>
            <w:vAlign w:val="center"/>
          </w:tcPr>
          <w:p w14:paraId="72B6AEA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</w:t>
            </w:r>
          </w:p>
        </w:tc>
        <w:tc>
          <w:tcPr>
            <w:tcW w:w="2443" w:type="dxa"/>
          </w:tcPr>
          <w:p w14:paraId="4863967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69536564" w14:textId="77777777" w:rsidTr="00CA74D2">
        <w:trPr>
          <w:jc w:val="center"/>
        </w:trPr>
        <w:tc>
          <w:tcPr>
            <w:tcW w:w="5770" w:type="dxa"/>
            <w:vAlign w:val="center"/>
          </w:tcPr>
          <w:p w14:paraId="441C2E8F" w14:textId="5D7B26E5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Уроки Мужества с приглашением ветеранов</w:t>
            </w:r>
          </w:p>
        </w:tc>
        <w:tc>
          <w:tcPr>
            <w:tcW w:w="850" w:type="dxa"/>
            <w:vAlign w:val="center"/>
          </w:tcPr>
          <w:p w14:paraId="083303A3" w14:textId="770F342C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281F35F8" w14:textId="338440FE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полугодие</w:t>
            </w:r>
          </w:p>
        </w:tc>
        <w:tc>
          <w:tcPr>
            <w:tcW w:w="3402" w:type="dxa"/>
            <w:vAlign w:val="center"/>
          </w:tcPr>
          <w:p w14:paraId="506635F2" w14:textId="6538C930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; учителя истории</w:t>
            </w:r>
          </w:p>
        </w:tc>
        <w:tc>
          <w:tcPr>
            <w:tcW w:w="2443" w:type="dxa"/>
          </w:tcPr>
          <w:p w14:paraId="7C30705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56D5194F" w14:textId="2F90EE50" w:rsidTr="00CA74D2">
        <w:trPr>
          <w:jc w:val="center"/>
        </w:trPr>
        <w:tc>
          <w:tcPr>
            <w:tcW w:w="5770" w:type="dxa"/>
            <w:vAlign w:val="center"/>
          </w:tcPr>
          <w:p w14:paraId="397FB61F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850" w:type="dxa"/>
            <w:vAlign w:val="center"/>
          </w:tcPr>
          <w:p w14:paraId="737A95D4" w14:textId="1D516D21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40D2ECA9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18.05.2027</w:t>
            </w:r>
          </w:p>
        </w:tc>
        <w:tc>
          <w:tcPr>
            <w:tcW w:w="3402" w:type="dxa"/>
            <w:vAlign w:val="center"/>
          </w:tcPr>
          <w:p w14:paraId="76CDF8F7" w14:textId="37848D51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музея; классные руководители</w:t>
            </w:r>
          </w:p>
        </w:tc>
        <w:tc>
          <w:tcPr>
            <w:tcW w:w="2443" w:type="dxa"/>
          </w:tcPr>
          <w:p w14:paraId="66132FA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06A12F8B" w14:textId="0918FE08" w:rsidTr="00CA74D2">
        <w:trPr>
          <w:jc w:val="center"/>
        </w:trPr>
        <w:tc>
          <w:tcPr>
            <w:tcW w:w="5770" w:type="dxa"/>
            <w:vAlign w:val="center"/>
          </w:tcPr>
          <w:p w14:paraId="4838D606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850" w:type="dxa"/>
            <w:vAlign w:val="center"/>
          </w:tcPr>
          <w:p w14:paraId="4777745A" w14:textId="57D44941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4CB7882C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19.05.2027</w:t>
            </w:r>
          </w:p>
        </w:tc>
        <w:tc>
          <w:tcPr>
            <w:tcW w:w="3402" w:type="dxa"/>
            <w:vAlign w:val="center"/>
          </w:tcPr>
          <w:p w14:paraId="37EFD3E8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43" w:type="dxa"/>
          </w:tcPr>
          <w:p w14:paraId="1ED627E3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44B8DB8A" w14:textId="18C50509" w:rsidTr="00CA74D2">
        <w:trPr>
          <w:jc w:val="center"/>
        </w:trPr>
        <w:tc>
          <w:tcPr>
            <w:tcW w:w="5770" w:type="dxa"/>
            <w:vAlign w:val="center"/>
          </w:tcPr>
          <w:p w14:paraId="70A9AD2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850" w:type="dxa"/>
            <w:vAlign w:val="center"/>
          </w:tcPr>
          <w:p w14:paraId="386594B4" w14:textId="060B1A49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2C0692E3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24.05.2027</w:t>
            </w:r>
          </w:p>
        </w:tc>
        <w:tc>
          <w:tcPr>
            <w:tcW w:w="3402" w:type="dxa"/>
            <w:vAlign w:val="center"/>
          </w:tcPr>
          <w:p w14:paraId="133DCB9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Учителя основной школы;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школьный библиотекарь</w:t>
            </w:r>
          </w:p>
        </w:tc>
        <w:tc>
          <w:tcPr>
            <w:tcW w:w="2443" w:type="dxa"/>
          </w:tcPr>
          <w:p w14:paraId="595EEE6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118B1501" w14:textId="29EBDD5A" w:rsidTr="00CA74D2">
        <w:trPr>
          <w:jc w:val="center"/>
        </w:trPr>
        <w:tc>
          <w:tcPr>
            <w:tcW w:w="5770" w:type="dxa"/>
            <w:vAlign w:val="center"/>
          </w:tcPr>
          <w:p w14:paraId="02CB1BFF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Общероссийский день библиотек</w:t>
            </w:r>
          </w:p>
        </w:tc>
        <w:tc>
          <w:tcPr>
            <w:tcW w:w="850" w:type="dxa"/>
            <w:vAlign w:val="center"/>
          </w:tcPr>
          <w:p w14:paraId="44FDB777" w14:textId="72FC038F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5474220E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27.05.2027</w:t>
            </w:r>
          </w:p>
        </w:tc>
        <w:tc>
          <w:tcPr>
            <w:tcW w:w="3402" w:type="dxa"/>
            <w:vAlign w:val="center"/>
          </w:tcPr>
          <w:p w14:paraId="064B4B0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Школьный библиотекарь</w:t>
            </w:r>
          </w:p>
        </w:tc>
        <w:tc>
          <w:tcPr>
            <w:tcW w:w="2443" w:type="dxa"/>
          </w:tcPr>
          <w:p w14:paraId="58977E9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BE7498" w14:paraId="45CE1745" w14:textId="46DF5558" w:rsidTr="00CA74D2">
        <w:trPr>
          <w:jc w:val="center"/>
        </w:trPr>
        <w:tc>
          <w:tcPr>
            <w:tcW w:w="5770" w:type="dxa"/>
            <w:vAlign w:val="center"/>
          </w:tcPr>
          <w:p w14:paraId="1FB194B1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Праздник «Прощай, начальная школа!»</w:t>
            </w:r>
          </w:p>
        </w:tc>
        <w:tc>
          <w:tcPr>
            <w:tcW w:w="850" w:type="dxa"/>
            <w:vAlign w:val="center"/>
          </w:tcPr>
          <w:p w14:paraId="7AA20F28" w14:textId="4921891F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362C6EF6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Май 2027 года, по отдельному графику</w:t>
            </w:r>
          </w:p>
        </w:tc>
        <w:tc>
          <w:tcPr>
            <w:tcW w:w="3402" w:type="dxa"/>
            <w:vAlign w:val="center"/>
          </w:tcPr>
          <w:p w14:paraId="61A9AFE7" w14:textId="0FED23F2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классные руководители; советник</w:t>
            </w:r>
          </w:p>
        </w:tc>
        <w:tc>
          <w:tcPr>
            <w:tcW w:w="2443" w:type="dxa"/>
          </w:tcPr>
          <w:p w14:paraId="00D9F48D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55343DBA" w14:textId="77777777" w:rsidTr="00CA74D2">
        <w:trPr>
          <w:jc w:val="center"/>
        </w:trPr>
        <w:tc>
          <w:tcPr>
            <w:tcW w:w="5770" w:type="dxa"/>
            <w:vAlign w:val="center"/>
          </w:tcPr>
          <w:p w14:paraId="17848CFF" w14:textId="308163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Торжественная линейка «Последний звонок»</w:t>
            </w:r>
          </w:p>
        </w:tc>
        <w:tc>
          <w:tcPr>
            <w:tcW w:w="850" w:type="dxa"/>
            <w:vAlign w:val="center"/>
          </w:tcPr>
          <w:p w14:paraId="5321CB0F" w14:textId="269653FD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418" w:type="dxa"/>
            <w:vAlign w:val="center"/>
          </w:tcPr>
          <w:p w14:paraId="5277CFAC" w14:textId="4571AC86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Май 2027 года, по отдельному графику</w:t>
            </w:r>
          </w:p>
        </w:tc>
        <w:tc>
          <w:tcPr>
            <w:tcW w:w="3402" w:type="dxa"/>
            <w:vAlign w:val="center"/>
          </w:tcPr>
          <w:p w14:paraId="5966CF6D" w14:textId="04F1E76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классные руководители; советник</w:t>
            </w:r>
          </w:p>
        </w:tc>
        <w:tc>
          <w:tcPr>
            <w:tcW w:w="2443" w:type="dxa"/>
          </w:tcPr>
          <w:p w14:paraId="58306F8C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0E5F908E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03394CF0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«ВНЕШКОЛЬНЫЕ МЕРОПРИЯТИЯ»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00"/>
        <w:gridCol w:w="993"/>
        <w:gridCol w:w="2268"/>
        <w:gridCol w:w="3260"/>
        <w:gridCol w:w="2324"/>
      </w:tblGrid>
      <w:tr w:rsidR="00250789" w:rsidRPr="00027D8D" w14:paraId="51D3B7E9" w14:textId="5A8A4638" w:rsidTr="00CA74D2">
        <w:trPr>
          <w:tblHeader/>
          <w:jc w:val="center"/>
        </w:trPr>
        <w:tc>
          <w:tcPr>
            <w:tcW w:w="4800" w:type="dxa"/>
            <w:shd w:val="clear" w:color="auto" w:fill="D9EAF7"/>
            <w:vAlign w:val="center"/>
          </w:tcPr>
          <w:p w14:paraId="48495340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shd w:val="clear" w:color="auto" w:fill="D9EAF7"/>
            <w:vAlign w:val="center"/>
          </w:tcPr>
          <w:p w14:paraId="400BA3B5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19941EFD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3260" w:type="dxa"/>
            <w:shd w:val="clear" w:color="auto" w:fill="D9EAF7"/>
            <w:vAlign w:val="center"/>
          </w:tcPr>
          <w:p w14:paraId="62758748" w14:textId="77777777" w:rsidR="00250789" w:rsidRPr="00027D8D" w:rsidRDefault="0025078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324" w:type="dxa"/>
            <w:shd w:val="clear" w:color="auto" w:fill="D9EAF7"/>
          </w:tcPr>
          <w:p w14:paraId="05B4C8F6" w14:textId="13663E77" w:rsidR="00250789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BE7498" w14:paraId="6AB354F1" w14:textId="038E2717" w:rsidTr="00D40417">
        <w:trPr>
          <w:jc w:val="center"/>
        </w:trPr>
        <w:tc>
          <w:tcPr>
            <w:tcW w:w="4800" w:type="dxa"/>
            <w:vAlign w:val="center"/>
          </w:tcPr>
          <w:p w14:paraId="42434EEB" w14:textId="7BAD8370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Совместный читательский проект с муниципальной библиотекой им. А.П. Чехова</w:t>
            </w:r>
          </w:p>
        </w:tc>
        <w:tc>
          <w:tcPr>
            <w:tcW w:w="993" w:type="dxa"/>
          </w:tcPr>
          <w:p w14:paraId="2B376F14" w14:textId="4BE9ABB5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57F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vAlign w:val="center"/>
          </w:tcPr>
          <w:p w14:paraId="08AD26B7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 по графику партнёра</w:t>
            </w:r>
          </w:p>
        </w:tc>
        <w:tc>
          <w:tcPr>
            <w:tcW w:w="3260" w:type="dxa"/>
            <w:vAlign w:val="center"/>
          </w:tcPr>
          <w:p w14:paraId="75B2E2C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Школьный библиотекарь; сотрудники библиотеки — по согласованию</w:t>
            </w:r>
          </w:p>
        </w:tc>
        <w:tc>
          <w:tcPr>
            <w:tcW w:w="2324" w:type="dxa"/>
          </w:tcPr>
          <w:p w14:paraId="7F7E46C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4B7955AD" w14:textId="2A6E9E62" w:rsidTr="00D40417">
        <w:trPr>
          <w:jc w:val="center"/>
        </w:trPr>
        <w:tc>
          <w:tcPr>
            <w:tcW w:w="4800" w:type="dxa"/>
            <w:vAlign w:val="center"/>
          </w:tcPr>
          <w:p w14:paraId="7CCEA19A" w14:textId="3D14C58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Экскурсии в городской краеведческий музей и учреждения культуры ДДТ, ГКДЦ</w:t>
            </w:r>
          </w:p>
        </w:tc>
        <w:tc>
          <w:tcPr>
            <w:tcW w:w="993" w:type="dxa"/>
          </w:tcPr>
          <w:p w14:paraId="1E1A7B0C" w14:textId="19F3954A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57F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vAlign w:val="center"/>
          </w:tcPr>
          <w:p w14:paraId="78EF36A0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Один раз в полугодие, по согласованию</w:t>
            </w:r>
          </w:p>
        </w:tc>
        <w:tc>
          <w:tcPr>
            <w:tcW w:w="3260" w:type="dxa"/>
            <w:vAlign w:val="center"/>
          </w:tcPr>
          <w:p w14:paraId="0C0F8BF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представители учреждений — по согласованию</w:t>
            </w:r>
          </w:p>
        </w:tc>
        <w:tc>
          <w:tcPr>
            <w:tcW w:w="2324" w:type="dxa"/>
          </w:tcPr>
          <w:p w14:paraId="70BED7C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552DD4C6" w14:textId="64683C96" w:rsidTr="00D40417">
        <w:trPr>
          <w:jc w:val="center"/>
        </w:trPr>
        <w:tc>
          <w:tcPr>
            <w:tcW w:w="4800" w:type="dxa"/>
            <w:vAlign w:val="center"/>
          </w:tcPr>
          <w:p w14:paraId="08D8AA9D" w14:textId="00029B1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Посещение кинотеатра, филармонии, художественной галереи</w:t>
            </w:r>
          </w:p>
        </w:tc>
        <w:tc>
          <w:tcPr>
            <w:tcW w:w="993" w:type="dxa"/>
          </w:tcPr>
          <w:p w14:paraId="7B15F790" w14:textId="5EAACFAC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57F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vAlign w:val="center"/>
          </w:tcPr>
          <w:p w14:paraId="14C747CD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афише и отдельному плану</w:t>
            </w:r>
          </w:p>
        </w:tc>
        <w:tc>
          <w:tcPr>
            <w:tcW w:w="3260" w:type="dxa"/>
            <w:vAlign w:val="center"/>
          </w:tcPr>
          <w:p w14:paraId="3C1A39F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Педагог-организатор; классные руководители</w:t>
            </w:r>
          </w:p>
        </w:tc>
        <w:tc>
          <w:tcPr>
            <w:tcW w:w="2324" w:type="dxa"/>
          </w:tcPr>
          <w:p w14:paraId="0DE9444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4284DC28" w14:textId="48EDF079" w:rsidTr="00D40417">
        <w:trPr>
          <w:jc w:val="center"/>
        </w:trPr>
        <w:tc>
          <w:tcPr>
            <w:tcW w:w="4800" w:type="dxa"/>
            <w:vAlign w:val="center"/>
          </w:tcPr>
          <w:p w14:paraId="5A48A44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Творческие мастер-классы с художниками и мастерами народных промыслов</w:t>
            </w:r>
          </w:p>
        </w:tc>
        <w:tc>
          <w:tcPr>
            <w:tcW w:w="993" w:type="dxa"/>
          </w:tcPr>
          <w:p w14:paraId="2FD3AE75" w14:textId="182676E8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57F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vAlign w:val="center"/>
          </w:tcPr>
          <w:p w14:paraId="66D896D8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3260" w:type="dxa"/>
            <w:vAlign w:val="center"/>
          </w:tcPr>
          <w:p w14:paraId="1E1FBC3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 (при наличии); приглашённые мастера — по согласованию</w:t>
            </w:r>
          </w:p>
        </w:tc>
        <w:tc>
          <w:tcPr>
            <w:tcW w:w="2324" w:type="dxa"/>
          </w:tcPr>
          <w:p w14:paraId="6B2F3C2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75C4BC0D" w14:textId="0E22A697" w:rsidTr="00D40417">
        <w:trPr>
          <w:jc w:val="center"/>
        </w:trPr>
        <w:tc>
          <w:tcPr>
            <w:tcW w:w="4800" w:type="dxa"/>
            <w:vAlign w:val="center"/>
          </w:tcPr>
          <w:p w14:paraId="7DFEB143" w14:textId="499942E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Спортивные мероприятия с ДЮСШ</w:t>
            </w:r>
          </w:p>
        </w:tc>
        <w:tc>
          <w:tcPr>
            <w:tcW w:w="993" w:type="dxa"/>
          </w:tcPr>
          <w:p w14:paraId="2EE3432A" w14:textId="6F65227D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57F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vAlign w:val="center"/>
          </w:tcPr>
          <w:p w14:paraId="5F94646B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согласованному графику</w:t>
            </w:r>
          </w:p>
        </w:tc>
        <w:tc>
          <w:tcPr>
            <w:tcW w:w="3260" w:type="dxa"/>
            <w:vAlign w:val="center"/>
          </w:tcPr>
          <w:p w14:paraId="5ADD459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тренеры — по согласованию</w:t>
            </w:r>
          </w:p>
        </w:tc>
        <w:tc>
          <w:tcPr>
            <w:tcW w:w="2324" w:type="dxa"/>
          </w:tcPr>
          <w:p w14:paraId="625DB83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9909EC1" w14:textId="4070C2CA" w:rsidTr="00D40417">
        <w:trPr>
          <w:jc w:val="center"/>
        </w:trPr>
        <w:tc>
          <w:tcPr>
            <w:tcW w:w="4800" w:type="dxa"/>
            <w:vAlign w:val="center"/>
          </w:tcPr>
          <w:p w14:paraId="176F300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Муниципальные конкурсы чтецов, рисунков и творческих проектов</w:t>
            </w:r>
          </w:p>
        </w:tc>
        <w:tc>
          <w:tcPr>
            <w:tcW w:w="993" w:type="dxa"/>
          </w:tcPr>
          <w:p w14:paraId="1F91D582" w14:textId="25546ECF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57F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vAlign w:val="center"/>
          </w:tcPr>
          <w:p w14:paraId="38B89DB7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положениям организаторов</w:t>
            </w:r>
          </w:p>
        </w:tc>
        <w:tc>
          <w:tcPr>
            <w:tcW w:w="3260" w:type="dxa"/>
            <w:vAlign w:val="center"/>
          </w:tcPr>
          <w:p w14:paraId="1D8745E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педагог-организатор</w:t>
            </w:r>
          </w:p>
        </w:tc>
        <w:tc>
          <w:tcPr>
            <w:tcW w:w="2324" w:type="dxa"/>
          </w:tcPr>
          <w:p w14:paraId="40ED8AB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546CA792" w14:textId="73EE4A77" w:rsidTr="00D40417">
        <w:trPr>
          <w:jc w:val="center"/>
        </w:trPr>
        <w:tc>
          <w:tcPr>
            <w:tcW w:w="4800" w:type="dxa"/>
            <w:vAlign w:val="center"/>
          </w:tcPr>
          <w:p w14:paraId="6C27400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Региональные интеллектуальные и краеведческие мероприятия</w:t>
            </w:r>
          </w:p>
        </w:tc>
        <w:tc>
          <w:tcPr>
            <w:tcW w:w="993" w:type="dxa"/>
          </w:tcPr>
          <w:p w14:paraId="38D05EA7" w14:textId="2F12466D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57F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vAlign w:val="center"/>
          </w:tcPr>
          <w:p w14:paraId="2CCC0E4D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календарю организаторов</w:t>
            </w:r>
          </w:p>
        </w:tc>
        <w:tc>
          <w:tcPr>
            <w:tcW w:w="3260" w:type="dxa"/>
            <w:vAlign w:val="center"/>
          </w:tcPr>
          <w:p w14:paraId="2B4D6D7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 основной школы</w:t>
            </w:r>
          </w:p>
        </w:tc>
        <w:tc>
          <w:tcPr>
            <w:tcW w:w="2324" w:type="dxa"/>
          </w:tcPr>
          <w:p w14:paraId="17ABB0D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0E0D1414" w14:textId="30ABFA74" w:rsidTr="00D40417">
        <w:trPr>
          <w:jc w:val="center"/>
        </w:trPr>
        <w:tc>
          <w:tcPr>
            <w:tcW w:w="4800" w:type="dxa"/>
            <w:vAlign w:val="center"/>
          </w:tcPr>
          <w:p w14:paraId="6765813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Экологические маршруты и прогулки-наблюдения</w:t>
            </w:r>
          </w:p>
        </w:tc>
        <w:tc>
          <w:tcPr>
            <w:tcW w:w="993" w:type="dxa"/>
          </w:tcPr>
          <w:p w14:paraId="3C1B6B35" w14:textId="7293F314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57F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vAlign w:val="center"/>
          </w:tcPr>
          <w:p w14:paraId="02ECA1A1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Сентябрь–октябрь 2026 года; апрель–май 2027 года</w:t>
            </w:r>
          </w:p>
        </w:tc>
        <w:tc>
          <w:tcPr>
            <w:tcW w:w="3260" w:type="dxa"/>
            <w:vAlign w:val="center"/>
          </w:tcPr>
          <w:p w14:paraId="4B015B01" w14:textId="53856055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классные руководители</w:t>
            </w:r>
          </w:p>
        </w:tc>
        <w:tc>
          <w:tcPr>
            <w:tcW w:w="2324" w:type="dxa"/>
          </w:tcPr>
          <w:p w14:paraId="50B3FF8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54CE7B58" w14:textId="245E60D1" w:rsidTr="00D40417">
        <w:trPr>
          <w:jc w:val="center"/>
        </w:trPr>
        <w:tc>
          <w:tcPr>
            <w:tcW w:w="4800" w:type="dxa"/>
            <w:vAlign w:val="center"/>
          </w:tcPr>
          <w:p w14:paraId="26C7FE2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во всероссийских акциях гражданско-патриотической и экологической направленности</w:t>
            </w:r>
          </w:p>
        </w:tc>
        <w:tc>
          <w:tcPr>
            <w:tcW w:w="993" w:type="dxa"/>
          </w:tcPr>
          <w:p w14:paraId="616E3BE4" w14:textId="4B3713E9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57F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268" w:type="dxa"/>
            <w:vAlign w:val="center"/>
          </w:tcPr>
          <w:p w14:paraId="5CFC813A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календарю организаторов</w:t>
            </w:r>
          </w:p>
        </w:tc>
        <w:tc>
          <w:tcPr>
            <w:tcW w:w="3260" w:type="dxa"/>
            <w:vAlign w:val="center"/>
          </w:tcPr>
          <w:p w14:paraId="5DF68162" w14:textId="406D418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учитель ОБЗР</w:t>
            </w:r>
          </w:p>
        </w:tc>
        <w:tc>
          <w:tcPr>
            <w:tcW w:w="2324" w:type="dxa"/>
          </w:tcPr>
          <w:p w14:paraId="53B5010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105ECAA5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1F90D018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МОДУЛЬ «ОРГАНИЗАЦИЯ ПРЕДМЕТНО-ПРОСТРАНСТВЕННОЙ СРЕДЫ»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67"/>
        <w:gridCol w:w="851"/>
        <w:gridCol w:w="1843"/>
        <w:gridCol w:w="3260"/>
        <w:gridCol w:w="2324"/>
      </w:tblGrid>
      <w:tr w:rsidR="00D15585" w:rsidRPr="00027D8D" w14:paraId="2010E939" w14:textId="22122798" w:rsidTr="00CA74D2">
        <w:trPr>
          <w:tblHeader/>
          <w:jc w:val="center"/>
        </w:trPr>
        <w:tc>
          <w:tcPr>
            <w:tcW w:w="5367" w:type="dxa"/>
            <w:shd w:val="clear" w:color="auto" w:fill="D9EAF7"/>
            <w:vAlign w:val="center"/>
          </w:tcPr>
          <w:p w14:paraId="118BEC62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3FF81FE7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shd w:val="clear" w:color="auto" w:fill="D9EAF7"/>
            <w:vAlign w:val="center"/>
          </w:tcPr>
          <w:p w14:paraId="2CECB284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3260" w:type="dxa"/>
            <w:shd w:val="clear" w:color="auto" w:fill="D9EAF7"/>
            <w:vAlign w:val="center"/>
          </w:tcPr>
          <w:p w14:paraId="0F894461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324" w:type="dxa"/>
            <w:shd w:val="clear" w:color="auto" w:fill="D9EAF7"/>
          </w:tcPr>
          <w:p w14:paraId="2D85C5B1" w14:textId="45EC090F" w:rsidR="00D15585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BE7498" w14:paraId="49410FC7" w14:textId="7FFDEF1D" w:rsidTr="004E2841">
        <w:trPr>
          <w:jc w:val="center"/>
        </w:trPr>
        <w:tc>
          <w:tcPr>
            <w:tcW w:w="5367" w:type="dxa"/>
            <w:vAlign w:val="center"/>
          </w:tcPr>
          <w:p w14:paraId="43CFFB1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Размещение и актуализация государственной символики Российской Федерации</w:t>
            </w:r>
          </w:p>
        </w:tc>
        <w:tc>
          <w:tcPr>
            <w:tcW w:w="851" w:type="dxa"/>
          </w:tcPr>
          <w:p w14:paraId="1CE04A7E" w14:textId="0B1E33D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D5D1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vAlign w:val="center"/>
          </w:tcPr>
          <w:p w14:paraId="639692E5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 2026 года; далее по необходимости</w:t>
            </w:r>
          </w:p>
        </w:tc>
        <w:tc>
          <w:tcPr>
            <w:tcW w:w="3260" w:type="dxa"/>
            <w:vAlign w:val="center"/>
          </w:tcPr>
          <w:p w14:paraId="228E543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2324" w:type="dxa"/>
          </w:tcPr>
          <w:p w14:paraId="4BCB273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5ACF649" w14:textId="4BAD4B2B" w:rsidTr="004E2841">
        <w:trPr>
          <w:jc w:val="center"/>
        </w:trPr>
        <w:tc>
          <w:tcPr>
            <w:tcW w:w="5367" w:type="dxa"/>
            <w:vAlign w:val="center"/>
          </w:tcPr>
          <w:p w14:paraId="60072AA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Оформление пространства детских инициатив и достижений</w:t>
            </w:r>
          </w:p>
        </w:tc>
        <w:tc>
          <w:tcPr>
            <w:tcW w:w="851" w:type="dxa"/>
          </w:tcPr>
          <w:p w14:paraId="0DFCD91C" w14:textId="0EA9740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D5D1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vAlign w:val="center"/>
          </w:tcPr>
          <w:p w14:paraId="3821CBBB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260" w:type="dxa"/>
            <w:vAlign w:val="center"/>
          </w:tcPr>
          <w:p w14:paraId="0391A67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классные руководители</w:t>
            </w:r>
          </w:p>
        </w:tc>
        <w:tc>
          <w:tcPr>
            <w:tcW w:w="2324" w:type="dxa"/>
          </w:tcPr>
          <w:p w14:paraId="52297BB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043B97E" w14:textId="1C7B5C05" w:rsidTr="004E2841">
        <w:trPr>
          <w:jc w:val="center"/>
        </w:trPr>
        <w:tc>
          <w:tcPr>
            <w:tcW w:w="5367" w:type="dxa"/>
            <w:vAlign w:val="center"/>
          </w:tcPr>
          <w:p w14:paraId="5770FF1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Экспозиция «Народы России: единство в многообразии»</w:t>
            </w:r>
          </w:p>
        </w:tc>
        <w:tc>
          <w:tcPr>
            <w:tcW w:w="851" w:type="dxa"/>
          </w:tcPr>
          <w:p w14:paraId="24F64A5B" w14:textId="7C00E959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D5D1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vAlign w:val="center"/>
          </w:tcPr>
          <w:p w14:paraId="178F3F5B" w14:textId="73022204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август</w:t>
            </w:r>
            <w:r w:rsidRPr="00027D8D">
              <w:rPr>
                <w:rFonts w:cs="Times New Roman"/>
                <w:sz w:val="24"/>
                <w:szCs w:val="24"/>
              </w:rPr>
              <w:t>–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сентябрь </w:t>
            </w:r>
            <w:r w:rsidRPr="00027D8D">
              <w:rPr>
                <w:rFonts w:cs="Times New Roman"/>
                <w:sz w:val="24"/>
                <w:szCs w:val="24"/>
              </w:rPr>
              <w:t>2026 года</w:t>
            </w:r>
          </w:p>
        </w:tc>
        <w:tc>
          <w:tcPr>
            <w:tcW w:w="3260" w:type="dxa"/>
            <w:vAlign w:val="center"/>
          </w:tcPr>
          <w:p w14:paraId="6D7E45A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Педагог-организатор; учитель изобразительного искусства</w:t>
            </w:r>
          </w:p>
        </w:tc>
        <w:tc>
          <w:tcPr>
            <w:tcW w:w="2324" w:type="dxa"/>
          </w:tcPr>
          <w:p w14:paraId="4385E51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5F348FA5" w14:textId="02B167F7" w:rsidTr="004E2841">
        <w:trPr>
          <w:jc w:val="center"/>
        </w:trPr>
        <w:tc>
          <w:tcPr>
            <w:tcW w:w="5367" w:type="dxa"/>
            <w:vAlign w:val="center"/>
          </w:tcPr>
          <w:p w14:paraId="612FE0B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Книжные выставки к образовательным событиям, памятным и юбилейным датам</w:t>
            </w:r>
          </w:p>
        </w:tc>
        <w:tc>
          <w:tcPr>
            <w:tcW w:w="851" w:type="dxa"/>
          </w:tcPr>
          <w:p w14:paraId="04CD2421" w14:textId="3E09F34F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D5D1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vAlign w:val="center"/>
          </w:tcPr>
          <w:p w14:paraId="4CEFB053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Ежемесячно</w:t>
            </w:r>
          </w:p>
        </w:tc>
        <w:tc>
          <w:tcPr>
            <w:tcW w:w="3260" w:type="dxa"/>
            <w:vAlign w:val="center"/>
          </w:tcPr>
          <w:p w14:paraId="224C2BA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Школьный библиотекарь</w:t>
            </w:r>
          </w:p>
        </w:tc>
        <w:tc>
          <w:tcPr>
            <w:tcW w:w="2324" w:type="dxa"/>
          </w:tcPr>
          <w:p w14:paraId="6AEE175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17241E71" w14:textId="4B024FAE" w:rsidTr="004E2841">
        <w:trPr>
          <w:jc w:val="center"/>
        </w:trPr>
        <w:tc>
          <w:tcPr>
            <w:tcW w:w="5367" w:type="dxa"/>
            <w:vAlign w:val="center"/>
          </w:tcPr>
          <w:p w14:paraId="7E779A2F" w14:textId="19DB68D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Выставки детского творчества «День добрых дел», «Осенняя палитра», «Новогодняя фантазия», «Подвиг жив!», «Весеннее настроение», «Это лето!»</w:t>
            </w:r>
          </w:p>
        </w:tc>
        <w:tc>
          <w:tcPr>
            <w:tcW w:w="851" w:type="dxa"/>
          </w:tcPr>
          <w:p w14:paraId="4D62F6D5" w14:textId="75DDF86B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D5D1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vAlign w:val="center"/>
          </w:tcPr>
          <w:p w14:paraId="68A429A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Октябрь 2026 года; декабрь 2026 года; апрель 2027 года</w:t>
            </w:r>
          </w:p>
        </w:tc>
        <w:tc>
          <w:tcPr>
            <w:tcW w:w="3260" w:type="dxa"/>
            <w:vAlign w:val="center"/>
          </w:tcPr>
          <w:p w14:paraId="7CDF21E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изобразительного искусства; классные руководители</w:t>
            </w:r>
          </w:p>
        </w:tc>
        <w:tc>
          <w:tcPr>
            <w:tcW w:w="2324" w:type="dxa"/>
          </w:tcPr>
          <w:p w14:paraId="32B7A65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82A47C1" w14:textId="4A755988" w:rsidTr="004E2841">
        <w:trPr>
          <w:jc w:val="center"/>
        </w:trPr>
        <w:tc>
          <w:tcPr>
            <w:tcW w:w="5367" w:type="dxa"/>
            <w:vAlign w:val="center"/>
          </w:tcPr>
          <w:p w14:paraId="5FB09D3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Памятные экспозиции ко Дню Неизвестного Солдата, Дню Героев Отечества и Дню Победы</w:t>
            </w:r>
          </w:p>
        </w:tc>
        <w:tc>
          <w:tcPr>
            <w:tcW w:w="851" w:type="dxa"/>
          </w:tcPr>
          <w:p w14:paraId="158BD106" w14:textId="34F322DD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D5D1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vAlign w:val="center"/>
          </w:tcPr>
          <w:p w14:paraId="2FDE93B2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Декабрь 2026 года; апрель–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май 2027 года</w:t>
            </w:r>
          </w:p>
        </w:tc>
        <w:tc>
          <w:tcPr>
            <w:tcW w:w="3260" w:type="dxa"/>
            <w:vAlign w:val="center"/>
          </w:tcPr>
          <w:p w14:paraId="08D4D634" w14:textId="0FB7121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Руководитель школьного музея; педагог-организатор</w:t>
            </w:r>
          </w:p>
        </w:tc>
        <w:tc>
          <w:tcPr>
            <w:tcW w:w="2324" w:type="dxa"/>
          </w:tcPr>
          <w:p w14:paraId="12F88EE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336699E2" w14:textId="648ED4E2" w:rsidTr="004E2841">
        <w:trPr>
          <w:jc w:val="center"/>
        </w:trPr>
        <w:tc>
          <w:tcPr>
            <w:tcW w:w="5367" w:type="dxa"/>
            <w:vAlign w:val="center"/>
          </w:tcPr>
          <w:p w14:paraId="390FA02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Информационные материалы по дорожной, пожарной, антитеррористической и цифровой безопасности</w:t>
            </w:r>
          </w:p>
        </w:tc>
        <w:tc>
          <w:tcPr>
            <w:tcW w:w="851" w:type="dxa"/>
          </w:tcPr>
          <w:p w14:paraId="27803810" w14:textId="3C979E3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D5D1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vAlign w:val="center"/>
          </w:tcPr>
          <w:p w14:paraId="7CF37841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 2026 года; обновление один раз в четверть</w:t>
            </w:r>
          </w:p>
        </w:tc>
        <w:tc>
          <w:tcPr>
            <w:tcW w:w="3260" w:type="dxa"/>
            <w:vAlign w:val="center"/>
          </w:tcPr>
          <w:p w14:paraId="2359498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ответственный за информационную безопасность</w:t>
            </w:r>
          </w:p>
        </w:tc>
        <w:tc>
          <w:tcPr>
            <w:tcW w:w="2324" w:type="dxa"/>
          </w:tcPr>
          <w:p w14:paraId="5689DF4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4968DBAE" w14:textId="0248A12F" w:rsidTr="004E2841">
        <w:trPr>
          <w:jc w:val="center"/>
        </w:trPr>
        <w:tc>
          <w:tcPr>
            <w:tcW w:w="5367" w:type="dxa"/>
            <w:vAlign w:val="center"/>
          </w:tcPr>
          <w:p w14:paraId="022A44C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Полка книгообмена и читательские рекомендации</w:t>
            </w:r>
          </w:p>
        </w:tc>
        <w:tc>
          <w:tcPr>
            <w:tcW w:w="851" w:type="dxa"/>
          </w:tcPr>
          <w:p w14:paraId="2A9D3952" w14:textId="4FB84235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D5D1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vAlign w:val="center"/>
          </w:tcPr>
          <w:p w14:paraId="6CACCD04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260" w:type="dxa"/>
            <w:vAlign w:val="center"/>
          </w:tcPr>
          <w:p w14:paraId="3C41F53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Школьный библиотекарь</w:t>
            </w:r>
          </w:p>
        </w:tc>
        <w:tc>
          <w:tcPr>
            <w:tcW w:w="2324" w:type="dxa"/>
          </w:tcPr>
          <w:p w14:paraId="375C467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6CA8E3C3" w14:textId="6A090F03" w:rsidTr="004E2841">
        <w:trPr>
          <w:jc w:val="center"/>
        </w:trPr>
        <w:tc>
          <w:tcPr>
            <w:tcW w:w="5367" w:type="dxa"/>
            <w:vAlign w:val="center"/>
          </w:tcPr>
          <w:p w14:paraId="56C06B7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Оформление школы к государственным праздникам и общешкольным событиям</w:t>
            </w:r>
          </w:p>
        </w:tc>
        <w:tc>
          <w:tcPr>
            <w:tcW w:w="851" w:type="dxa"/>
          </w:tcPr>
          <w:p w14:paraId="2EE88CFA" w14:textId="64D88A64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D5D1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vAlign w:val="center"/>
          </w:tcPr>
          <w:p w14:paraId="2A75223F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календарному плану</w:t>
            </w:r>
          </w:p>
        </w:tc>
        <w:tc>
          <w:tcPr>
            <w:tcW w:w="3260" w:type="dxa"/>
            <w:vAlign w:val="center"/>
          </w:tcPr>
          <w:p w14:paraId="6AAF930A" w14:textId="00835BC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Педагог-организатор; советник директора по воспитанию и взаимодействию с детскими общественными объединениями; педагог дополнительного образования</w:t>
            </w:r>
          </w:p>
        </w:tc>
        <w:tc>
          <w:tcPr>
            <w:tcW w:w="2324" w:type="dxa"/>
          </w:tcPr>
          <w:p w14:paraId="7891E29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263696B8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0CD4D379" w14:textId="77777777" w:rsidR="00C35608" w:rsidRPr="00027D8D" w:rsidRDefault="00C35608">
      <w:pPr>
        <w:spacing w:before="180" w:after="80"/>
        <w:jc w:val="center"/>
        <w:rPr>
          <w:rFonts w:cs="Times New Roman"/>
          <w:b/>
          <w:sz w:val="24"/>
          <w:szCs w:val="24"/>
          <w:lang w:val="ru-RU"/>
        </w:rPr>
      </w:pPr>
    </w:p>
    <w:p w14:paraId="1740D375" w14:textId="0B245B72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«ВЗАИМОДЕЙСТВИЕ С РОДИТЕЛЯМИ»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3"/>
        <w:gridCol w:w="851"/>
        <w:gridCol w:w="1134"/>
        <w:gridCol w:w="3827"/>
        <w:gridCol w:w="2289"/>
      </w:tblGrid>
      <w:tr w:rsidR="00D15585" w:rsidRPr="00027D8D" w14:paraId="56F077C3" w14:textId="39D40252" w:rsidTr="00CA74D2">
        <w:trPr>
          <w:tblHeader/>
          <w:jc w:val="center"/>
        </w:trPr>
        <w:tc>
          <w:tcPr>
            <w:tcW w:w="5473" w:type="dxa"/>
            <w:shd w:val="clear" w:color="auto" w:fill="D9EAF7"/>
            <w:vAlign w:val="center"/>
          </w:tcPr>
          <w:p w14:paraId="2CFCF557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7F5CC92B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259E6A2A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3827" w:type="dxa"/>
            <w:shd w:val="clear" w:color="auto" w:fill="D9EAF7"/>
            <w:vAlign w:val="center"/>
          </w:tcPr>
          <w:p w14:paraId="495B8454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89" w:type="dxa"/>
            <w:shd w:val="clear" w:color="auto" w:fill="D9EAF7"/>
          </w:tcPr>
          <w:p w14:paraId="1569E07A" w14:textId="3D551717" w:rsidR="00D15585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BE7498" w14:paraId="73EB6204" w14:textId="19D57640" w:rsidTr="0076040A">
        <w:trPr>
          <w:jc w:val="center"/>
        </w:trPr>
        <w:tc>
          <w:tcPr>
            <w:tcW w:w="5473" w:type="dxa"/>
            <w:vAlign w:val="center"/>
          </w:tcPr>
          <w:p w14:paraId="622F473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Общешкольные родительские собрания по вопросам воспитания, безопасности и организации школьной жизни</w:t>
            </w:r>
          </w:p>
        </w:tc>
        <w:tc>
          <w:tcPr>
            <w:tcW w:w="851" w:type="dxa"/>
          </w:tcPr>
          <w:p w14:paraId="4ACCA901" w14:textId="48FE7879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362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287C6DE5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 2026 года; май 2027 года</w:t>
            </w:r>
          </w:p>
        </w:tc>
        <w:tc>
          <w:tcPr>
            <w:tcW w:w="3827" w:type="dxa"/>
            <w:vAlign w:val="center"/>
          </w:tcPr>
          <w:p w14:paraId="4890BE8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</w:t>
            </w:r>
          </w:p>
        </w:tc>
        <w:tc>
          <w:tcPr>
            <w:tcW w:w="2289" w:type="dxa"/>
          </w:tcPr>
          <w:p w14:paraId="2D26252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6DAD0BBB" w14:textId="77777777" w:rsidTr="00EE01CA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220D2765" w14:textId="6AAD4940" w:rsidR="00EF3737" w:rsidRPr="00027D8D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общешкольных родительских собраний</w:t>
            </w:r>
          </w:p>
        </w:tc>
      </w:tr>
      <w:tr w:rsidR="00EF3737" w:rsidRPr="00BE7498" w14:paraId="39F34987" w14:textId="77777777" w:rsidTr="0076040A">
        <w:trPr>
          <w:jc w:val="center"/>
        </w:trPr>
        <w:tc>
          <w:tcPr>
            <w:tcW w:w="5473" w:type="dxa"/>
            <w:vAlign w:val="center"/>
          </w:tcPr>
          <w:p w14:paraId="602ECF88" w14:textId="1F241E2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Организация свободного времени детей. </w:t>
            </w:r>
          </w:p>
          <w:p w14:paraId="2ED5CE6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Внеурочная деятельность школьников. </w:t>
            </w:r>
          </w:p>
          <w:p w14:paraId="5FF296D0" w14:textId="6594EEA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"Роль семьи в профилактике ДДТТ"</w:t>
            </w:r>
          </w:p>
        </w:tc>
        <w:tc>
          <w:tcPr>
            <w:tcW w:w="851" w:type="dxa"/>
          </w:tcPr>
          <w:p w14:paraId="78909FCC" w14:textId="656093A5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362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5F4F4713" w14:textId="106300B2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827" w:type="dxa"/>
            <w:vAlign w:val="center"/>
          </w:tcPr>
          <w:p w14:paraId="7F668861" w14:textId="614A2A4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УВР и воспитательной работе</w:t>
            </w:r>
          </w:p>
        </w:tc>
        <w:tc>
          <w:tcPr>
            <w:tcW w:w="2289" w:type="dxa"/>
          </w:tcPr>
          <w:p w14:paraId="1B8AE15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666BB18" w14:textId="77777777" w:rsidTr="0076040A">
        <w:trPr>
          <w:jc w:val="center"/>
        </w:trPr>
        <w:tc>
          <w:tcPr>
            <w:tcW w:w="5473" w:type="dxa"/>
            <w:vAlign w:val="center"/>
          </w:tcPr>
          <w:p w14:paraId="5CAE031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Внимание! Кибербуллинг! </w:t>
            </w:r>
          </w:p>
          <w:p w14:paraId="0345F078" w14:textId="36FABE0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lastRenderedPageBreak/>
              <w:t>"Роль семьи в профилактике ДДТТ"</w:t>
            </w:r>
          </w:p>
        </w:tc>
        <w:tc>
          <w:tcPr>
            <w:tcW w:w="851" w:type="dxa"/>
          </w:tcPr>
          <w:p w14:paraId="2D26DCAC" w14:textId="450D0B0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36225"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134" w:type="dxa"/>
            <w:vAlign w:val="center"/>
          </w:tcPr>
          <w:p w14:paraId="46EC8B5A" w14:textId="6C2D2720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827" w:type="dxa"/>
          </w:tcPr>
          <w:p w14:paraId="7BAAD681" w14:textId="3C575C55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Директор; заместитель директора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по УВР и воспитательной работе</w:t>
            </w:r>
          </w:p>
        </w:tc>
        <w:tc>
          <w:tcPr>
            <w:tcW w:w="2289" w:type="dxa"/>
          </w:tcPr>
          <w:p w14:paraId="63F418C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1E9C2D12" w14:textId="77777777" w:rsidTr="0076040A">
        <w:trPr>
          <w:jc w:val="center"/>
        </w:trPr>
        <w:tc>
          <w:tcPr>
            <w:tcW w:w="5473" w:type="dxa"/>
            <w:vAlign w:val="center"/>
          </w:tcPr>
          <w:p w14:paraId="36A8FFF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Ценностные ориентиры современных детей. </w:t>
            </w:r>
          </w:p>
          <w:p w14:paraId="32C2FC51" w14:textId="0C71654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"Роль семьи в профилактике ДДТТ"</w:t>
            </w:r>
          </w:p>
        </w:tc>
        <w:tc>
          <w:tcPr>
            <w:tcW w:w="851" w:type="dxa"/>
          </w:tcPr>
          <w:p w14:paraId="7D567A47" w14:textId="206D604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362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799DE13D" w14:textId="124931AA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827" w:type="dxa"/>
          </w:tcPr>
          <w:p w14:paraId="38D6CD48" w14:textId="7E7DF7A0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УВР и воспитательной работе</w:t>
            </w:r>
          </w:p>
        </w:tc>
        <w:tc>
          <w:tcPr>
            <w:tcW w:w="2289" w:type="dxa"/>
          </w:tcPr>
          <w:p w14:paraId="238E213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51271991" w14:textId="77777777" w:rsidTr="0076040A">
        <w:trPr>
          <w:jc w:val="center"/>
        </w:trPr>
        <w:tc>
          <w:tcPr>
            <w:tcW w:w="5473" w:type="dxa"/>
            <w:vAlign w:val="center"/>
          </w:tcPr>
          <w:p w14:paraId="1F79B3D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Организация летнего труда и отдыха обучающихся.</w:t>
            </w:r>
          </w:p>
          <w:p w14:paraId="6416F30E" w14:textId="1AF3F95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"Роль семьи в профилактике ДДТТ"</w:t>
            </w:r>
          </w:p>
        </w:tc>
        <w:tc>
          <w:tcPr>
            <w:tcW w:w="851" w:type="dxa"/>
          </w:tcPr>
          <w:p w14:paraId="5F77496F" w14:textId="1F12DE2E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362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7E490FFF" w14:textId="4415931D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3827" w:type="dxa"/>
          </w:tcPr>
          <w:p w14:paraId="53F7A052" w14:textId="4191B1A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УВР и воспитательной работе</w:t>
            </w:r>
          </w:p>
        </w:tc>
        <w:tc>
          <w:tcPr>
            <w:tcW w:w="2289" w:type="dxa"/>
          </w:tcPr>
          <w:p w14:paraId="5DCE5F3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0079E1D5" w14:textId="2B6B3F74" w:rsidTr="0076040A">
        <w:trPr>
          <w:jc w:val="center"/>
        </w:trPr>
        <w:tc>
          <w:tcPr>
            <w:tcW w:w="5473" w:type="dxa"/>
            <w:vAlign w:val="center"/>
          </w:tcPr>
          <w:p w14:paraId="281C2D2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родительские собрания</w:t>
            </w:r>
          </w:p>
        </w:tc>
        <w:tc>
          <w:tcPr>
            <w:tcW w:w="851" w:type="dxa"/>
          </w:tcPr>
          <w:p w14:paraId="5BFC70F4" w14:textId="542A130D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8362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7E86274A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Не менее одного раза в четверть</w:t>
            </w:r>
          </w:p>
        </w:tc>
        <w:tc>
          <w:tcPr>
            <w:tcW w:w="3827" w:type="dxa"/>
            <w:vAlign w:val="center"/>
          </w:tcPr>
          <w:p w14:paraId="7B9E3C3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289" w:type="dxa"/>
          </w:tcPr>
          <w:p w14:paraId="4C6DFE2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75825" w:rsidRPr="00027D8D" w14:paraId="2D7D35C9" w14:textId="77777777" w:rsidTr="00475825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62608FE5" w14:textId="16E3AD70" w:rsidR="00475825" w:rsidRPr="00027D8D" w:rsidRDefault="00475825" w:rsidP="00475825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родительских собраний</w:t>
            </w:r>
          </w:p>
        </w:tc>
      </w:tr>
      <w:tr w:rsidR="00FE5E51" w:rsidRPr="00027D8D" w14:paraId="7E3D74C4" w14:textId="77777777" w:rsidTr="001319A2">
        <w:trPr>
          <w:jc w:val="center"/>
        </w:trPr>
        <w:tc>
          <w:tcPr>
            <w:tcW w:w="547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solid" w:color="FFFFFF" w:fill="auto"/>
          </w:tcPr>
          <w:p w14:paraId="048A8E1E" w14:textId="77777777" w:rsidR="00FE5E51" w:rsidRPr="00FE5E51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 xml:space="preserve">Организационное </w:t>
            </w:r>
          </w:p>
          <w:p w14:paraId="527ACB85" w14:textId="77777777" w:rsidR="00FE5E51" w:rsidRPr="00FE5E51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>собрание</w:t>
            </w:r>
          </w:p>
          <w:p w14:paraId="4BDE971D" w14:textId="77777777" w:rsidR="00FE5E51" w:rsidRPr="00FE5E51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>Проблема адаптации учащихся в 10­м классе</w:t>
            </w:r>
          </w:p>
          <w:p w14:paraId="20541400" w14:textId="35581FA8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>Социально­психологическое тестирование: зачем участвовать и чем может помочь</w:t>
            </w:r>
          </w:p>
        </w:tc>
        <w:tc>
          <w:tcPr>
            <w:tcW w:w="851" w:type="dxa"/>
            <w:vAlign w:val="center"/>
          </w:tcPr>
          <w:p w14:paraId="54901260" w14:textId="5634EFF3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vAlign w:val="center"/>
          </w:tcPr>
          <w:p w14:paraId="361DC691" w14:textId="74F82B74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Конец 1 четв.</w:t>
            </w:r>
          </w:p>
        </w:tc>
        <w:tc>
          <w:tcPr>
            <w:tcW w:w="3827" w:type="dxa"/>
            <w:vAlign w:val="center"/>
          </w:tcPr>
          <w:p w14:paraId="2F576C6A" w14:textId="74C57BF0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47E6D9C7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5FDA4E29" w14:textId="77777777" w:rsidTr="00CA74D2">
        <w:trPr>
          <w:jc w:val="center"/>
        </w:trPr>
        <w:tc>
          <w:tcPr>
            <w:tcW w:w="5473" w:type="dxa"/>
            <w:vAlign w:val="center"/>
          </w:tcPr>
          <w:p w14:paraId="5DF9F76D" w14:textId="77777777" w:rsidR="00FE5E51" w:rsidRPr="00FE5E51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>Об этом с тревогой говорят родители… Наркомания: что о ней нужно знать</w:t>
            </w:r>
          </w:p>
          <w:p w14:paraId="5995F167" w14:textId="77777777" w:rsidR="00FE5E51" w:rsidRPr="00FE5E51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>Как освоить образовательную программу с профильными предметами и подготовить итоговый проект</w:t>
            </w:r>
          </w:p>
          <w:p w14:paraId="1EA68936" w14:textId="685AF054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>Компьютер в жизни подростка: польза или вред</w:t>
            </w:r>
          </w:p>
        </w:tc>
        <w:tc>
          <w:tcPr>
            <w:tcW w:w="851" w:type="dxa"/>
            <w:vAlign w:val="center"/>
          </w:tcPr>
          <w:p w14:paraId="75EA9B7B" w14:textId="037A0175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vAlign w:val="center"/>
          </w:tcPr>
          <w:p w14:paraId="445BA6BC" w14:textId="281C3968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Конец 2 четв.</w:t>
            </w:r>
          </w:p>
        </w:tc>
        <w:tc>
          <w:tcPr>
            <w:tcW w:w="3827" w:type="dxa"/>
          </w:tcPr>
          <w:p w14:paraId="0B184740" w14:textId="37EB65C2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3D722AA2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5FA3C6B8" w14:textId="77777777" w:rsidTr="00CA74D2">
        <w:trPr>
          <w:jc w:val="center"/>
        </w:trPr>
        <w:tc>
          <w:tcPr>
            <w:tcW w:w="5473" w:type="dxa"/>
            <w:vAlign w:val="center"/>
          </w:tcPr>
          <w:p w14:paraId="4A627933" w14:textId="77777777" w:rsidR="00FE5E51" w:rsidRPr="00FE5E51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 xml:space="preserve">Зависимость </w:t>
            </w:r>
          </w:p>
          <w:p w14:paraId="3ED07B16" w14:textId="77777777" w:rsidR="00FE5E51" w:rsidRPr="00FE5E51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>от селфи: причины и профилактика</w:t>
            </w:r>
          </w:p>
          <w:p w14:paraId="2D054B9D" w14:textId="5F0EC180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>Жизненные цели подростков</w:t>
            </w:r>
          </w:p>
        </w:tc>
        <w:tc>
          <w:tcPr>
            <w:tcW w:w="851" w:type="dxa"/>
            <w:vAlign w:val="center"/>
          </w:tcPr>
          <w:p w14:paraId="3F3289C5" w14:textId="5C63F772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vAlign w:val="center"/>
          </w:tcPr>
          <w:p w14:paraId="10DC2C34" w14:textId="3DC494D4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Конец 3 четв.</w:t>
            </w:r>
          </w:p>
        </w:tc>
        <w:tc>
          <w:tcPr>
            <w:tcW w:w="3827" w:type="dxa"/>
          </w:tcPr>
          <w:p w14:paraId="69986E00" w14:textId="3EF87B83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17C0EF29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7AE76197" w14:textId="77777777" w:rsidTr="00CA74D2">
        <w:trPr>
          <w:jc w:val="center"/>
        </w:trPr>
        <w:tc>
          <w:tcPr>
            <w:tcW w:w="5473" w:type="dxa"/>
            <w:vAlign w:val="center"/>
          </w:tcPr>
          <w:p w14:paraId="5990CA29" w14:textId="77777777" w:rsidR="00FE5E51" w:rsidRPr="00FE5E51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>ВПР без проблем!</w:t>
            </w:r>
          </w:p>
          <w:p w14:paraId="22A85CB1" w14:textId="77777777" w:rsidR="00FE5E51" w:rsidRPr="00FE5E51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>Итоги учебного года</w:t>
            </w:r>
          </w:p>
          <w:p w14:paraId="62F6DDE6" w14:textId="2FF8A4F4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FE5E51">
              <w:rPr>
                <w:rFonts w:cs="Times New Roman"/>
                <w:sz w:val="24"/>
                <w:szCs w:val="24"/>
                <w:lang w:val="ru-RU"/>
              </w:rPr>
              <w:t>Летний досуг ребенка</w:t>
            </w:r>
          </w:p>
        </w:tc>
        <w:tc>
          <w:tcPr>
            <w:tcW w:w="851" w:type="dxa"/>
            <w:vAlign w:val="center"/>
          </w:tcPr>
          <w:p w14:paraId="33ABBF09" w14:textId="5A497E68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vAlign w:val="center"/>
          </w:tcPr>
          <w:p w14:paraId="5ECC871F" w14:textId="0B641A0B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Конец 4 четв.</w:t>
            </w:r>
          </w:p>
        </w:tc>
        <w:tc>
          <w:tcPr>
            <w:tcW w:w="3827" w:type="dxa"/>
          </w:tcPr>
          <w:p w14:paraId="67689BB5" w14:textId="7027DA3C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332A5ABA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6FF1E7F3" w14:textId="77777777" w:rsidTr="00CA74D2">
        <w:trPr>
          <w:jc w:val="center"/>
        </w:trPr>
        <w:tc>
          <w:tcPr>
            <w:tcW w:w="5473" w:type="dxa"/>
            <w:vAlign w:val="center"/>
          </w:tcPr>
          <w:p w14:paraId="11E054DA" w14:textId="77777777" w:rsidR="00E31A93" w:rsidRPr="00E31A93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31A93">
              <w:rPr>
                <w:rFonts w:cs="Times New Roman"/>
                <w:sz w:val="24"/>
                <w:szCs w:val="24"/>
                <w:lang w:val="ru-RU"/>
              </w:rPr>
              <w:t>Организационное собрание</w:t>
            </w:r>
          </w:p>
          <w:p w14:paraId="74FA92EC" w14:textId="6623FA6C" w:rsidR="00FE5E51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31A93">
              <w:rPr>
                <w:rFonts w:cs="Times New Roman"/>
                <w:sz w:val="24"/>
                <w:szCs w:val="24"/>
                <w:lang w:val="ru-RU"/>
              </w:rPr>
              <w:t>Социально­психологическое тестирование: зачем участвовать и чем может помочь</w:t>
            </w:r>
          </w:p>
        </w:tc>
        <w:tc>
          <w:tcPr>
            <w:tcW w:w="851" w:type="dxa"/>
            <w:vAlign w:val="center"/>
          </w:tcPr>
          <w:p w14:paraId="4BE34D90" w14:textId="573A593C" w:rsidR="00FE5E51" w:rsidRPr="00027D8D" w:rsidRDefault="00E31A93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vAlign w:val="center"/>
          </w:tcPr>
          <w:p w14:paraId="6A236174" w14:textId="140B313B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Конец 1 четв.</w:t>
            </w:r>
          </w:p>
        </w:tc>
        <w:tc>
          <w:tcPr>
            <w:tcW w:w="3827" w:type="dxa"/>
          </w:tcPr>
          <w:p w14:paraId="6A5E9EAB" w14:textId="1E66C50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4AF9E5C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15474212" w14:textId="77777777" w:rsidTr="00CA74D2">
        <w:trPr>
          <w:jc w:val="center"/>
        </w:trPr>
        <w:tc>
          <w:tcPr>
            <w:tcW w:w="5473" w:type="dxa"/>
            <w:vAlign w:val="center"/>
          </w:tcPr>
          <w:p w14:paraId="2E8AD14A" w14:textId="77777777" w:rsidR="00E31A93" w:rsidRPr="00E31A93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31A93">
              <w:rPr>
                <w:rFonts w:cs="Times New Roman"/>
                <w:sz w:val="24"/>
                <w:szCs w:val="24"/>
                <w:lang w:val="ru-RU"/>
              </w:rPr>
              <w:t>Социально­педагогические и психологические аспекты подготовки к ЕГЭ</w:t>
            </w:r>
          </w:p>
          <w:p w14:paraId="1E8BCEAA" w14:textId="77777777" w:rsidR="00E31A93" w:rsidRPr="00E31A93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31A93">
              <w:rPr>
                <w:rFonts w:cs="Times New Roman"/>
                <w:sz w:val="24"/>
                <w:szCs w:val="24"/>
                <w:lang w:val="ru-RU"/>
              </w:rPr>
              <w:lastRenderedPageBreak/>
              <w:t>Выбор профессии – основа жизненного успеха</w:t>
            </w:r>
          </w:p>
          <w:p w14:paraId="3EB88587" w14:textId="74840DDF" w:rsidR="00FE5E51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31A93">
              <w:rPr>
                <w:rFonts w:cs="Times New Roman"/>
                <w:sz w:val="24"/>
                <w:szCs w:val="24"/>
                <w:lang w:val="ru-RU"/>
              </w:rPr>
              <w:t>Как успешно написать итоговое сочинение</w:t>
            </w:r>
          </w:p>
        </w:tc>
        <w:tc>
          <w:tcPr>
            <w:tcW w:w="851" w:type="dxa"/>
            <w:vAlign w:val="center"/>
          </w:tcPr>
          <w:p w14:paraId="47E76F66" w14:textId="0E10A891" w:rsidR="00FE5E51" w:rsidRPr="00027D8D" w:rsidRDefault="00E31A93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134" w:type="dxa"/>
            <w:vAlign w:val="center"/>
          </w:tcPr>
          <w:p w14:paraId="14A9705A" w14:textId="1C915516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Конец 2 четв.</w:t>
            </w:r>
          </w:p>
        </w:tc>
        <w:tc>
          <w:tcPr>
            <w:tcW w:w="3827" w:type="dxa"/>
          </w:tcPr>
          <w:p w14:paraId="4347ED6F" w14:textId="67A15C1B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396C92C4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6B9E61CC" w14:textId="77777777" w:rsidTr="00CA74D2">
        <w:trPr>
          <w:jc w:val="center"/>
        </w:trPr>
        <w:tc>
          <w:tcPr>
            <w:tcW w:w="5473" w:type="dxa"/>
            <w:vAlign w:val="center"/>
          </w:tcPr>
          <w:p w14:paraId="4E43055B" w14:textId="77777777" w:rsidR="00E31A93" w:rsidRPr="00E31A93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31A93">
              <w:rPr>
                <w:rFonts w:cs="Times New Roman"/>
                <w:sz w:val="24"/>
                <w:szCs w:val="24"/>
                <w:lang w:val="ru-RU"/>
              </w:rPr>
              <w:lastRenderedPageBreak/>
              <w:t>Профилактика употребления спайсов и других курительных смесей</w:t>
            </w:r>
          </w:p>
          <w:p w14:paraId="7C314235" w14:textId="77777777" w:rsidR="00E31A93" w:rsidRPr="00E31A93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31A93">
              <w:rPr>
                <w:rFonts w:cs="Times New Roman"/>
                <w:sz w:val="24"/>
                <w:szCs w:val="24"/>
                <w:lang w:val="ru-RU"/>
              </w:rPr>
              <w:t xml:space="preserve">Гражданское </w:t>
            </w:r>
          </w:p>
          <w:p w14:paraId="4573AE3F" w14:textId="08C5D668" w:rsidR="00FE5E51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31A93">
              <w:rPr>
                <w:rFonts w:cs="Times New Roman"/>
                <w:sz w:val="24"/>
                <w:szCs w:val="24"/>
                <w:lang w:val="ru-RU"/>
              </w:rPr>
              <w:t>воспитание в семье</w:t>
            </w:r>
          </w:p>
        </w:tc>
        <w:tc>
          <w:tcPr>
            <w:tcW w:w="851" w:type="dxa"/>
            <w:vAlign w:val="center"/>
          </w:tcPr>
          <w:p w14:paraId="01F090C4" w14:textId="6D3607B0" w:rsidR="00FE5E51" w:rsidRPr="00027D8D" w:rsidRDefault="00E31A93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vAlign w:val="center"/>
          </w:tcPr>
          <w:p w14:paraId="04EE5592" w14:textId="74BC2C3A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Конец 3 четв.</w:t>
            </w:r>
          </w:p>
        </w:tc>
        <w:tc>
          <w:tcPr>
            <w:tcW w:w="3827" w:type="dxa"/>
          </w:tcPr>
          <w:p w14:paraId="46557584" w14:textId="34576B59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578A319E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336C5BBF" w14:textId="77777777" w:rsidTr="00CA74D2">
        <w:trPr>
          <w:jc w:val="center"/>
        </w:trPr>
        <w:tc>
          <w:tcPr>
            <w:tcW w:w="5473" w:type="dxa"/>
            <w:vAlign w:val="center"/>
          </w:tcPr>
          <w:p w14:paraId="248C83DE" w14:textId="77777777" w:rsidR="00E31A93" w:rsidRPr="00E31A93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31A93">
              <w:rPr>
                <w:rFonts w:cs="Times New Roman"/>
                <w:sz w:val="24"/>
                <w:szCs w:val="24"/>
                <w:lang w:val="ru-RU"/>
              </w:rPr>
              <w:t>Профилактика употребления спайсов и других курительных смесей</w:t>
            </w:r>
          </w:p>
          <w:p w14:paraId="3DAB96C4" w14:textId="77777777" w:rsidR="00E31A93" w:rsidRPr="00E31A93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31A93">
              <w:rPr>
                <w:rFonts w:cs="Times New Roman"/>
                <w:sz w:val="24"/>
                <w:szCs w:val="24"/>
                <w:lang w:val="ru-RU"/>
              </w:rPr>
              <w:t xml:space="preserve">Гражданское </w:t>
            </w:r>
          </w:p>
          <w:p w14:paraId="54F449E0" w14:textId="7AC3C31A" w:rsidR="00FE5E51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31A93">
              <w:rPr>
                <w:rFonts w:cs="Times New Roman"/>
                <w:sz w:val="24"/>
                <w:szCs w:val="24"/>
                <w:lang w:val="ru-RU"/>
              </w:rPr>
              <w:t>воспитание в семье</w:t>
            </w:r>
          </w:p>
        </w:tc>
        <w:tc>
          <w:tcPr>
            <w:tcW w:w="851" w:type="dxa"/>
            <w:vAlign w:val="center"/>
          </w:tcPr>
          <w:p w14:paraId="3AC2EE6B" w14:textId="1812B755" w:rsidR="00FE5E51" w:rsidRPr="00027D8D" w:rsidRDefault="00E31A93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vAlign w:val="center"/>
          </w:tcPr>
          <w:p w14:paraId="634142C1" w14:textId="1336DFA5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Конец 4 четв.</w:t>
            </w:r>
          </w:p>
        </w:tc>
        <w:tc>
          <w:tcPr>
            <w:tcW w:w="3827" w:type="dxa"/>
          </w:tcPr>
          <w:p w14:paraId="59AAD5AE" w14:textId="18BE129F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й </w:t>
            </w:r>
            <w:r w:rsidRPr="00027D8D">
              <w:rPr>
                <w:rFonts w:cs="Times New Roman"/>
                <w:sz w:val="24"/>
                <w:szCs w:val="24"/>
              </w:rPr>
              <w:t>руководител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ь</w:t>
            </w:r>
          </w:p>
        </w:tc>
        <w:tc>
          <w:tcPr>
            <w:tcW w:w="2289" w:type="dxa"/>
          </w:tcPr>
          <w:p w14:paraId="09D45FD0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683133E4" w14:textId="32BC4D80" w:rsidTr="00CA74D2">
        <w:trPr>
          <w:jc w:val="center"/>
        </w:trPr>
        <w:tc>
          <w:tcPr>
            <w:tcW w:w="5473" w:type="dxa"/>
            <w:vAlign w:val="center"/>
          </w:tcPr>
          <w:p w14:paraId="5ED94A9F" w14:textId="05EB795B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Заседания Совета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отцов</w:t>
            </w:r>
          </w:p>
        </w:tc>
        <w:tc>
          <w:tcPr>
            <w:tcW w:w="851" w:type="dxa"/>
            <w:vAlign w:val="center"/>
          </w:tcPr>
          <w:p w14:paraId="51108FFA" w14:textId="185D7196" w:rsidR="00FE5E51" w:rsidRPr="00E31A93" w:rsidRDefault="00E31A93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03704370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3827" w:type="dxa"/>
            <w:vAlign w:val="center"/>
          </w:tcPr>
          <w:p w14:paraId="04D7DC75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</w:t>
            </w:r>
          </w:p>
        </w:tc>
        <w:tc>
          <w:tcPr>
            <w:tcW w:w="2289" w:type="dxa"/>
          </w:tcPr>
          <w:p w14:paraId="7CF602D6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027D8D" w14:paraId="15BF2ED7" w14:textId="77777777" w:rsidTr="00834EBE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5A33F15C" w14:textId="3C4FABDA" w:rsidR="00FE5E51" w:rsidRPr="00027D8D" w:rsidRDefault="00FE5E51" w:rsidP="00FE5E51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собраний</w:t>
            </w:r>
          </w:p>
        </w:tc>
      </w:tr>
      <w:tr w:rsidR="00E31A93" w:rsidRPr="00BE7498" w14:paraId="0C6F850C" w14:textId="77777777" w:rsidTr="004C365A">
        <w:trPr>
          <w:jc w:val="center"/>
        </w:trPr>
        <w:tc>
          <w:tcPr>
            <w:tcW w:w="5473" w:type="dxa"/>
            <w:vAlign w:val="center"/>
          </w:tcPr>
          <w:p w14:paraId="185CCE1D" w14:textId="7B542660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1.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Выборы председателя Совета отцов. Заседание № 1</w:t>
            </w:r>
          </w:p>
          <w:p w14:paraId="3B5BE8E8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Разработка и утверждение плана работы Совета отцов.</w:t>
            </w:r>
          </w:p>
          <w:p w14:paraId="5002D2DD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2.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Организация помощи школе по подготовке</w:t>
            </w:r>
          </w:p>
          <w:p w14:paraId="7D755922" w14:textId="1760462C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 новому учебному году</w:t>
            </w:r>
          </w:p>
        </w:tc>
        <w:tc>
          <w:tcPr>
            <w:tcW w:w="851" w:type="dxa"/>
          </w:tcPr>
          <w:p w14:paraId="19E973A1" w14:textId="7CDB1D8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2C059EDD" w14:textId="65C0ED96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3827" w:type="dxa"/>
            <w:vAlign w:val="center"/>
          </w:tcPr>
          <w:p w14:paraId="6EAC40AD" w14:textId="03DA9BF1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613A161F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BE7498" w14:paraId="517009DE" w14:textId="77777777" w:rsidTr="00CA74D2">
        <w:trPr>
          <w:jc w:val="center"/>
        </w:trPr>
        <w:tc>
          <w:tcPr>
            <w:tcW w:w="5473" w:type="dxa"/>
            <w:vAlign w:val="center"/>
          </w:tcPr>
          <w:p w14:paraId="3B9080FA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1.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Организация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субботников,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трудовых</w:t>
            </w:r>
          </w:p>
          <w:p w14:paraId="31B0DB27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десантов</w:t>
            </w:r>
          </w:p>
          <w:p w14:paraId="3F38D262" w14:textId="68D422F5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2.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Помощь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в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организации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и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проведении недели ПДД</w:t>
            </w:r>
          </w:p>
        </w:tc>
        <w:tc>
          <w:tcPr>
            <w:tcW w:w="851" w:type="dxa"/>
          </w:tcPr>
          <w:p w14:paraId="01EBD1F2" w14:textId="52CB08BD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4EE1EA4F" w14:textId="4082F81B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827" w:type="dxa"/>
          </w:tcPr>
          <w:p w14:paraId="4BE6B7C9" w14:textId="43644013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6D2577C1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BE7498" w14:paraId="4CBF5DE0" w14:textId="77777777" w:rsidTr="00CA74D2">
        <w:trPr>
          <w:jc w:val="center"/>
        </w:trPr>
        <w:tc>
          <w:tcPr>
            <w:tcW w:w="5473" w:type="dxa"/>
            <w:vAlign w:val="center"/>
          </w:tcPr>
          <w:p w14:paraId="63AA7495" w14:textId="5CAEFAC4" w:rsidR="00E31A93" w:rsidRPr="00027D8D" w:rsidRDefault="00E31A93" w:rsidP="00E31A93">
            <w:pPr>
              <w:widowControl w:val="0"/>
              <w:numPr>
                <w:ilvl w:val="0"/>
                <w:numId w:val="27"/>
              </w:numPr>
              <w:tabs>
                <w:tab w:val="left" w:pos="263"/>
              </w:tabs>
              <w:autoSpaceDE w:val="0"/>
              <w:autoSpaceDN w:val="0"/>
              <w:spacing w:line="260" w:lineRule="exact"/>
              <w:ind w:left="0" w:hanging="851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1. Круглый стол «Традиционное воспитание в семье» </w:t>
            </w:r>
          </w:p>
          <w:p w14:paraId="5F663F27" w14:textId="296CCA22" w:rsidR="00E31A93" w:rsidRPr="00027D8D" w:rsidRDefault="00E31A93" w:rsidP="00E31A93">
            <w:pPr>
              <w:widowControl w:val="0"/>
              <w:numPr>
                <w:ilvl w:val="0"/>
                <w:numId w:val="27"/>
              </w:numPr>
              <w:tabs>
                <w:tab w:val="left" w:pos="263"/>
              </w:tabs>
              <w:autoSpaceDE w:val="0"/>
              <w:autoSpaceDN w:val="0"/>
              <w:spacing w:line="260" w:lineRule="exact"/>
              <w:ind w:left="0" w:hanging="851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2. Организация</w:t>
            </w:r>
            <w:r w:rsidRPr="00027D8D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мероприятий</w:t>
            </w:r>
            <w:r w:rsidRPr="00027D8D">
              <w:rPr>
                <w:rFonts w:cs="Times New Roman"/>
                <w:spacing w:val="8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8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рамках</w:t>
            </w:r>
            <w:r w:rsidRPr="00027D8D">
              <w:rPr>
                <w:rFonts w:cs="Times New Roman"/>
                <w:spacing w:val="8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Дня отца. Организация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мероприятий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27D8D">
              <w:rPr>
                <w:rFonts w:cs="Times New Roman"/>
                <w:spacing w:val="-4"/>
                <w:sz w:val="24"/>
                <w:szCs w:val="24"/>
                <w:lang w:val="ru-RU"/>
              </w:rPr>
              <w:t>по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профориентации</w:t>
            </w:r>
          </w:p>
        </w:tc>
        <w:tc>
          <w:tcPr>
            <w:tcW w:w="851" w:type="dxa"/>
          </w:tcPr>
          <w:p w14:paraId="7091978D" w14:textId="7524B634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1C6FFB01" w14:textId="62973097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827" w:type="dxa"/>
          </w:tcPr>
          <w:p w14:paraId="0EFD15BB" w14:textId="77FAF6C9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1E375B89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BE7498" w14:paraId="2A8AC9E7" w14:textId="77777777" w:rsidTr="00CA74D2">
        <w:trPr>
          <w:jc w:val="center"/>
        </w:trPr>
        <w:tc>
          <w:tcPr>
            <w:tcW w:w="5473" w:type="dxa"/>
            <w:vAlign w:val="center"/>
          </w:tcPr>
          <w:p w14:paraId="5140377B" w14:textId="77777777" w:rsidR="00E31A93" w:rsidRPr="00027D8D" w:rsidRDefault="00E31A93" w:rsidP="00E31A93">
            <w:pPr>
              <w:widowControl w:val="0"/>
              <w:numPr>
                <w:ilvl w:val="0"/>
                <w:numId w:val="28"/>
              </w:numPr>
              <w:tabs>
                <w:tab w:val="left" w:pos="644"/>
              </w:tabs>
              <w:autoSpaceDE w:val="0"/>
              <w:autoSpaceDN w:val="0"/>
              <w:spacing w:line="260" w:lineRule="exact"/>
              <w:ind w:left="0" w:hanging="486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Заседание</w:t>
            </w:r>
            <w:r w:rsidRPr="00027D8D">
              <w:rPr>
                <w:rFonts w:cs="Times New Roman"/>
                <w:spacing w:val="1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Совета</w:t>
            </w:r>
            <w:r w:rsidRPr="00027D8D">
              <w:rPr>
                <w:rFonts w:cs="Times New Roman"/>
                <w:spacing w:val="-4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отцов</w:t>
            </w:r>
            <w:r w:rsidRPr="00027D8D">
              <w:rPr>
                <w:rFonts w:cs="Times New Roman"/>
                <w:spacing w:val="-2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№2</w:t>
            </w:r>
          </w:p>
          <w:p w14:paraId="279D5176" w14:textId="25BA8B7A" w:rsidR="00E31A93" w:rsidRPr="00027D8D" w:rsidRDefault="00E31A93" w:rsidP="00E31A93">
            <w:pPr>
              <w:widowControl w:val="0"/>
              <w:autoSpaceDE w:val="0"/>
              <w:autoSpaceDN w:val="0"/>
              <w:spacing w:before="2"/>
              <w:ind w:right="9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Семья и школа - партнеры в воспитании ребенка.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Профилактика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негативных зависимостей</w:t>
            </w:r>
            <w:r w:rsidRPr="00027D8D">
              <w:rPr>
                <w:rFonts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у детей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27D8D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подростков</w:t>
            </w:r>
          </w:p>
          <w:p w14:paraId="594AE54C" w14:textId="77777777" w:rsidR="00E31A93" w:rsidRPr="00027D8D" w:rsidRDefault="00E31A93" w:rsidP="00E31A93">
            <w:pPr>
              <w:widowControl w:val="0"/>
              <w:numPr>
                <w:ilvl w:val="0"/>
                <w:numId w:val="28"/>
              </w:numPr>
              <w:tabs>
                <w:tab w:val="left" w:pos="581"/>
              </w:tabs>
              <w:autoSpaceDE w:val="0"/>
              <w:autoSpaceDN w:val="0"/>
              <w:spacing w:line="274" w:lineRule="exact"/>
              <w:ind w:left="0" w:hanging="423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Акция</w:t>
            </w:r>
            <w:r w:rsidRPr="00027D8D">
              <w:rPr>
                <w:rFonts w:cs="Times New Roman"/>
                <w:spacing w:val="78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«Каждой</w:t>
            </w:r>
            <w:r w:rsidRPr="00027D8D">
              <w:rPr>
                <w:rFonts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пичужке</w:t>
            </w:r>
            <w:r w:rsidRPr="00027D8D">
              <w:rPr>
                <w:rFonts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–</w:t>
            </w:r>
            <w:r w:rsidRPr="00027D8D">
              <w:rPr>
                <w:rFonts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наша</w:t>
            </w:r>
            <w:r w:rsidRPr="00027D8D">
              <w:rPr>
                <w:rFonts w:cs="Times New Roman"/>
                <w:spacing w:val="7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забота</w:t>
            </w:r>
            <w:r w:rsidRPr="00027D8D">
              <w:rPr>
                <w:rFonts w:cs="Times New Roman"/>
                <w:spacing w:val="7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и</w:t>
            </w:r>
          </w:p>
          <w:p w14:paraId="6BD68DFD" w14:textId="294B6EC0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кормушка»</w:t>
            </w:r>
          </w:p>
        </w:tc>
        <w:tc>
          <w:tcPr>
            <w:tcW w:w="851" w:type="dxa"/>
          </w:tcPr>
          <w:p w14:paraId="21121075" w14:textId="626A7812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4D0E218F" w14:textId="5BDD639F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827" w:type="dxa"/>
          </w:tcPr>
          <w:p w14:paraId="322A489C" w14:textId="71DA6DB5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1B306476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BE7498" w14:paraId="25A474FA" w14:textId="77777777" w:rsidTr="00CA74D2">
        <w:trPr>
          <w:trHeight w:val="1036"/>
          <w:jc w:val="center"/>
        </w:trPr>
        <w:tc>
          <w:tcPr>
            <w:tcW w:w="5473" w:type="dxa"/>
            <w:vAlign w:val="center"/>
          </w:tcPr>
          <w:p w14:paraId="32F4232A" w14:textId="2811AD79" w:rsidR="00E31A93" w:rsidRPr="00027D8D" w:rsidRDefault="00E31A93" w:rsidP="00E31A93">
            <w:pPr>
              <w:widowControl w:val="0"/>
              <w:numPr>
                <w:ilvl w:val="0"/>
                <w:numId w:val="29"/>
              </w:numPr>
              <w:tabs>
                <w:tab w:val="left" w:pos="816"/>
                <w:tab w:val="left" w:pos="2350"/>
                <w:tab w:val="left" w:pos="2685"/>
                <w:tab w:val="left" w:pos="4076"/>
              </w:tabs>
              <w:autoSpaceDE w:val="0"/>
              <w:autoSpaceDN w:val="0"/>
              <w:spacing w:line="260" w:lineRule="exact"/>
              <w:ind w:left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Организация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и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проведение спортивных</w:t>
            </w:r>
          </w:p>
          <w:p w14:paraId="5AF5C252" w14:textId="77777777" w:rsidR="00E31A93" w:rsidRPr="00027D8D" w:rsidRDefault="00E31A93" w:rsidP="00E31A93">
            <w:pPr>
              <w:widowControl w:val="0"/>
              <w:autoSpaceDE w:val="0"/>
              <w:autoSpaceDN w:val="0"/>
              <w:spacing w:before="2" w:line="275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состязаний «Зимние</w:t>
            </w:r>
            <w:r w:rsidRPr="00027D8D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забавы»</w:t>
            </w:r>
          </w:p>
          <w:p w14:paraId="3760FE02" w14:textId="3D756809" w:rsidR="00E31A93" w:rsidRPr="00027D8D" w:rsidRDefault="00E31A93" w:rsidP="00E31A93">
            <w:pPr>
              <w:pStyle w:val="ae"/>
              <w:numPr>
                <w:ilvl w:val="0"/>
                <w:numId w:val="29"/>
              </w:numPr>
              <w:ind w:left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Подготовка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мероприятий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в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27D8D">
              <w:rPr>
                <w:rFonts w:cs="Times New Roman"/>
                <w:spacing w:val="-2"/>
                <w:sz w:val="24"/>
                <w:szCs w:val="24"/>
                <w:lang w:val="ru-RU"/>
              </w:rPr>
              <w:t>рамках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Новогоднего</w:t>
            </w:r>
            <w:r w:rsidRPr="00027D8D">
              <w:rPr>
                <w:rFonts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калейдоскопа</w:t>
            </w:r>
          </w:p>
        </w:tc>
        <w:tc>
          <w:tcPr>
            <w:tcW w:w="851" w:type="dxa"/>
          </w:tcPr>
          <w:p w14:paraId="1EFD691F" w14:textId="2BE6934B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7AB68E4B" w14:textId="470F706B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827" w:type="dxa"/>
          </w:tcPr>
          <w:p w14:paraId="487DD0C0" w14:textId="63AFC026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1DBE392F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BE7498" w14:paraId="19B76913" w14:textId="77777777" w:rsidTr="00CA74D2">
        <w:trPr>
          <w:trHeight w:val="782"/>
          <w:jc w:val="center"/>
        </w:trPr>
        <w:tc>
          <w:tcPr>
            <w:tcW w:w="5473" w:type="dxa"/>
            <w:vAlign w:val="center"/>
          </w:tcPr>
          <w:p w14:paraId="12C34AC0" w14:textId="7134E61B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Организация</w:t>
            </w:r>
            <w:r w:rsidRPr="00027D8D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встреч</w:t>
            </w:r>
            <w:r w:rsidRPr="00027D8D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027D8D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участниками</w:t>
            </w:r>
            <w:r w:rsidRPr="00027D8D">
              <w:rPr>
                <w:rFonts w:cs="Times New Roman"/>
                <w:spacing w:val="14"/>
                <w:sz w:val="24"/>
                <w:szCs w:val="24"/>
                <w:lang w:val="ru-RU"/>
              </w:rPr>
              <w:t xml:space="preserve"> СВО и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войн</w:t>
            </w:r>
            <w:r w:rsidRPr="00027D8D">
              <w:rPr>
                <w:rFonts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рамках интернациональных</w:t>
            </w:r>
            <w:r w:rsidRPr="00027D8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конфликтов</w:t>
            </w:r>
          </w:p>
        </w:tc>
        <w:tc>
          <w:tcPr>
            <w:tcW w:w="851" w:type="dxa"/>
          </w:tcPr>
          <w:p w14:paraId="69176C15" w14:textId="62BA26F8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429A54A5" w14:textId="455F378D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3827" w:type="dxa"/>
          </w:tcPr>
          <w:p w14:paraId="35AE10D0" w14:textId="686B5455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71C7D15A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BE7498" w14:paraId="74D4D698" w14:textId="77777777" w:rsidTr="00CA74D2">
        <w:trPr>
          <w:jc w:val="center"/>
        </w:trPr>
        <w:tc>
          <w:tcPr>
            <w:tcW w:w="5473" w:type="dxa"/>
            <w:vAlign w:val="center"/>
          </w:tcPr>
          <w:p w14:paraId="527D5B8A" w14:textId="77777777" w:rsidR="00E31A93" w:rsidRPr="00027D8D" w:rsidRDefault="00E31A93" w:rsidP="00E31A93">
            <w:pPr>
              <w:pStyle w:val="ae"/>
              <w:ind w:left="0"/>
              <w:rPr>
                <w:rFonts w:cs="Times New Roman"/>
                <w:spacing w:val="-57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</w:t>
            </w:r>
            <w:r w:rsidRPr="00027D8D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реализации</w:t>
            </w:r>
            <w:r w:rsidRPr="00027D8D">
              <w:rPr>
                <w:rFonts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мероприятий </w:t>
            </w:r>
            <w:r w:rsidRPr="00027D8D">
              <w:rPr>
                <w:rFonts w:cs="Times New Roman"/>
                <w:spacing w:val="-1"/>
                <w:sz w:val="24"/>
                <w:szCs w:val="24"/>
                <w:lang w:val="ru-RU"/>
              </w:rPr>
              <w:t>месячника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  </w:t>
            </w:r>
          </w:p>
          <w:p w14:paraId="4CF0B05E" w14:textId="5D1A3C04" w:rsidR="00E31A93" w:rsidRPr="00027D8D" w:rsidRDefault="00E31A93" w:rsidP="00E31A93">
            <w:pPr>
              <w:pStyle w:val="ae"/>
              <w:ind w:left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</w:t>
            </w:r>
            <w:r w:rsidRPr="00027D8D">
              <w:rPr>
                <w:rFonts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Дню</w:t>
            </w:r>
            <w:r w:rsidRPr="00027D8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защитников</w:t>
            </w:r>
            <w:r w:rsidRPr="00027D8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851" w:type="dxa"/>
          </w:tcPr>
          <w:p w14:paraId="48AADD37" w14:textId="36D25AAD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5DF5635E" w14:textId="75D4EBF8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827" w:type="dxa"/>
          </w:tcPr>
          <w:p w14:paraId="29F1E591" w14:textId="788F3B9C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4000AC0A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BE7498" w14:paraId="71789D56" w14:textId="77777777" w:rsidTr="00CA74D2">
        <w:trPr>
          <w:jc w:val="center"/>
        </w:trPr>
        <w:tc>
          <w:tcPr>
            <w:tcW w:w="5473" w:type="dxa"/>
            <w:vAlign w:val="center"/>
          </w:tcPr>
          <w:p w14:paraId="1E123313" w14:textId="77777777" w:rsidR="00E31A93" w:rsidRPr="00027D8D" w:rsidRDefault="00E31A93" w:rsidP="00E31A93">
            <w:pPr>
              <w:widowControl w:val="0"/>
              <w:autoSpaceDE w:val="0"/>
              <w:autoSpaceDN w:val="0"/>
              <w:spacing w:line="259" w:lineRule="exact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Заседание Совета</w:t>
            </w:r>
            <w:r w:rsidRPr="00027D8D">
              <w:rPr>
                <w:rFonts w:cs="Times New Roman"/>
                <w:spacing w:val="-4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отцов</w:t>
            </w:r>
            <w:r w:rsidRPr="00027D8D">
              <w:rPr>
                <w:rFonts w:cs="Times New Roman"/>
                <w:spacing w:val="-2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№3</w:t>
            </w:r>
          </w:p>
          <w:p w14:paraId="56BF3844" w14:textId="3B3E279C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Круглый стол «Роль отца в воспитании детей в</w:t>
            </w:r>
            <w:r w:rsidRPr="00027D8D">
              <w:rPr>
                <w:rFonts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семье»</w:t>
            </w:r>
          </w:p>
        </w:tc>
        <w:tc>
          <w:tcPr>
            <w:tcW w:w="851" w:type="dxa"/>
          </w:tcPr>
          <w:p w14:paraId="00DE6F95" w14:textId="35787DEA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706B69AA" w14:textId="0EEAB754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827" w:type="dxa"/>
          </w:tcPr>
          <w:p w14:paraId="63C183FC" w14:textId="29EEBDBE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11F14F37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BE7498" w14:paraId="159524A0" w14:textId="77777777" w:rsidTr="00CA74D2">
        <w:trPr>
          <w:jc w:val="center"/>
        </w:trPr>
        <w:tc>
          <w:tcPr>
            <w:tcW w:w="5473" w:type="dxa"/>
            <w:vAlign w:val="center"/>
          </w:tcPr>
          <w:p w14:paraId="7356A5A5" w14:textId="464CE2C5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Акция «Чистый</w:t>
            </w:r>
            <w:r w:rsidRPr="00027D8D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</w:rPr>
              <w:t>двор»</w:t>
            </w:r>
          </w:p>
        </w:tc>
        <w:tc>
          <w:tcPr>
            <w:tcW w:w="851" w:type="dxa"/>
          </w:tcPr>
          <w:p w14:paraId="5E1D9616" w14:textId="4A5CE734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3013C09B" w14:textId="24BBBEE3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827" w:type="dxa"/>
          </w:tcPr>
          <w:p w14:paraId="00D0C265" w14:textId="46F1F56B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63BE4620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BE7498" w14:paraId="6CC44C01" w14:textId="77777777" w:rsidTr="00CA74D2">
        <w:trPr>
          <w:jc w:val="center"/>
        </w:trPr>
        <w:tc>
          <w:tcPr>
            <w:tcW w:w="5473" w:type="dxa"/>
            <w:vAlign w:val="center"/>
          </w:tcPr>
          <w:p w14:paraId="684E970F" w14:textId="77777777" w:rsidR="00E31A93" w:rsidRPr="00027D8D" w:rsidRDefault="00E31A93" w:rsidP="00E31A93">
            <w:pPr>
              <w:widowControl w:val="0"/>
              <w:numPr>
                <w:ilvl w:val="0"/>
                <w:numId w:val="30"/>
              </w:numPr>
              <w:tabs>
                <w:tab w:val="left" w:pos="442"/>
              </w:tabs>
              <w:autoSpaceDE w:val="0"/>
              <w:autoSpaceDN w:val="0"/>
              <w:spacing w:before="2" w:line="275" w:lineRule="exact"/>
              <w:ind w:left="0" w:hanging="333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Заседание Совета</w:t>
            </w:r>
            <w:r w:rsidRPr="00027D8D">
              <w:rPr>
                <w:rFonts w:cs="Times New Roman"/>
                <w:spacing w:val="-4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отцов</w:t>
            </w:r>
            <w:r w:rsidRPr="00027D8D">
              <w:rPr>
                <w:rFonts w:cs="Times New Roman"/>
                <w:spacing w:val="-2"/>
                <w:sz w:val="24"/>
                <w:szCs w:val="24"/>
                <w:u w:val="single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u w:val="single"/>
                <w:lang w:val="ru-RU"/>
              </w:rPr>
              <w:t>№4</w:t>
            </w:r>
          </w:p>
          <w:p w14:paraId="650120CC" w14:textId="77777777" w:rsidR="00E31A93" w:rsidRPr="00027D8D" w:rsidRDefault="00E31A93" w:rsidP="00E31A93">
            <w:pPr>
              <w:rPr>
                <w:rFonts w:cs="Times New Roman"/>
                <w:spacing w:val="-57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Отчет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о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проделанной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работе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за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 xml:space="preserve">год </w:t>
            </w:r>
            <w:r w:rsidRPr="00027D8D">
              <w:rPr>
                <w:rFonts w:cs="Times New Roman"/>
                <w:spacing w:val="-2"/>
                <w:sz w:val="24"/>
                <w:szCs w:val="24"/>
                <w:lang w:val="ru-RU"/>
              </w:rPr>
              <w:t>перед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  </w:t>
            </w:r>
          </w:p>
          <w:p w14:paraId="4CD6BB34" w14:textId="645D292A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родительской</w:t>
            </w:r>
            <w:r w:rsidRPr="00027D8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общественностью</w:t>
            </w:r>
          </w:p>
        </w:tc>
        <w:tc>
          <w:tcPr>
            <w:tcW w:w="851" w:type="dxa"/>
          </w:tcPr>
          <w:p w14:paraId="64D89514" w14:textId="54BEE7A1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63DBFC47" w14:textId="6013232D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Апрель-май</w:t>
            </w:r>
          </w:p>
        </w:tc>
        <w:tc>
          <w:tcPr>
            <w:tcW w:w="3827" w:type="dxa"/>
          </w:tcPr>
          <w:p w14:paraId="096A0BBC" w14:textId="4B60EA14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4450D9E7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BE7498" w14:paraId="4C8EED54" w14:textId="77777777" w:rsidTr="00CA74D2">
        <w:trPr>
          <w:jc w:val="center"/>
        </w:trPr>
        <w:tc>
          <w:tcPr>
            <w:tcW w:w="5473" w:type="dxa"/>
            <w:vAlign w:val="center"/>
          </w:tcPr>
          <w:p w14:paraId="6B0E82FA" w14:textId="77777777" w:rsidR="00E31A93" w:rsidRPr="00027D8D" w:rsidRDefault="00E31A93" w:rsidP="00E31A93">
            <w:pPr>
              <w:widowControl w:val="0"/>
              <w:tabs>
                <w:tab w:val="left" w:pos="293"/>
              </w:tabs>
              <w:autoSpaceDE w:val="0"/>
              <w:autoSpaceDN w:val="0"/>
              <w:spacing w:line="260" w:lineRule="exact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</w:t>
            </w:r>
            <w:r w:rsidRPr="00027D8D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профилактических</w:t>
            </w:r>
            <w:r w:rsidRPr="00027D8D">
              <w:rPr>
                <w:rFonts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рейдах</w:t>
            </w:r>
            <w:r w:rsidRPr="00027D8D">
              <w:rPr>
                <w:rFonts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местах</w:t>
            </w:r>
          </w:p>
          <w:p w14:paraId="26C3B033" w14:textId="77777777" w:rsidR="00E31A93" w:rsidRPr="00027D8D" w:rsidRDefault="00E31A93" w:rsidP="00E31A93">
            <w:pPr>
              <w:widowControl w:val="0"/>
              <w:autoSpaceDE w:val="0"/>
              <w:autoSpaceDN w:val="0"/>
              <w:spacing w:before="2" w:line="275" w:lineRule="exact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массового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скопления</w:t>
            </w:r>
            <w:r w:rsidRPr="00027D8D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молодежи;</w:t>
            </w:r>
          </w:p>
          <w:p w14:paraId="3C4B6646" w14:textId="1D0021EF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413"/>
              </w:tabs>
              <w:autoSpaceDE w:val="0"/>
              <w:autoSpaceDN w:val="0"/>
              <w:ind w:left="0" w:right="84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Организация дежурства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 вечернее время по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окончанию</w:t>
            </w:r>
            <w:r w:rsidRPr="00027D8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2</w:t>
            </w:r>
            <w:r w:rsidRPr="00027D8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смены;</w:t>
            </w:r>
          </w:p>
          <w:p w14:paraId="29228606" w14:textId="37A89989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413"/>
              </w:tabs>
              <w:autoSpaceDE w:val="0"/>
              <w:autoSpaceDN w:val="0"/>
              <w:ind w:left="0" w:right="84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Рейды на водоемах;</w:t>
            </w:r>
          </w:p>
          <w:p w14:paraId="06060510" w14:textId="5A1700CC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413"/>
              </w:tabs>
              <w:autoSpaceDE w:val="0"/>
              <w:autoSpaceDN w:val="0"/>
              <w:ind w:left="0" w:right="84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Общественные городские  рейды;</w:t>
            </w:r>
          </w:p>
          <w:p w14:paraId="05CD313A" w14:textId="3F867EC1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413"/>
              </w:tabs>
              <w:autoSpaceDE w:val="0"/>
              <w:autoSpaceDN w:val="0"/>
              <w:ind w:left="0" w:right="84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Дежурство на перекрестках и пешеходных переходах;</w:t>
            </w:r>
          </w:p>
          <w:p w14:paraId="339F6BCA" w14:textId="77777777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293"/>
                <w:tab w:val="left" w:pos="1886"/>
              </w:tabs>
              <w:autoSpaceDE w:val="0"/>
              <w:autoSpaceDN w:val="0"/>
              <w:ind w:left="0" w:right="85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в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работе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административно-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профилактического</w:t>
            </w:r>
            <w:r w:rsidRPr="00027D8D">
              <w:rPr>
                <w:rFonts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совета</w:t>
            </w:r>
            <w:r w:rsidRPr="00027D8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школы;</w:t>
            </w:r>
          </w:p>
          <w:p w14:paraId="05F6EE7E" w14:textId="77777777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442"/>
              </w:tabs>
              <w:autoSpaceDE w:val="0"/>
              <w:autoSpaceDN w:val="0"/>
              <w:ind w:left="0" w:right="8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Профилактические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беседы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обучающимися,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систематически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нарушающими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дисциплину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школе;</w:t>
            </w:r>
          </w:p>
          <w:p w14:paraId="6D27FD89" w14:textId="59DBC117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466"/>
              </w:tabs>
              <w:autoSpaceDE w:val="0"/>
              <w:autoSpaceDN w:val="0"/>
              <w:ind w:left="0" w:right="85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мероприятиях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по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профилактике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lastRenderedPageBreak/>
              <w:t>Д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ДТТ;</w:t>
            </w:r>
          </w:p>
          <w:p w14:paraId="32365F97" w14:textId="77777777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648"/>
                <w:tab w:val="left" w:pos="2320"/>
                <w:tab w:val="left" w:pos="3731"/>
                <w:tab w:val="left" w:pos="4321"/>
              </w:tabs>
              <w:autoSpaceDE w:val="0"/>
              <w:autoSpaceDN w:val="0"/>
              <w:spacing w:line="235" w:lineRule="auto"/>
              <w:ind w:left="0" w:right="85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Организация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дежурства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  <w:t>на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27D8D">
              <w:rPr>
                <w:rFonts w:cs="Times New Roman"/>
                <w:spacing w:val="-1"/>
                <w:sz w:val="24"/>
                <w:szCs w:val="24"/>
                <w:lang w:val="ru-RU"/>
              </w:rPr>
              <w:t>массовых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мероприятиях;</w:t>
            </w:r>
          </w:p>
          <w:p w14:paraId="6AFDF035" w14:textId="6D74C173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384"/>
              </w:tabs>
              <w:autoSpaceDE w:val="0"/>
              <w:autoSpaceDN w:val="0"/>
              <w:spacing w:line="235" w:lineRule="auto"/>
              <w:ind w:left="0" w:right="86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Проведение</w:t>
            </w:r>
            <w:r w:rsidRPr="00027D8D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мероприятий</w:t>
            </w:r>
            <w:r w:rsidRPr="00027D8D">
              <w:rPr>
                <w:rFonts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анти</w:t>
            </w:r>
            <w:r w:rsidRPr="00027D8D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экстремистской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  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направленности;</w:t>
            </w:r>
          </w:p>
          <w:p w14:paraId="2AF4FE9E" w14:textId="5E8B63F3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355"/>
              </w:tabs>
              <w:autoSpaceDE w:val="0"/>
              <w:autoSpaceDN w:val="0"/>
              <w:spacing w:before="3"/>
              <w:ind w:left="0" w:right="90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Проведение мероприятий по действию во время 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чрезвычайных</w:t>
            </w:r>
            <w:r w:rsidRPr="00027D8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ситуаций;</w:t>
            </w:r>
          </w:p>
          <w:p w14:paraId="13D8B377" w14:textId="77777777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393"/>
              </w:tabs>
              <w:autoSpaceDE w:val="0"/>
              <w:autoSpaceDN w:val="0"/>
              <w:spacing w:before="3" w:line="235" w:lineRule="auto"/>
              <w:ind w:left="0" w:right="84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</w:t>
            </w:r>
            <w:r w:rsidRPr="00027D8D">
              <w:rPr>
                <w:rFonts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мероприятиях</w:t>
            </w:r>
            <w:r w:rsidRPr="00027D8D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профориентационной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направленности;</w:t>
            </w:r>
          </w:p>
          <w:p w14:paraId="7B699B51" w14:textId="77777777" w:rsidR="00E31A93" w:rsidRPr="00027D8D" w:rsidRDefault="00E31A93" w:rsidP="00E31A93">
            <w:pPr>
              <w:widowControl w:val="0"/>
              <w:numPr>
                <w:ilvl w:val="0"/>
                <w:numId w:val="31"/>
              </w:numPr>
              <w:tabs>
                <w:tab w:val="left" w:pos="476"/>
              </w:tabs>
              <w:autoSpaceDE w:val="0"/>
              <w:autoSpaceDN w:val="0"/>
              <w:spacing w:before="3" w:line="275" w:lineRule="exact"/>
              <w:ind w:left="0" w:hanging="367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Оказание</w:t>
            </w:r>
            <w:r w:rsidRPr="00027D8D">
              <w:rPr>
                <w:rFonts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027D8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ремонте</w:t>
            </w:r>
            <w:r w:rsidRPr="00027D8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школы;</w:t>
            </w:r>
          </w:p>
          <w:p w14:paraId="3F8B6A6F" w14:textId="1D787062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Освещение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Совета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отцов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сайте</w:t>
            </w:r>
            <w:r w:rsidRPr="00027D8D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школы</w:t>
            </w:r>
            <w:r w:rsidRPr="00027D8D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027D8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школьной</w:t>
            </w:r>
            <w:r w:rsidRPr="00027D8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группе</w:t>
            </w:r>
            <w:r w:rsidRPr="00027D8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027D8D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ВК;</w:t>
            </w:r>
          </w:p>
        </w:tc>
        <w:tc>
          <w:tcPr>
            <w:tcW w:w="851" w:type="dxa"/>
          </w:tcPr>
          <w:p w14:paraId="627EF3AC" w14:textId="4B0C56EA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134" w:type="dxa"/>
            <w:vAlign w:val="center"/>
          </w:tcPr>
          <w:p w14:paraId="3B56F509" w14:textId="12CB6CDF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3827" w:type="dxa"/>
          </w:tcPr>
          <w:p w14:paraId="12033529" w14:textId="6000E3CB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работе; Совет отцов школы</w:t>
            </w:r>
          </w:p>
        </w:tc>
        <w:tc>
          <w:tcPr>
            <w:tcW w:w="2289" w:type="dxa"/>
          </w:tcPr>
          <w:p w14:paraId="201B2609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027D8D" w14:paraId="4B57DA80" w14:textId="04D7B5B2" w:rsidTr="004C365A">
        <w:trPr>
          <w:jc w:val="center"/>
        </w:trPr>
        <w:tc>
          <w:tcPr>
            <w:tcW w:w="5473" w:type="dxa"/>
            <w:vAlign w:val="center"/>
          </w:tcPr>
          <w:p w14:paraId="42A0A54B" w14:textId="05F14E76" w:rsidR="00E31A93" w:rsidRPr="001E42AA" w:rsidRDefault="00E31A93" w:rsidP="00E31A9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1E42AA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Родительский </w:t>
            </w:r>
            <w:r w:rsidRPr="001E42AA">
              <w:rPr>
                <w:rFonts w:cs="Times New Roman"/>
                <w:b/>
                <w:bCs/>
                <w:sz w:val="24"/>
                <w:szCs w:val="24"/>
                <w:lang w:val="ru-RU"/>
              </w:rPr>
              <w:t>всеобуч</w:t>
            </w:r>
            <w:r w:rsidRPr="001E42AA">
              <w:rPr>
                <w:rFonts w:cs="Times New Roman"/>
                <w:b/>
                <w:bCs/>
                <w:sz w:val="24"/>
                <w:szCs w:val="24"/>
              </w:rPr>
              <w:t xml:space="preserve"> «Воспитываем вместе»</w:t>
            </w:r>
          </w:p>
        </w:tc>
        <w:tc>
          <w:tcPr>
            <w:tcW w:w="851" w:type="dxa"/>
          </w:tcPr>
          <w:p w14:paraId="27F20491" w14:textId="4D7E5BF9" w:rsidR="00E31A93" w:rsidRPr="00027D8D" w:rsidRDefault="00E31A93" w:rsidP="00E31A93">
            <w:pPr>
              <w:rPr>
                <w:rFonts w:cs="Times New Roman"/>
                <w:sz w:val="24"/>
                <w:szCs w:val="24"/>
              </w:rPr>
            </w:pPr>
            <w:r w:rsidRPr="00890751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0AA5EBBF" w14:textId="77777777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3827" w:type="dxa"/>
            <w:vAlign w:val="center"/>
          </w:tcPr>
          <w:p w14:paraId="1A51B34A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Педагог-психолог; социальный педагог</w:t>
            </w:r>
          </w:p>
        </w:tc>
        <w:tc>
          <w:tcPr>
            <w:tcW w:w="2289" w:type="dxa"/>
          </w:tcPr>
          <w:p w14:paraId="62621B25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56757ADF" w14:textId="77777777" w:rsidTr="0081287E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68D88BBB" w14:textId="0260D7BD" w:rsidR="00FE5E51" w:rsidRPr="00027D8D" w:rsidRDefault="00FE5E51" w:rsidP="00FE5E51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родительского всеобуча</w:t>
            </w:r>
          </w:p>
        </w:tc>
      </w:tr>
      <w:tr w:rsidR="00E31A93" w:rsidRPr="00027D8D" w14:paraId="5D8D6395" w14:textId="77777777" w:rsidTr="005441C5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18DA" w14:textId="6EF3D504" w:rsidR="00E31A93" w:rsidRPr="00E31A93" w:rsidRDefault="00E31A93" w:rsidP="00E31A93">
            <w:pPr>
              <w:rPr>
                <w:rFonts w:eastAsia="Calibri" w:cs="Times New Roman"/>
                <w:sz w:val="24"/>
                <w:szCs w:val="28"/>
                <w:lang w:val="ru-RU"/>
              </w:rPr>
            </w:pPr>
            <w:r w:rsidRPr="00E31A93">
              <w:rPr>
                <w:sz w:val="24"/>
                <w:szCs w:val="28"/>
                <w:lang w:val="ru-RU"/>
              </w:rPr>
              <w:t xml:space="preserve">Особенности общения с детьми старшеклассниками. </w:t>
            </w:r>
          </w:p>
        </w:tc>
        <w:tc>
          <w:tcPr>
            <w:tcW w:w="851" w:type="dxa"/>
            <w:vAlign w:val="center"/>
          </w:tcPr>
          <w:p w14:paraId="68B029DA" w14:textId="1D299388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vAlign w:val="center"/>
          </w:tcPr>
          <w:p w14:paraId="4942750C" w14:textId="5E45FEBD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827" w:type="dxa"/>
          </w:tcPr>
          <w:p w14:paraId="159139EF" w14:textId="1EA87048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289" w:type="dxa"/>
          </w:tcPr>
          <w:p w14:paraId="7F6840DD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027D8D" w14:paraId="7E6A0C8D" w14:textId="77777777" w:rsidTr="005441C5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37F1" w14:textId="000CD5F5" w:rsidR="00E31A93" w:rsidRPr="00E31A93" w:rsidRDefault="00E31A93" w:rsidP="00E31A93">
            <w:pPr>
              <w:rPr>
                <w:rFonts w:eastAsia="Calibri" w:cs="Times New Roman"/>
                <w:sz w:val="24"/>
                <w:szCs w:val="28"/>
                <w:lang w:val="ru-RU"/>
              </w:rPr>
            </w:pPr>
            <w:r w:rsidRPr="00E31A93">
              <w:rPr>
                <w:sz w:val="24"/>
                <w:szCs w:val="28"/>
                <w:lang w:val="ru-RU"/>
              </w:rPr>
              <w:t xml:space="preserve">Воспитание </w:t>
            </w:r>
            <w:r w:rsidRPr="00E31A93">
              <w:rPr>
                <w:sz w:val="24"/>
                <w:szCs w:val="28"/>
                <w:lang w:val="ru-RU"/>
              </w:rPr>
              <w:tab/>
              <w:t xml:space="preserve">сознательной </w:t>
            </w:r>
            <w:r w:rsidRPr="00E31A93">
              <w:rPr>
                <w:sz w:val="24"/>
                <w:szCs w:val="28"/>
                <w:lang w:val="ru-RU"/>
              </w:rPr>
              <w:tab/>
              <w:t xml:space="preserve">дисциплины. </w:t>
            </w:r>
            <w:r w:rsidRPr="00E31A93">
              <w:rPr>
                <w:sz w:val="24"/>
                <w:szCs w:val="28"/>
                <w:lang w:val="ru-RU"/>
              </w:rPr>
              <w:tab/>
              <w:t xml:space="preserve">Самовоспитание старшего школьника. </w:t>
            </w:r>
          </w:p>
        </w:tc>
        <w:tc>
          <w:tcPr>
            <w:tcW w:w="851" w:type="dxa"/>
            <w:vAlign w:val="center"/>
          </w:tcPr>
          <w:p w14:paraId="2F9101D4" w14:textId="4F0720CF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vAlign w:val="center"/>
          </w:tcPr>
          <w:p w14:paraId="68FFDD6E" w14:textId="0FC0AC6C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827" w:type="dxa"/>
          </w:tcPr>
          <w:p w14:paraId="3ADEC6BD" w14:textId="3EE84EE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289" w:type="dxa"/>
          </w:tcPr>
          <w:p w14:paraId="0F7B0B38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027D8D" w14:paraId="7E619DB5" w14:textId="77777777" w:rsidTr="005441C5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E4F7" w14:textId="3D1242AA" w:rsidR="00E31A93" w:rsidRPr="00E31A93" w:rsidRDefault="00E31A93" w:rsidP="00E31A93">
            <w:pPr>
              <w:rPr>
                <w:rFonts w:eastAsia="Calibri" w:cs="Times New Roman"/>
                <w:sz w:val="24"/>
                <w:szCs w:val="28"/>
                <w:lang w:val="ru-RU"/>
              </w:rPr>
            </w:pPr>
            <w:r w:rsidRPr="00E31A93">
              <w:rPr>
                <w:sz w:val="24"/>
                <w:szCs w:val="28"/>
                <w:lang w:val="ru-RU"/>
              </w:rPr>
              <w:t xml:space="preserve">Способности человека и их развитие. </w:t>
            </w:r>
          </w:p>
        </w:tc>
        <w:tc>
          <w:tcPr>
            <w:tcW w:w="851" w:type="dxa"/>
            <w:vAlign w:val="center"/>
          </w:tcPr>
          <w:p w14:paraId="1DB19313" w14:textId="0DBF141B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vAlign w:val="center"/>
          </w:tcPr>
          <w:p w14:paraId="40641459" w14:textId="0A775F95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827" w:type="dxa"/>
          </w:tcPr>
          <w:p w14:paraId="5A6D6901" w14:textId="7127B81A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289" w:type="dxa"/>
          </w:tcPr>
          <w:p w14:paraId="326240ED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027D8D" w14:paraId="6DAC3F28" w14:textId="77777777" w:rsidTr="005441C5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0805" w14:textId="528CA60F" w:rsidR="00E31A93" w:rsidRPr="00E31A93" w:rsidRDefault="00E31A93" w:rsidP="00E31A93">
            <w:pPr>
              <w:rPr>
                <w:rFonts w:cs="Times New Roman"/>
                <w:sz w:val="24"/>
                <w:szCs w:val="28"/>
                <w:lang w:val="ru-RU"/>
              </w:rPr>
            </w:pPr>
            <w:r w:rsidRPr="00E31A93">
              <w:rPr>
                <w:sz w:val="24"/>
                <w:szCs w:val="28"/>
                <w:lang w:val="ru-RU"/>
              </w:rPr>
              <w:t xml:space="preserve">Как помочь детям в постановке реалистичных жизненных ценностей. </w:t>
            </w:r>
          </w:p>
        </w:tc>
        <w:tc>
          <w:tcPr>
            <w:tcW w:w="851" w:type="dxa"/>
            <w:vAlign w:val="center"/>
          </w:tcPr>
          <w:p w14:paraId="1B6A9C7B" w14:textId="6469E91A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vAlign w:val="center"/>
          </w:tcPr>
          <w:p w14:paraId="6401ED7A" w14:textId="2E9787D6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827" w:type="dxa"/>
          </w:tcPr>
          <w:p w14:paraId="39005682" w14:textId="1BCEA28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289" w:type="dxa"/>
          </w:tcPr>
          <w:p w14:paraId="5D03965C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027D8D" w14:paraId="0C10EC8F" w14:textId="77777777" w:rsidTr="00B97B40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A872" w14:textId="0B222C1B" w:rsidR="00E31A93" w:rsidRPr="00E31A93" w:rsidRDefault="00E31A93" w:rsidP="00E31A93">
            <w:pPr>
              <w:rPr>
                <w:rFonts w:eastAsia="Calibri" w:cs="Times New Roman"/>
                <w:sz w:val="24"/>
                <w:szCs w:val="28"/>
                <w:lang w:val="ru-RU"/>
              </w:rPr>
            </w:pPr>
            <w:r w:rsidRPr="00E31A93">
              <w:rPr>
                <w:sz w:val="24"/>
                <w:szCs w:val="28"/>
                <w:lang w:val="ru-RU"/>
              </w:rPr>
              <w:t xml:space="preserve">Условия успешного обучения в 11 классе. </w:t>
            </w:r>
          </w:p>
        </w:tc>
        <w:tc>
          <w:tcPr>
            <w:tcW w:w="851" w:type="dxa"/>
            <w:vAlign w:val="center"/>
          </w:tcPr>
          <w:p w14:paraId="6506FE85" w14:textId="5E026820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</w:tcPr>
          <w:p w14:paraId="585F1DBD" w14:textId="3718ABA5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3827" w:type="dxa"/>
          </w:tcPr>
          <w:p w14:paraId="5404CB4D" w14:textId="613DC9DE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289" w:type="dxa"/>
          </w:tcPr>
          <w:p w14:paraId="56F83B89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027D8D" w14:paraId="6B6A7F48" w14:textId="77777777" w:rsidTr="00B97B40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A999" w14:textId="3A504040" w:rsidR="00E31A93" w:rsidRPr="00E31A93" w:rsidRDefault="00E31A93" w:rsidP="00E31A93">
            <w:pPr>
              <w:rPr>
                <w:rFonts w:eastAsia="Calibri" w:cs="Times New Roman"/>
                <w:sz w:val="24"/>
                <w:szCs w:val="28"/>
                <w:lang w:val="ru-RU"/>
              </w:rPr>
            </w:pPr>
            <w:r w:rsidRPr="00E31A93">
              <w:rPr>
                <w:sz w:val="24"/>
                <w:szCs w:val="28"/>
                <w:lang w:val="ru-RU"/>
              </w:rPr>
              <w:t xml:space="preserve">Профессиональные возможности и склонности учащихся. </w:t>
            </w:r>
          </w:p>
        </w:tc>
        <w:tc>
          <w:tcPr>
            <w:tcW w:w="851" w:type="dxa"/>
            <w:vAlign w:val="center"/>
          </w:tcPr>
          <w:p w14:paraId="23830FE0" w14:textId="0D0701E0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</w:tcPr>
          <w:p w14:paraId="7604CE2D" w14:textId="487D9A47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3827" w:type="dxa"/>
          </w:tcPr>
          <w:p w14:paraId="31669154" w14:textId="1A7625AA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289" w:type="dxa"/>
          </w:tcPr>
          <w:p w14:paraId="46E21C75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027D8D" w14:paraId="20FE07B9" w14:textId="77777777" w:rsidTr="00B97B40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B75E" w14:textId="0EC3F697" w:rsidR="00E31A93" w:rsidRPr="00E31A93" w:rsidRDefault="00E31A93" w:rsidP="00E31A93">
            <w:pPr>
              <w:rPr>
                <w:rFonts w:eastAsia="Calibri" w:cs="Times New Roman"/>
                <w:sz w:val="24"/>
                <w:szCs w:val="28"/>
                <w:lang w:val="ru-RU"/>
              </w:rPr>
            </w:pPr>
            <w:r w:rsidRPr="00E31A93">
              <w:rPr>
                <w:sz w:val="24"/>
                <w:szCs w:val="28"/>
                <w:lang w:val="ru-RU"/>
              </w:rPr>
              <w:t xml:space="preserve">Значение выбора в жизни человека. </w:t>
            </w:r>
          </w:p>
        </w:tc>
        <w:tc>
          <w:tcPr>
            <w:tcW w:w="851" w:type="dxa"/>
            <w:vAlign w:val="center"/>
          </w:tcPr>
          <w:p w14:paraId="2F53575C" w14:textId="5C6CBBCC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</w:tcPr>
          <w:p w14:paraId="2B4B1F78" w14:textId="15947E9F" w:rsidR="00E31A93" w:rsidRPr="00027D8D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февраль</w:t>
            </w:r>
          </w:p>
        </w:tc>
        <w:tc>
          <w:tcPr>
            <w:tcW w:w="3827" w:type="dxa"/>
          </w:tcPr>
          <w:p w14:paraId="7C02F729" w14:textId="418FA055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289" w:type="dxa"/>
          </w:tcPr>
          <w:p w14:paraId="18D0E56B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31A93" w:rsidRPr="00E31A93" w14:paraId="34B6B6E9" w14:textId="77777777" w:rsidTr="00B97B40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D5A1" w14:textId="061060A9" w:rsidR="00E31A93" w:rsidRPr="00E31A93" w:rsidRDefault="00E31A93" w:rsidP="00E31A93">
            <w:pPr>
              <w:rPr>
                <w:sz w:val="24"/>
                <w:szCs w:val="28"/>
                <w:lang w:val="ru-RU"/>
              </w:rPr>
            </w:pPr>
            <w:r w:rsidRPr="00E31A93">
              <w:rPr>
                <w:sz w:val="24"/>
                <w:szCs w:val="28"/>
                <w:lang w:val="ru-RU"/>
              </w:rPr>
              <w:t>Как снять предэкзаменационную тревожность у детей.</w:t>
            </w:r>
          </w:p>
        </w:tc>
        <w:tc>
          <w:tcPr>
            <w:tcW w:w="851" w:type="dxa"/>
            <w:vAlign w:val="center"/>
          </w:tcPr>
          <w:p w14:paraId="32887840" w14:textId="18BA495E" w:rsidR="00E31A93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</w:tcPr>
          <w:p w14:paraId="387A0558" w14:textId="48B22526" w:rsidR="00E31A93" w:rsidRPr="00E31A93" w:rsidRDefault="00E31A93" w:rsidP="00E31A9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827" w:type="dxa"/>
          </w:tcPr>
          <w:p w14:paraId="3C2BCF7F" w14:textId="66D66A8D" w:rsidR="00E31A93" w:rsidRPr="00E31A93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289" w:type="dxa"/>
          </w:tcPr>
          <w:p w14:paraId="77C3FC65" w14:textId="77777777" w:rsidR="00E31A93" w:rsidRPr="00027D8D" w:rsidRDefault="00E31A93" w:rsidP="00E31A9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FE5E51" w:rsidRPr="00BE7498" w14:paraId="44AC39C3" w14:textId="68B83E18" w:rsidTr="00CA74D2">
        <w:trPr>
          <w:jc w:val="center"/>
        </w:trPr>
        <w:tc>
          <w:tcPr>
            <w:tcW w:w="5473" w:type="dxa"/>
            <w:vAlign w:val="center"/>
          </w:tcPr>
          <w:p w14:paraId="04663852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Индивидуальные консультации специалистов сопровождения</w:t>
            </w:r>
          </w:p>
        </w:tc>
        <w:tc>
          <w:tcPr>
            <w:tcW w:w="851" w:type="dxa"/>
            <w:vAlign w:val="center"/>
          </w:tcPr>
          <w:p w14:paraId="608B50C4" w14:textId="43951BBA" w:rsidR="00FE5E51" w:rsidRPr="00793B7F" w:rsidRDefault="00793B7F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5BA66B22" w14:textId="77777777" w:rsidR="00FE5E51" w:rsidRPr="00027D8D" w:rsidRDefault="00FE5E51" w:rsidP="00FE5E5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графику и запросу</w:t>
            </w:r>
          </w:p>
        </w:tc>
        <w:tc>
          <w:tcPr>
            <w:tcW w:w="3827" w:type="dxa"/>
            <w:vAlign w:val="center"/>
          </w:tcPr>
          <w:p w14:paraId="1A68E1D4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Педагог-психолог; социальный педагог; учитель-логопед</w:t>
            </w:r>
          </w:p>
        </w:tc>
        <w:tc>
          <w:tcPr>
            <w:tcW w:w="2289" w:type="dxa"/>
          </w:tcPr>
          <w:p w14:paraId="7F330EE2" w14:textId="77777777" w:rsidR="00FE5E51" w:rsidRPr="00027D8D" w:rsidRDefault="00FE5E51" w:rsidP="00FE5E51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027D8D" w14:paraId="607AE852" w14:textId="64CEF114" w:rsidTr="008D2C6E">
        <w:trPr>
          <w:jc w:val="center"/>
        </w:trPr>
        <w:tc>
          <w:tcPr>
            <w:tcW w:w="5473" w:type="dxa"/>
            <w:vAlign w:val="center"/>
          </w:tcPr>
          <w:p w14:paraId="1E30CD13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Семейные творческие мастерские</w:t>
            </w:r>
          </w:p>
        </w:tc>
        <w:tc>
          <w:tcPr>
            <w:tcW w:w="851" w:type="dxa"/>
          </w:tcPr>
          <w:p w14:paraId="51382692" w14:textId="25B65FD3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5D08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722C929E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Один </w:t>
            </w:r>
            <w:r w:rsidRPr="00027D8D">
              <w:rPr>
                <w:rFonts w:cs="Times New Roman"/>
                <w:sz w:val="24"/>
                <w:szCs w:val="24"/>
              </w:rPr>
              <w:lastRenderedPageBreak/>
              <w:t>раз в полугодие</w:t>
            </w:r>
          </w:p>
        </w:tc>
        <w:tc>
          <w:tcPr>
            <w:tcW w:w="3827" w:type="dxa"/>
            <w:vAlign w:val="center"/>
          </w:tcPr>
          <w:p w14:paraId="3301A099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Классные руководители; педагог-</w:t>
            </w:r>
            <w:r w:rsidRPr="00027D8D">
              <w:rPr>
                <w:rFonts w:cs="Times New Roman"/>
                <w:sz w:val="24"/>
                <w:szCs w:val="24"/>
              </w:rPr>
              <w:lastRenderedPageBreak/>
              <w:t>организатор</w:t>
            </w:r>
          </w:p>
        </w:tc>
        <w:tc>
          <w:tcPr>
            <w:tcW w:w="2289" w:type="dxa"/>
          </w:tcPr>
          <w:p w14:paraId="72038B91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93B7F" w:rsidRPr="00BE7498" w14:paraId="0D4AA6DF" w14:textId="0D0E2AD2" w:rsidTr="008D2C6E">
        <w:trPr>
          <w:jc w:val="center"/>
        </w:trPr>
        <w:tc>
          <w:tcPr>
            <w:tcW w:w="5473" w:type="dxa"/>
            <w:vAlign w:val="center"/>
          </w:tcPr>
          <w:p w14:paraId="662F6A5A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Семейный спортивный праздник «Вместе сильнее»</w:t>
            </w:r>
          </w:p>
        </w:tc>
        <w:tc>
          <w:tcPr>
            <w:tcW w:w="851" w:type="dxa"/>
          </w:tcPr>
          <w:p w14:paraId="440FF35C" w14:textId="6086E09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5D08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32F7E325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Февраль 2027 года</w:t>
            </w:r>
          </w:p>
        </w:tc>
        <w:tc>
          <w:tcPr>
            <w:tcW w:w="3827" w:type="dxa"/>
            <w:vAlign w:val="center"/>
          </w:tcPr>
          <w:p w14:paraId="6AD1CA4C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классные руководители</w:t>
            </w:r>
          </w:p>
        </w:tc>
        <w:tc>
          <w:tcPr>
            <w:tcW w:w="2289" w:type="dxa"/>
          </w:tcPr>
          <w:p w14:paraId="738D788D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BE7498" w14:paraId="188194F3" w14:textId="1556B741" w:rsidTr="008D2C6E">
        <w:trPr>
          <w:jc w:val="center"/>
        </w:trPr>
        <w:tc>
          <w:tcPr>
            <w:tcW w:w="5473" w:type="dxa"/>
            <w:vAlign w:val="center"/>
          </w:tcPr>
          <w:p w14:paraId="03F063CD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Просветительская встреча «Безопасность ребёнка в цифровой среде»</w:t>
            </w:r>
          </w:p>
        </w:tc>
        <w:tc>
          <w:tcPr>
            <w:tcW w:w="851" w:type="dxa"/>
          </w:tcPr>
          <w:p w14:paraId="38315816" w14:textId="3162F0E0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5D08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580D08B3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Февраль 2027 года</w:t>
            </w:r>
          </w:p>
        </w:tc>
        <w:tc>
          <w:tcPr>
            <w:tcW w:w="3827" w:type="dxa"/>
            <w:vAlign w:val="center"/>
          </w:tcPr>
          <w:p w14:paraId="0713AA86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информационную безопасность; педагог-психолог</w:t>
            </w:r>
          </w:p>
        </w:tc>
        <w:tc>
          <w:tcPr>
            <w:tcW w:w="2289" w:type="dxa"/>
          </w:tcPr>
          <w:p w14:paraId="3AC1002C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BE7498" w14:paraId="7773DE8F" w14:textId="19305D5F" w:rsidTr="008D2C6E">
        <w:trPr>
          <w:jc w:val="center"/>
        </w:trPr>
        <w:tc>
          <w:tcPr>
            <w:tcW w:w="5473" w:type="dxa"/>
            <w:vAlign w:val="center"/>
          </w:tcPr>
          <w:p w14:paraId="3E3BDF95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Родительский контроль организации питания</w:t>
            </w:r>
          </w:p>
        </w:tc>
        <w:tc>
          <w:tcPr>
            <w:tcW w:w="851" w:type="dxa"/>
          </w:tcPr>
          <w:p w14:paraId="19FD1E8A" w14:textId="3BBF8A0E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5D08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1E894B95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утверждённому графику</w:t>
            </w:r>
          </w:p>
        </w:tc>
        <w:tc>
          <w:tcPr>
            <w:tcW w:w="3827" w:type="dxa"/>
            <w:vAlign w:val="center"/>
          </w:tcPr>
          <w:p w14:paraId="1425567E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работник школы; представители родителей — по согласованию</w:t>
            </w:r>
          </w:p>
        </w:tc>
        <w:tc>
          <w:tcPr>
            <w:tcW w:w="2289" w:type="dxa"/>
          </w:tcPr>
          <w:p w14:paraId="6F7AC0A1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027D8D" w14:paraId="0FD74E55" w14:textId="533CC664" w:rsidTr="008D2C6E">
        <w:trPr>
          <w:jc w:val="center"/>
        </w:trPr>
        <w:tc>
          <w:tcPr>
            <w:tcW w:w="5473" w:type="dxa"/>
            <w:vAlign w:val="center"/>
          </w:tcPr>
          <w:p w14:paraId="332E1C65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родителей в экскурсиях, проектах и воспитательных событиях</w:t>
            </w:r>
          </w:p>
        </w:tc>
        <w:tc>
          <w:tcPr>
            <w:tcW w:w="851" w:type="dxa"/>
          </w:tcPr>
          <w:p w14:paraId="0B041FB1" w14:textId="3E201C45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5D08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vAlign w:val="center"/>
          </w:tcPr>
          <w:p w14:paraId="38408A57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года, добровольно и по согласованию</w:t>
            </w:r>
          </w:p>
        </w:tc>
        <w:tc>
          <w:tcPr>
            <w:tcW w:w="3827" w:type="dxa"/>
            <w:vAlign w:val="center"/>
          </w:tcPr>
          <w:p w14:paraId="1F07F88F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289" w:type="dxa"/>
          </w:tcPr>
          <w:p w14:paraId="5D93C55D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5E51" w:rsidRPr="00027D8D" w14:paraId="55CA13E0" w14:textId="77777777" w:rsidTr="00314074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60A39E32" w14:textId="77777777" w:rsidR="00FE5E51" w:rsidRPr="00027D8D" w:rsidRDefault="00FE5E51" w:rsidP="00FE5E51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</w:p>
          <w:p w14:paraId="7A66D36E" w14:textId="7F7257EA" w:rsidR="00FE5E51" w:rsidRPr="00027D8D" w:rsidRDefault="00FE5E51" w:rsidP="00FE5E51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  <w:t>Профилактическая работа с родителями по предупреждению ДДТТ</w:t>
            </w:r>
          </w:p>
        </w:tc>
      </w:tr>
      <w:tr w:rsidR="00FE5E51" w:rsidRPr="00027D8D" w14:paraId="057630C3" w14:textId="77777777" w:rsidTr="00514851">
        <w:trPr>
          <w:jc w:val="center"/>
        </w:trPr>
        <w:tc>
          <w:tcPr>
            <w:tcW w:w="13574" w:type="dxa"/>
            <w:gridSpan w:val="5"/>
            <w:shd w:val="clear" w:color="auto" w:fill="FF0000"/>
            <w:vAlign w:val="center"/>
          </w:tcPr>
          <w:p w14:paraId="580CFDEC" w14:textId="637D768A" w:rsidR="00FE5E51" w:rsidRPr="00027D8D" w:rsidRDefault="00FE5E51" w:rsidP="00FE5E51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  <w:t>План работы</w:t>
            </w:r>
          </w:p>
        </w:tc>
      </w:tr>
      <w:tr w:rsidR="00793B7F" w:rsidRPr="00BE7498" w14:paraId="3F17DE21" w14:textId="77777777" w:rsidTr="00CA74D2">
        <w:trPr>
          <w:jc w:val="center"/>
        </w:trPr>
        <w:tc>
          <w:tcPr>
            <w:tcW w:w="5473" w:type="dxa"/>
          </w:tcPr>
          <w:p w14:paraId="18B4C7F7" w14:textId="6DA979ED" w:rsidR="00793B7F" w:rsidRPr="00027D8D" w:rsidRDefault="00793B7F" w:rsidP="00793B7F">
            <w:pPr>
              <w:rPr>
                <w:rFonts w:eastAsia="Calibri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Разработка и изготовление безопасных маршрутов движения от школы и обратно для обучающихся . Дом-школа-дом. </w:t>
            </w:r>
          </w:p>
        </w:tc>
        <w:tc>
          <w:tcPr>
            <w:tcW w:w="851" w:type="dxa"/>
          </w:tcPr>
          <w:p w14:paraId="6A681DDA" w14:textId="2D69F6B5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61DD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</w:tcPr>
          <w:p w14:paraId="374E2D35" w14:textId="6B22088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3827" w:type="dxa"/>
          </w:tcPr>
          <w:p w14:paraId="13AE0488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14:paraId="4D290B24" w14:textId="15F0859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</w:tc>
        <w:tc>
          <w:tcPr>
            <w:tcW w:w="2289" w:type="dxa"/>
          </w:tcPr>
          <w:p w14:paraId="3A9D4975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027D8D" w14:paraId="58F1185D" w14:textId="77777777" w:rsidTr="00CA74D2">
        <w:trPr>
          <w:jc w:val="center"/>
        </w:trPr>
        <w:tc>
          <w:tcPr>
            <w:tcW w:w="5473" w:type="dxa"/>
          </w:tcPr>
          <w:p w14:paraId="5B03B8B8" w14:textId="19B775DB" w:rsidR="00793B7F" w:rsidRPr="00027D8D" w:rsidRDefault="00793B7F" w:rsidP="00793B7F">
            <w:pPr>
              <w:rPr>
                <w:rFonts w:eastAsia="Calibri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Выпуск буклетов для родителей  "Детям - ваше внимание и заботу"</w:t>
            </w:r>
          </w:p>
        </w:tc>
        <w:tc>
          <w:tcPr>
            <w:tcW w:w="851" w:type="dxa"/>
          </w:tcPr>
          <w:p w14:paraId="38D248BB" w14:textId="5025254B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61DD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</w:tcPr>
          <w:p w14:paraId="763CF842" w14:textId="47419D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3827" w:type="dxa"/>
          </w:tcPr>
          <w:p w14:paraId="3B42AD21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классные руководители, </w:t>
            </w:r>
          </w:p>
          <w:p w14:paraId="07F8AF19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</w:p>
          <w:p w14:paraId="1C0D0360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289" w:type="dxa"/>
          </w:tcPr>
          <w:p w14:paraId="3A47360B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BE7498" w14:paraId="354B351F" w14:textId="77777777" w:rsidTr="00CA74D2">
        <w:trPr>
          <w:jc w:val="center"/>
        </w:trPr>
        <w:tc>
          <w:tcPr>
            <w:tcW w:w="5473" w:type="dxa"/>
          </w:tcPr>
          <w:p w14:paraId="2E3116AB" w14:textId="16A61139" w:rsidR="00793B7F" w:rsidRPr="00027D8D" w:rsidRDefault="00793B7F" w:rsidP="00793B7F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Родительское собрание для обучающихся го класса.</w:t>
            </w:r>
          </w:p>
          <w:p w14:paraId="32E006DF" w14:textId="2C3F7C3C" w:rsidR="00793B7F" w:rsidRPr="00027D8D" w:rsidRDefault="00793B7F" w:rsidP="00793B7F">
            <w:pPr>
              <w:rPr>
                <w:rFonts w:eastAsia="Calibri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Включение в повестку вопросов по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предупреждению правонарушений несовершеннолетними в сфере дорожного движения, привитие навыков безопасного поведения детей на улицах и дорогах</w:t>
            </w:r>
          </w:p>
        </w:tc>
        <w:tc>
          <w:tcPr>
            <w:tcW w:w="851" w:type="dxa"/>
          </w:tcPr>
          <w:p w14:paraId="57745A93" w14:textId="7AD8041C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61DDA"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134" w:type="dxa"/>
          </w:tcPr>
          <w:p w14:paraId="25C390C5" w14:textId="6A61F8F8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август</w:t>
            </w:r>
          </w:p>
        </w:tc>
        <w:tc>
          <w:tcPr>
            <w:tcW w:w="3827" w:type="dxa"/>
          </w:tcPr>
          <w:p w14:paraId="5A95A776" w14:textId="4B992659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Классный руководитель, Зам. директора по ВР, инспектор Госавтоинспекции</w:t>
            </w:r>
          </w:p>
        </w:tc>
        <w:tc>
          <w:tcPr>
            <w:tcW w:w="2289" w:type="dxa"/>
          </w:tcPr>
          <w:p w14:paraId="3A46482A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BE7498" w14:paraId="11B09D71" w14:textId="77777777" w:rsidTr="00CA74D2">
        <w:trPr>
          <w:jc w:val="center"/>
        </w:trPr>
        <w:tc>
          <w:tcPr>
            <w:tcW w:w="5473" w:type="dxa"/>
          </w:tcPr>
          <w:p w14:paraId="1A8DC2AC" w14:textId="77777777" w:rsidR="00793B7F" w:rsidRPr="00027D8D" w:rsidRDefault="00793B7F" w:rsidP="00793B7F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Родительские собрания:</w:t>
            </w:r>
          </w:p>
          <w:p w14:paraId="4B71EECA" w14:textId="77777777" w:rsidR="00793B7F" w:rsidRPr="00027D8D" w:rsidRDefault="00793B7F" w:rsidP="00793B7F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Акция "Внимание, дети!" </w:t>
            </w:r>
          </w:p>
          <w:p w14:paraId="6CE29EF6" w14:textId="77777777" w:rsidR="00793B7F" w:rsidRPr="00027D8D" w:rsidRDefault="00793B7F" w:rsidP="00793B7F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Комплексная безопасность в начале учебного года.</w:t>
            </w:r>
          </w:p>
          <w:p w14:paraId="4CF92C91" w14:textId="77777777" w:rsidR="00793B7F" w:rsidRPr="00027D8D" w:rsidRDefault="00793B7F" w:rsidP="00793B7F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профилактика детского дорожно-транспортного травматизма и роль родителей в воспитании транспортной культуры и роли личного примера для детей в соблюдении  правил дорожного движения</w:t>
            </w:r>
          </w:p>
          <w:p w14:paraId="2EDEAE43" w14:textId="0E2F916B" w:rsidR="00793B7F" w:rsidRPr="00027D8D" w:rsidRDefault="00793B7F" w:rsidP="00793B7F">
            <w:pPr>
              <w:rPr>
                <w:rFonts w:eastAsia="Calibri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типичные опасные дорожные ситуации для пешехода,   формы и методы их изучения в семье; использование ремней безопасности во время движения в автомобиле</w:t>
            </w:r>
          </w:p>
        </w:tc>
        <w:tc>
          <w:tcPr>
            <w:tcW w:w="851" w:type="dxa"/>
          </w:tcPr>
          <w:p w14:paraId="2FD01011" w14:textId="669AD689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61DD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</w:tcPr>
          <w:p w14:paraId="5C0519D7" w14:textId="4D60FF85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</w:tcPr>
          <w:p w14:paraId="1D376D55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Зам.директора по ВР, </w:t>
            </w:r>
          </w:p>
          <w:p w14:paraId="726A0B73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 - организатор,</w:t>
            </w:r>
          </w:p>
          <w:p w14:paraId="6946361B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руководители, инспектор Госавтоинспекции</w:t>
            </w:r>
          </w:p>
          <w:p w14:paraId="4ABD39C0" w14:textId="4596A969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</w:tc>
        <w:tc>
          <w:tcPr>
            <w:tcW w:w="2289" w:type="dxa"/>
          </w:tcPr>
          <w:p w14:paraId="585D6320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027D8D" w14:paraId="2F5ECEF8" w14:textId="77777777" w:rsidTr="000A3186">
        <w:trPr>
          <w:jc w:val="center"/>
        </w:trPr>
        <w:tc>
          <w:tcPr>
            <w:tcW w:w="13574" w:type="dxa"/>
            <w:gridSpan w:val="5"/>
          </w:tcPr>
          <w:p w14:paraId="2CC226FF" w14:textId="1B04C3BB" w:rsidR="00793B7F" w:rsidRPr="00BD607E" w:rsidRDefault="00793B7F" w:rsidP="00793B7F">
            <w:pPr>
              <w:jc w:val="center"/>
              <w:rPr>
                <w:rFonts w:cs="Times New Roman"/>
                <w:b/>
                <w:bCs/>
                <w:sz w:val="24"/>
                <w:szCs w:val="28"/>
                <w:lang w:val="ru-RU"/>
              </w:rPr>
            </w:pPr>
            <w:r w:rsidRPr="00BD607E">
              <w:rPr>
                <w:rFonts w:cs="Times New Roman"/>
                <w:b/>
                <w:bCs/>
                <w:sz w:val="24"/>
                <w:szCs w:val="28"/>
                <w:lang w:val="ru-RU"/>
              </w:rPr>
              <w:t>П</w:t>
            </w:r>
            <w:r w:rsidRPr="00BD607E">
              <w:rPr>
                <w:rFonts w:cs="Times New Roman"/>
                <w:b/>
                <w:bCs/>
                <w:sz w:val="24"/>
                <w:szCs w:val="28"/>
              </w:rPr>
              <w:t>рофилактик</w:t>
            </w:r>
            <w:r w:rsidRPr="00BD607E">
              <w:rPr>
                <w:rFonts w:cs="Times New Roman"/>
                <w:b/>
                <w:bCs/>
                <w:sz w:val="24"/>
                <w:szCs w:val="28"/>
                <w:lang w:val="ru-RU"/>
              </w:rPr>
              <w:t>а</w:t>
            </w:r>
            <w:r w:rsidRPr="00BD607E">
              <w:rPr>
                <w:rFonts w:cs="Times New Roman"/>
                <w:b/>
                <w:bCs/>
                <w:spacing w:val="-7"/>
                <w:sz w:val="24"/>
                <w:szCs w:val="28"/>
              </w:rPr>
              <w:t xml:space="preserve"> </w:t>
            </w:r>
            <w:r w:rsidRPr="00BD607E">
              <w:rPr>
                <w:rFonts w:cs="Times New Roman"/>
                <w:b/>
                <w:bCs/>
                <w:sz w:val="24"/>
                <w:szCs w:val="28"/>
              </w:rPr>
              <w:t>суицидального</w:t>
            </w:r>
            <w:r w:rsidRPr="00BD607E">
              <w:rPr>
                <w:rFonts w:cs="Times New Roman"/>
                <w:b/>
                <w:bCs/>
                <w:spacing w:val="-7"/>
                <w:sz w:val="24"/>
                <w:szCs w:val="28"/>
              </w:rPr>
              <w:t xml:space="preserve"> </w:t>
            </w:r>
            <w:r w:rsidRPr="00BD607E">
              <w:rPr>
                <w:rFonts w:cs="Times New Roman"/>
                <w:b/>
                <w:bCs/>
                <w:sz w:val="24"/>
                <w:szCs w:val="28"/>
              </w:rPr>
              <w:t>поведения</w:t>
            </w:r>
          </w:p>
        </w:tc>
      </w:tr>
      <w:tr w:rsidR="00793B7F" w:rsidRPr="00BE7498" w14:paraId="2A77E850" w14:textId="77777777" w:rsidTr="005C31ED">
        <w:trPr>
          <w:jc w:val="center"/>
        </w:trPr>
        <w:tc>
          <w:tcPr>
            <w:tcW w:w="5473" w:type="dxa"/>
          </w:tcPr>
          <w:p w14:paraId="28748230" w14:textId="584B648D" w:rsidR="00793B7F" w:rsidRPr="00027D8D" w:rsidRDefault="00793B7F" w:rsidP="00793B7F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rFonts w:cs="Times New Roman"/>
                <w:sz w:val="24"/>
                <w:szCs w:val="24"/>
                <w:lang w:val="ru-RU"/>
              </w:rPr>
              <w:t>Выявление семей, в которых практикуется жестокое обращение с детьми.</w:t>
            </w:r>
          </w:p>
        </w:tc>
        <w:tc>
          <w:tcPr>
            <w:tcW w:w="851" w:type="dxa"/>
          </w:tcPr>
          <w:p w14:paraId="18B34055" w14:textId="7853A623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61DD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CF00" w14:textId="0C14CAF2" w:rsidR="00793B7F" w:rsidRPr="00BD607E" w:rsidRDefault="00793B7F" w:rsidP="00793B7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557F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4B6EA9B9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Заргарян С.В.</w:t>
            </w:r>
          </w:p>
          <w:p w14:paraId="6F720E13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0592D003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Мин Н.О.</w:t>
            </w:r>
          </w:p>
          <w:p w14:paraId="6C42C626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398D0FD6" w14:textId="58B88F72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2289" w:type="dxa"/>
          </w:tcPr>
          <w:p w14:paraId="73A5609A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BE7498" w14:paraId="478D37B8" w14:textId="77777777" w:rsidTr="00B249A2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6A76" w14:textId="2ACEB6E2" w:rsidR="00793B7F" w:rsidRPr="00027D8D" w:rsidRDefault="00793B7F" w:rsidP="00793B7F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Индивидуальная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работа</w:t>
            </w:r>
            <w:r w:rsidRPr="00BD607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семьями,</w:t>
            </w:r>
            <w:r w:rsidRPr="00BD607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попавшими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 трудную жизненную ситуацию.</w:t>
            </w:r>
          </w:p>
        </w:tc>
        <w:tc>
          <w:tcPr>
            <w:tcW w:w="851" w:type="dxa"/>
          </w:tcPr>
          <w:p w14:paraId="2A86F4D4" w14:textId="39FB13CF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61DD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3931" w14:textId="01FD9E18" w:rsidR="00793B7F" w:rsidRPr="00BD607E" w:rsidRDefault="00793B7F" w:rsidP="00793B7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BEDB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0CF4C3FC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Заргарян С.В.</w:t>
            </w:r>
          </w:p>
          <w:p w14:paraId="250F5EA9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59AF3124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Мин Н.О.</w:t>
            </w:r>
          </w:p>
          <w:p w14:paraId="30FD1150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2A7DCDEA" w14:textId="778DFEBA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2289" w:type="dxa"/>
          </w:tcPr>
          <w:p w14:paraId="37515DEE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BE7498" w14:paraId="22A025BE" w14:textId="77777777" w:rsidTr="00B249A2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C801" w14:textId="77777777" w:rsidR="00793B7F" w:rsidRPr="00BD607E" w:rsidRDefault="00793B7F" w:rsidP="00793B7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Консультирование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родителей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по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pacing w:val="-4"/>
                <w:sz w:val="24"/>
                <w:szCs w:val="24"/>
              </w:rPr>
              <w:t>теме</w:t>
            </w:r>
          </w:p>
          <w:p w14:paraId="78EDE73C" w14:textId="6AE7A846" w:rsidR="00793B7F" w:rsidRPr="00027D8D" w:rsidRDefault="00793B7F" w:rsidP="00793B7F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безопасного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использования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Интернета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 мобильной связи детьми.</w:t>
            </w:r>
          </w:p>
        </w:tc>
        <w:tc>
          <w:tcPr>
            <w:tcW w:w="851" w:type="dxa"/>
          </w:tcPr>
          <w:p w14:paraId="59CCE0AE" w14:textId="0A530110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61DD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6507" w14:textId="1D722F84" w:rsidR="00793B7F" w:rsidRPr="00BD607E" w:rsidRDefault="00793B7F" w:rsidP="00793B7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9DDD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46D608FE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Заргарян С.В.</w:t>
            </w:r>
          </w:p>
          <w:p w14:paraId="1C23CCB8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24717D85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Мин Н.О.</w:t>
            </w:r>
          </w:p>
          <w:p w14:paraId="30E92684" w14:textId="77777777" w:rsidR="00793B7F" w:rsidRPr="00BD607E" w:rsidRDefault="00793B7F" w:rsidP="00793B7F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26349403" w14:textId="7B776F90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lastRenderedPageBreak/>
              <w:t>Федотова И.А.</w:t>
            </w:r>
          </w:p>
        </w:tc>
        <w:tc>
          <w:tcPr>
            <w:tcW w:w="2289" w:type="dxa"/>
          </w:tcPr>
          <w:p w14:paraId="4A1F0218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BE7498" w14:paraId="048C14BF" w14:textId="77777777" w:rsidTr="00B249A2">
        <w:trPr>
          <w:jc w:val="center"/>
        </w:trPr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E490" w14:textId="542F846F" w:rsidR="00793B7F" w:rsidRPr="00027D8D" w:rsidRDefault="00793B7F" w:rsidP="00793B7F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lastRenderedPageBreak/>
              <w:t>Размещение</w:t>
            </w:r>
            <w:r w:rsidRPr="00BD607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на</w:t>
            </w:r>
            <w:r w:rsidRPr="00BD607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сайте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школы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информации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 xml:space="preserve">для родителей: «Телефон доверия для детей и </w:t>
            </w:r>
            <w:r w:rsidRPr="00BD607E">
              <w:rPr>
                <w:spacing w:val="-2"/>
                <w:sz w:val="24"/>
                <w:szCs w:val="24"/>
                <w:lang w:val="ru-RU"/>
              </w:rPr>
              <w:t>родителей».</w:t>
            </w:r>
          </w:p>
        </w:tc>
        <w:tc>
          <w:tcPr>
            <w:tcW w:w="851" w:type="dxa"/>
          </w:tcPr>
          <w:p w14:paraId="2C032CE0" w14:textId="4F5B04BE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61DD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4892" w14:textId="2FFFF0CF" w:rsidR="00793B7F" w:rsidRPr="00BD607E" w:rsidRDefault="00793B7F" w:rsidP="00793B7F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F4AB" w14:textId="77777777" w:rsidR="00793B7F" w:rsidRPr="00BD607E" w:rsidRDefault="00793B7F" w:rsidP="00793B7F">
            <w:pPr>
              <w:pStyle w:val="TableParagraph"/>
              <w:spacing w:line="270" w:lineRule="exact"/>
              <w:ind w:left="18"/>
              <w:jc w:val="center"/>
              <w:rPr>
                <w:spacing w:val="-2"/>
                <w:sz w:val="24"/>
                <w:szCs w:val="24"/>
              </w:rPr>
            </w:pPr>
            <w:r w:rsidRPr="00BD607E">
              <w:rPr>
                <w:spacing w:val="-2"/>
                <w:sz w:val="24"/>
                <w:szCs w:val="24"/>
              </w:rPr>
              <w:t>Системный администратор</w:t>
            </w:r>
          </w:p>
          <w:p w14:paraId="1435CF8D" w14:textId="2D47F1D4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pacing w:val="-2"/>
                <w:sz w:val="24"/>
                <w:szCs w:val="24"/>
                <w:lang w:val="ru-RU"/>
              </w:rPr>
              <w:t>Бобрикова Е.Н.</w:t>
            </w:r>
          </w:p>
        </w:tc>
        <w:tc>
          <w:tcPr>
            <w:tcW w:w="2289" w:type="dxa"/>
          </w:tcPr>
          <w:p w14:paraId="6F6804C6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51E4D830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534683F3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«САМОУПРАВЛЕНИЕ»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42"/>
        <w:gridCol w:w="993"/>
        <w:gridCol w:w="1842"/>
        <w:gridCol w:w="2552"/>
        <w:gridCol w:w="3400"/>
      </w:tblGrid>
      <w:tr w:rsidR="00D15585" w:rsidRPr="00027D8D" w14:paraId="0AE8DBC4" w14:textId="51E6DA25" w:rsidTr="00AA1362">
        <w:trPr>
          <w:tblHeader/>
          <w:jc w:val="center"/>
        </w:trPr>
        <w:tc>
          <w:tcPr>
            <w:tcW w:w="4742" w:type="dxa"/>
            <w:shd w:val="clear" w:color="auto" w:fill="D9EAF7"/>
            <w:vAlign w:val="center"/>
          </w:tcPr>
          <w:p w14:paraId="5340EB4D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shd w:val="clear" w:color="auto" w:fill="D9EAF7"/>
            <w:vAlign w:val="center"/>
          </w:tcPr>
          <w:p w14:paraId="7C8FC3A2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2" w:type="dxa"/>
            <w:shd w:val="clear" w:color="auto" w:fill="D9EAF7"/>
            <w:vAlign w:val="center"/>
          </w:tcPr>
          <w:p w14:paraId="325115D0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52" w:type="dxa"/>
            <w:shd w:val="clear" w:color="auto" w:fill="D9EAF7"/>
            <w:vAlign w:val="center"/>
          </w:tcPr>
          <w:p w14:paraId="6BBE9F0E" w14:textId="77777777" w:rsidR="00D15585" w:rsidRPr="00027D8D" w:rsidRDefault="00D155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400" w:type="dxa"/>
            <w:shd w:val="clear" w:color="auto" w:fill="D9EAF7"/>
          </w:tcPr>
          <w:p w14:paraId="204B9DE0" w14:textId="0463A912" w:rsidR="00D15585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793B7F" w:rsidRPr="00027D8D" w14:paraId="0236692C" w14:textId="0FF46B73" w:rsidTr="00732CFD">
        <w:trPr>
          <w:jc w:val="center"/>
        </w:trPr>
        <w:tc>
          <w:tcPr>
            <w:tcW w:w="4742" w:type="dxa"/>
            <w:vAlign w:val="center"/>
          </w:tcPr>
          <w:p w14:paraId="2243B576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Выбор актива класса и распределение возрастосообразных поручений</w:t>
            </w:r>
          </w:p>
        </w:tc>
        <w:tc>
          <w:tcPr>
            <w:tcW w:w="993" w:type="dxa"/>
          </w:tcPr>
          <w:p w14:paraId="1A953FBE" w14:textId="54DB0A84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7468B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6ABB27A0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552" w:type="dxa"/>
            <w:vAlign w:val="center"/>
          </w:tcPr>
          <w:p w14:paraId="28EC0988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00" w:type="dxa"/>
          </w:tcPr>
          <w:p w14:paraId="2ECAE2C9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93B7F" w:rsidRPr="00027D8D" w14:paraId="3D397094" w14:textId="386B01DA" w:rsidTr="00732CFD">
        <w:trPr>
          <w:jc w:val="center"/>
        </w:trPr>
        <w:tc>
          <w:tcPr>
            <w:tcW w:w="4742" w:type="dxa"/>
            <w:vAlign w:val="center"/>
          </w:tcPr>
          <w:p w14:paraId="7C6D6A63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советы дела</w:t>
            </w:r>
          </w:p>
        </w:tc>
        <w:tc>
          <w:tcPr>
            <w:tcW w:w="993" w:type="dxa"/>
          </w:tcPr>
          <w:p w14:paraId="0C975B05" w14:textId="19B5FB04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7468B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258B8D62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Перед коллективными творческими делами</w:t>
            </w:r>
          </w:p>
        </w:tc>
        <w:tc>
          <w:tcPr>
            <w:tcW w:w="2552" w:type="dxa"/>
            <w:vAlign w:val="center"/>
          </w:tcPr>
          <w:p w14:paraId="75BBB5C6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00" w:type="dxa"/>
          </w:tcPr>
          <w:p w14:paraId="7C32D0F3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93B7F" w:rsidRPr="00BE7498" w14:paraId="0FC7D2B3" w14:textId="4486E26D" w:rsidTr="00732CFD">
        <w:trPr>
          <w:jc w:val="center"/>
        </w:trPr>
        <w:tc>
          <w:tcPr>
            <w:tcW w:w="4742" w:type="dxa"/>
            <w:vAlign w:val="center"/>
          </w:tcPr>
          <w:p w14:paraId="5FA0BD26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Банк детских инициатив «Предлагаю школе»</w:t>
            </w:r>
          </w:p>
        </w:tc>
        <w:tc>
          <w:tcPr>
            <w:tcW w:w="993" w:type="dxa"/>
          </w:tcPr>
          <w:p w14:paraId="34853D69" w14:textId="3A300C18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7468B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7691C07B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vAlign w:val="center"/>
          </w:tcPr>
          <w:p w14:paraId="509218A2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400" w:type="dxa"/>
          </w:tcPr>
          <w:p w14:paraId="05A95C06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027D8D" w14:paraId="4423EE1D" w14:textId="4D3BFF49" w:rsidTr="00732CFD">
        <w:trPr>
          <w:jc w:val="center"/>
        </w:trPr>
        <w:tc>
          <w:tcPr>
            <w:tcW w:w="4742" w:type="dxa"/>
            <w:vAlign w:val="center"/>
          </w:tcPr>
          <w:p w14:paraId="7FEADA51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Творческие, экологические и спортивные группы для подготовки мероприятий</w:t>
            </w:r>
          </w:p>
        </w:tc>
        <w:tc>
          <w:tcPr>
            <w:tcW w:w="993" w:type="dxa"/>
          </w:tcPr>
          <w:p w14:paraId="6FC64597" w14:textId="7ED387A6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7468B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2468AEEA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мере подготовки дел</w:t>
            </w:r>
          </w:p>
        </w:tc>
        <w:tc>
          <w:tcPr>
            <w:tcW w:w="2552" w:type="dxa"/>
            <w:vAlign w:val="center"/>
          </w:tcPr>
          <w:p w14:paraId="5F0B00A0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400" w:type="dxa"/>
          </w:tcPr>
          <w:p w14:paraId="11BD7AB3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93B7F" w:rsidRPr="00BE7498" w14:paraId="3E7BCB05" w14:textId="2D18DD13" w:rsidTr="00732CFD">
        <w:trPr>
          <w:jc w:val="center"/>
        </w:trPr>
        <w:tc>
          <w:tcPr>
            <w:tcW w:w="4742" w:type="dxa"/>
            <w:vAlign w:val="center"/>
          </w:tcPr>
          <w:p w14:paraId="3172AF45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Редколлегия классной или школьной газеты</w:t>
            </w:r>
          </w:p>
        </w:tc>
        <w:tc>
          <w:tcPr>
            <w:tcW w:w="993" w:type="dxa"/>
          </w:tcPr>
          <w:p w14:paraId="17BAB0A7" w14:textId="111BD25F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7468B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7017AE30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выпуск в четверть</w:t>
            </w:r>
          </w:p>
        </w:tc>
        <w:tc>
          <w:tcPr>
            <w:tcW w:w="2552" w:type="dxa"/>
            <w:vAlign w:val="center"/>
          </w:tcPr>
          <w:p w14:paraId="57825821" w14:textId="431864FD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школьный медиацентр; классные руководители</w:t>
            </w:r>
          </w:p>
        </w:tc>
        <w:tc>
          <w:tcPr>
            <w:tcW w:w="3400" w:type="dxa"/>
          </w:tcPr>
          <w:p w14:paraId="2DE5F6A6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93B7F" w:rsidRPr="00027D8D" w14:paraId="2E31074A" w14:textId="6A34027D" w:rsidTr="00732CFD">
        <w:trPr>
          <w:jc w:val="center"/>
        </w:trPr>
        <w:tc>
          <w:tcPr>
            <w:tcW w:w="4742" w:type="dxa"/>
            <w:vAlign w:val="center"/>
          </w:tcPr>
          <w:p w14:paraId="2E286146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Рефлексивные круги по итогам общих дел</w:t>
            </w:r>
          </w:p>
        </w:tc>
        <w:tc>
          <w:tcPr>
            <w:tcW w:w="993" w:type="dxa"/>
          </w:tcPr>
          <w:p w14:paraId="5E2887D4" w14:textId="19C4D72E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7468B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53EFC235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После коллективных мероприятий</w:t>
            </w:r>
          </w:p>
        </w:tc>
        <w:tc>
          <w:tcPr>
            <w:tcW w:w="2552" w:type="dxa"/>
            <w:vAlign w:val="center"/>
          </w:tcPr>
          <w:p w14:paraId="2FFA3E33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00" w:type="dxa"/>
          </w:tcPr>
          <w:p w14:paraId="68505A7C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93B7F" w:rsidRPr="00BE7498" w14:paraId="7D6A3960" w14:textId="6DAC4885" w:rsidTr="00732CFD">
        <w:trPr>
          <w:jc w:val="center"/>
        </w:trPr>
        <w:tc>
          <w:tcPr>
            <w:tcW w:w="4742" w:type="dxa"/>
            <w:vAlign w:val="center"/>
          </w:tcPr>
          <w:p w14:paraId="29F176C7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Итоговый слёт активов основной школы</w:t>
            </w:r>
          </w:p>
        </w:tc>
        <w:tc>
          <w:tcPr>
            <w:tcW w:w="993" w:type="dxa"/>
          </w:tcPr>
          <w:p w14:paraId="2F66826A" w14:textId="53BBEB12" w:rsidR="00793B7F" w:rsidRPr="00027D8D" w:rsidRDefault="00793B7F" w:rsidP="00793B7F">
            <w:pPr>
              <w:rPr>
                <w:rFonts w:cs="Times New Roman"/>
                <w:sz w:val="24"/>
                <w:szCs w:val="24"/>
              </w:rPr>
            </w:pPr>
            <w:r w:rsidRPr="007468B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0AA5F959" w14:textId="77777777" w:rsidR="00793B7F" w:rsidRPr="00027D8D" w:rsidRDefault="00793B7F" w:rsidP="00793B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552" w:type="dxa"/>
            <w:vAlign w:val="center"/>
          </w:tcPr>
          <w:p w14:paraId="1C5B80D5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Советник директора по воспитанию и взаимодействию с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детскими общественными объединениями</w:t>
            </w:r>
          </w:p>
        </w:tc>
        <w:tc>
          <w:tcPr>
            <w:tcW w:w="3400" w:type="dxa"/>
          </w:tcPr>
          <w:p w14:paraId="056711BA" w14:textId="77777777" w:rsidR="00793B7F" w:rsidRPr="00027D8D" w:rsidRDefault="00793B7F" w:rsidP="00793B7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6F281B72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70B1E31D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«ПРОФИЛАКТИКА И БЕЗОПАСНОСТЬ»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9"/>
        <w:gridCol w:w="993"/>
        <w:gridCol w:w="1842"/>
        <w:gridCol w:w="2552"/>
        <w:gridCol w:w="3499"/>
      </w:tblGrid>
      <w:tr w:rsidR="00AA1362" w:rsidRPr="00027D8D" w14:paraId="278AFA9D" w14:textId="13F55A71" w:rsidTr="00AA1362">
        <w:trPr>
          <w:tblHeader/>
          <w:jc w:val="center"/>
        </w:trPr>
        <w:tc>
          <w:tcPr>
            <w:tcW w:w="4549" w:type="dxa"/>
            <w:shd w:val="clear" w:color="auto" w:fill="D9EAF7"/>
            <w:vAlign w:val="center"/>
          </w:tcPr>
          <w:p w14:paraId="7362D5BB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  <w:shd w:val="clear" w:color="auto" w:fill="D9EAF7"/>
            <w:vAlign w:val="center"/>
          </w:tcPr>
          <w:p w14:paraId="31AE4D10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2" w:type="dxa"/>
            <w:shd w:val="clear" w:color="auto" w:fill="D9EAF7"/>
            <w:vAlign w:val="center"/>
          </w:tcPr>
          <w:p w14:paraId="06CF287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52" w:type="dxa"/>
            <w:shd w:val="clear" w:color="auto" w:fill="D9EAF7"/>
            <w:vAlign w:val="center"/>
          </w:tcPr>
          <w:p w14:paraId="54504C4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499" w:type="dxa"/>
            <w:shd w:val="clear" w:color="auto" w:fill="D9EAF7"/>
          </w:tcPr>
          <w:p w14:paraId="469B6EC0" w14:textId="7E59D799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2F18C6" w:rsidRPr="00BE7498" w14:paraId="439BB245" w14:textId="77777777" w:rsidTr="002F18C6">
        <w:trPr>
          <w:jc w:val="center"/>
        </w:trPr>
        <w:tc>
          <w:tcPr>
            <w:tcW w:w="13435" w:type="dxa"/>
            <w:gridSpan w:val="5"/>
            <w:shd w:val="clear" w:color="auto" w:fill="FF0000"/>
          </w:tcPr>
          <w:p w14:paraId="63AECA81" w14:textId="1FCBD230" w:rsidR="002F18C6" w:rsidRPr="002F18C6" w:rsidRDefault="002F18C6" w:rsidP="002F18C6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bookmarkStart w:id="2" w:name="_Hlk237684876"/>
            <w:r w:rsidRPr="002F18C6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>Профилактика половой неприкосновенности, домашнего</w:t>
            </w:r>
            <w:r w:rsidRPr="002F18C6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Pr="002F18C6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>насилия и жестокого обращения</w:t>
            </w:r>
          </w:p>
        </w:tc>
      </w:tr>
      <w:tr w:rsidR="007678A9" w:rsidRPr="00BE7498" w14:paraId="18B174B8" w14:textId="53F4A373" w:rsidTr="00BD3559">
        <w:trPr>
          <w:jc w:val="center"/>
        </w:trPr>
        <w:tc>
          <w:tcPr>
            <w:tcW w:w="4549" w:type="dxa"/>
          </w:tcPr>
          <w:p w14:paraId="19BD2311" w14:textId="2191A8F4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color w:val="000000"/>
                <w:sz w:val="24"/>
                <w:szCs w:val="24"/>
                <w:lang w:val="ru-RU"/>
              </w:rPr>
              <w:t>МО классных руководителей по теме «Профилактика жестокого обращения в семье»</w:t>
            </w:r>
          </w:p>
        </w:tc>
        <w:tc>
          <w:tcPr>
            <w:tcW w:w="993" w:type="dxa"/>
          </w:tcPr>
          <w:p w14:paraId="07F70857" w14:textId="526F76AD" w:rsidR="007678A9" w:rsidRPr="00103968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A001C">
              <w:t>10-11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B0797D2" w14:textId="41AD5E47" w:rsidR="007678A9" w:rsidRPr="00103968" w:rsidRDefault="007678A9" w:rsidP="007678A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306AD00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22279F5C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65195566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14:paraId="5D581F31" w14:textId="17EE271D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Коваленко Л.Б.</w:t>
            </w:r>
          </w:p>
        </w:tc>
        <w:tc>
          <w:tcPr>
            <w:tcW w:w="3499" w:type="dxa"/>
          </w:tcPr>
          <w:p w14:paraId="6B2F5B9A" w14:textId="77777777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678A9" w:rsidRPr="00BE7498" w14:paraId="649FBE08" w14:textId="77777777" w:rsidTr="00BD3559">
        <w:trPr>
          <w:jc w:val="center"/>
        </w:trPr>
        <w:tc>
          <w:tcPr>
            <w:tcW w:w="4549" w:type="dxa"/>
          </w:tcPr>
          <w:p w14:paraId="7164F261" w14:textId="6C0B5D7F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color w:val="000000"/>
                <w:sz w:val="24"/>
                <w:szCs w:val="24"/>
                <w:lang w:val="ru-RU"/>
              </w:rPr>
              <w:t xml:space="preserve">Методическое совещание: «Насилие в школе. </w:t>
            </w:r>
            <w:r w:rsidRPr="00BD607E">
              <w:rPr>
                <w:color w:val="000000"/>
                <w:sz w:val="24"/>
                <w:szCs w:val="24"/>
                <w:lang w:val="ru-RU"/>
              </w:rPr>
              <w:t>Травля»</w:t>
            </w:r>
          </w:p>
        </w:tc>
        <w:tc>
          <w:tcPr>
            <w:tcW w:w="993" w:type="dxa"/>
          </w:tcPr>
          <w:p w14:paraId="48B3790F" w14:textId="1928A570" w:rsidR="007678A9" w:rsidRPr="00BD607E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A001C">
              <w:t>10-11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8381E2D" w14:textId="265F3D15" w:rsidR="007678A9" w:rsidRPr="00027D8D" w:rsidRDefault="007678A9" w:rsidP="007678A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EB7154A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40B87660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7FA20714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05F6920A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 Мин Н.О.</w:t>
            </w:r>
          </w:p>
          <w:p w14:paraId="0BEA6324" w14:textId="77777777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39EA17CC" w14:textId="77777777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678A9" w:rsidRPr="00BE7498" w14:paraId="7732DEBD" w14:textId="77777777" w:rsidTr="00BD3559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D6AAF06" w14:textId="5215804C" w:rsidR="007678A9" w:rsidRPr="00103968" w:rsidRDefault="007678A9" w:rsidP="007678A9">
            <w:pPr>
              <w:rPr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Рассмотрение на Совете профилактики: «Проблемы обучающихся, попавших в трудную жизненную ситуацию, по фактам выявления случаев жестокого обращения»</w:t>
            </w:r>
          </w:p>
        </w:tc>
        <w:tc>
          <w:tcPr>
            <w:tcW w:w="993" w:type="dxa"/>
          </w:tcPr>
          <w:p w14:paraId="70C935CB" w14:textId="475F8451" w:rsidR="007678A9" w:rsidRPr="002F18C6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A001C">
              <w:t>10-11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BA5808F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2741C697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7221AAEC" w14:textId="216C6420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111111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649EE39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Администрация школы</w:t>
            </w:r>
          </w:p>
          <w:p w14:paraId="6D44EF4C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Инспектор ПДН </w:t>
            </w:r>
          </w:p>
          <w:p w14:paraId="089D3AB6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Рогожина А.В.</w:t>
            </w:r>
          </w:p>
          <w:p w14:paraId="10A71B72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75D493B1" w14:textId="77777777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678A9" w:rsidRPr="00027D8D" w14:paraId="70703AC7" w14:textId="77777777" w:rsidTr="00BD3559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48BD8CD" w14:textId="1DE7C6E4" w:rsidR="007678A9" w:rsidRPr="00103968" w:rsidRDefault="007678A9" w:rsidP="007678A9">
            <w:pPr>
              <w:rPr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Выявление случаев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жестокого обращения с детьми в семье и в школе</w:t>
            </w:r>
          </w:p>
        </w:tc>
        <w:tc>
          <w:tcPr>
            <w:tcW w:w="993" w:type="dxa"/>
          </w:tcPr>
          <w:p w14:paraId="440900B9" w14:textId="3663EDF8" w:rsidR="007678A9" w:rsidRPr="002F18C6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A001C">
              <w:t>10-11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86D814A" w14:textId="12E21496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63C8860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5B488219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07B3CDE8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17EEE213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Педагог-психолог </w:t>
            </w:r>
          </w:p>
          <w:p w14:paraId="4263AD7F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0503BCA1" w14:textId="77777777" w:rsidR="007678A9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0C05C3AF" w14:textId="7B6817A5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1-11 классов.</w:t>
            </w:r>
          </w:p>
        </w:tc>
        <w:tc>
          <w:tcPr>
            <w:tcW w:w="3499" w:type="dxa"/>
          </w:tcPr>
          <w:p w14:paraId="5430D535" w14:textId="77777777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678A9" w:rsidRPr="00BE7498" w14:paraId="2A4055F5" w14:textId="77777777" w:rsidTr="00BD3559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C37A39A" w14:textId="5FC5E627" w:rsidR="007678A9" w:rsidRPr="00103968" w:rsidRDefault="007678A9" w:rsidP="007678A9">
            <w:pPr>
              <w:rPr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Работа с обращениями, жалобами </w:t>
            </w: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участников образовательного процесса.</w:t>
            </w:r>
          </w:p>
        </w:tc>
        <w:tc>
          <w:tcPr>
            <w:tcW w:w="993" w:type="dxa"/>
          </w:tcPr>
          <w:p w14:paraId="1D8C1E1E" w14:textId="32AD1511" w:rsidR="007678A9" w:rsidRPr="002F18C6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A001C">
              <w:lastRenderedPageBreak/>
              <w:t>10-11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36C3034" w14:textId="13F51881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При </w:t>
            </w:r>
            <w:r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возникновении ситуации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5F01704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Зам.директора по УВР</w:t>
            </w:r>
          </w:p>
          <w:p w14:paraId="16AFECCA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Заргарян С.В.</w:t>
            </w:r>
          </w:p>
          <w:p w14:paraId="761BD06E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2417FE01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14:paraId="47783186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0882036D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7ECA197A" w14:textId="77777777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678A9" w:rsidRPr="00BE7498" w14:paraId="63D80075" w14:textId="77777777" w:rsidTr="00BD3559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AB41BC0" w14:textId="461B5164" w:rsidR="007678A9" w:rsidRPr="00103968" w:rsidRDefault="007678A9" w:rsidP="007678A9">
            <w:pPr>
              <w:rPr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Проведение индивидуальной работы с детьми, проявляющими агрессивность среди сверстников, с семьями, где наблюдается насилие над детьми.</w:t>
            </w:r>
          </w:p>
        </w:tc>
        <w:tc>
          <w:tcPr>
            <w:tcW w:w="993" w:type="dxa"/>
          </w:tcPr>
          <w:p w14:paraId="7A99739B" w14:textId="350DFC14" w:rsidR="007678A9" w:rsidRPr="002F18C6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A001C">
              <w:t>10-11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BF4FFDC" w14:textId="68E153A8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591E47">
              <w:rPr>
                <w:rFonts w:cs="Times New Roman"/>
                <w:color w:val="000000"/>
                <w:sz w:val="24"/>
                <w:szCs w:val="24"/>
                <w:lang w:val="ru-RU"/>
              </w:rPr>
              <w:t>При возникновении ситуации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FF9E5E1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70F4C2A6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78DC594E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385B010B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14:paraId="1643D8A4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3108932F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31033A15" w14:textId="77777777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678A9" w:rsidRPr="00BE7498" w14:paraId="5B4E56F9" w14:textId="77777777" w:rsidTr="00BD3559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394D536" w14:textId="13205D91" w:rsidR="007678A9" w:rsidRPr="002F18C6" w:rsidRDefault="007678A9" w:rsidP="007678A9">
            <w:pPr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Консультации родителей по вопросам профилактики жестокого обращения в семье и школе</w:t>
            </w:r>
          </w:p>
        </w:tc>
        <w:tc>
          <w:tcPr>
            <w:tcW w:w="993" w:type="dxa"/>
          </w:tcPr>
          <w:p w14:paraId="5FC469C2" w14:textId="748C4901" w:rsidR="007678A9" w:rsidRPr="002F18C6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A001C">
              <w:t>10-11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D1A1BF5" w14:textId="3FC85684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591E47">
              <w:rPr>
                <w:rFonts w:cs="Times New Roman"/>
                <w:color w:val="000000"/>
                <w:sz w:val="24"/>
                <w:szCs w:val="24"/>
                <w:lang w:val="ru-RU"/>
              </w:rPr>
              <w:t>При возникновении ситуации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D69C505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1DB8306D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3E2696BF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6971EC5C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14:paraId="5285707E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3DAF4FBC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0992AEF3" w14:textId="77777777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7678A9" w:rsidRPr="00BE7498" w14:paraId="695ACB3E" w14:textId="77777777" w:rsidTr="00BD3559">
        <w:trPr>
          <w:jc w:val="center"/>
        </w:trPr>
        <w:tc>
          <w:tcPr>
            <w:tcW w:w="4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C560C47" w14:textId="5BB251D3" w:rsidR="007678A9" w:rsidRPr="002F18C6" w:rsidRDefault="007678A9" w:rsidP="007678A9">
            <w:pPr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Сотрудничество с КДН, ПДН, службами опеки в работе с несовершеннолетними, молодежью по профилактике семейного неблагополучия, безнадзорности детей, правонарушений.</w:t>
            </w:r>
          </w:p>
        </w:tc>
        <w:tc>
          <w:tcPr>
            <w:tcW w:w="993" w:type="dxa"/>
          </w:tcPr>
          <w:p w14:paraId="5C21C1BA" w14:textId="44D99EFA" w:rsidR="007678A9" w:rsidRPr="002F18C6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A001C">
              <w:t>10-11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4398144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0D20F256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1611F6C8" w14:textId="43FD7E8C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111111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EEC8843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Администрация школы</w:t>
            </w:r>
          </w:p>
          <w:p w14:paraId="03347684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Инспектор ПДН </w:t>
            </w:r>
          </w:p>
          <w:p w14:paraId="0EB36951" w14:textId="77777777" w:rsidR="007678A9" w:rsidRPr="002F18C6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Рогожина А.В.</w:t>
            </w:r>
          </w:p>
          <w:p w14:paraId="4A3513F3" w14:textId="77777777" w:rsidR="007678A9" w:rsidRPr="00103968" w:rsidRDefault="007678A9" w:rsidP="007678A9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714B1B14" w14:textId="77777777" w:rsidR="007678A9" w:rsidRPr="00027D8D" w:rsidRDefault="007678A9" w:rsidP="007678A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bookmarkEnd w:id="2"/>
      <w:tr w:rsidR="00103968" w:rsidRPr="00027D8D" w14:paraId="58F522F4" w14:textId="77777777" w:rsidTr="00103968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2C4B1F1B" w14:textId="1FDB2EB1" w:rsidR="00103968" w:rsidRPr="00027D8D" w:rsidRDefault="00103968" w:rsidP="0010396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Дорожная безопасность</w:t>
            </w:r>
          </w:p>
        </w:tc>
      </w:tr>
      <w:tr w:rsidR="00EF3737" w:rsidRPr="00BE7498" w14:paraId="2D3740DA" w14:textId="77777777" w:rsidTr="00830D7F">
        <w:trPr>
          <w:jc w:val="center"/>
        </w:trPr>
        <w:tc>
          <w:tcPr>
            <w:tcW w:w="4549" w:type="dxa"/>
            <w:vAlign w:val="center"/>
          </w:tcPr>
          <w:p w14:paraId="6C524D03" w14:textId="23A2E38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Практическое занятие «Безопасный маршрут: дом — школа — дом»</w:t>
            </w:r>
          </w:p>
        </w:tc>
        <w:tc>
          <w:tcPr>
            <w:tcW w:w="993" w:type="dxa"/>
          </w:tcPr>
          <w:p w14:paraId="2C61634D" w14:textId="4E36B25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F6B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2F2B5A83" w14:textId="514DF3EE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 2026 года; январь 2027 года</w:t>
            </w:r>
          </w:p>
        </w:tc>
        <w:tc>
          <w:tcPr>
            <w:tcW w:w="2552" w:type="dxa"/>
            <w:vAlign w:val="center"/>
          </w:tcPr>
          <w:p w14:paraId="2D3C2FC1" w14:textId="3693DA70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представитель Госавтоинспекции — по согласованию</w:t>
            </w:r>
          </w:p>
        </w:tc>
        <w:tc>
          <w:tcPr>
            <w:tcW w:w="3499" w:type="dxa"/>
          </w:tcPr>
          <w:p w14:paraId="7900C29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1BB87786" w14:textId="12DA0135" w:rsidTr="00830D7F">
        <w:trPr>
          <w:jc w:val="center"/>
        </w:trPr>
        <w:tc>
          <w:tcPr>
            <w:tcW w:w="4549" w:type="dxa"/>
            <w:vAlign w:val="center"/>
          </w:tcPr>
          <w:p w14:paraId="6AD7691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993" w:type="dxa"/>
          </w:tcPr>
          <w:p w14:paraId="64E89F87" w14:textId="399483C4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F6B08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4B3CF328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552" w:type="dxa"/>
            <w:vAlign w:val="center"/>
          </w:tcPr>
          <w:p w14:paraId="7C491BB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Ответственный за комплексную безопасность; классные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руководители</w:t>
            </w:r>
          </w:p>
        </w:tc>
        <w:tc>
          <w:tcPr>
            <w:tcW w:w="3499" w:type="dxa"/>
          </w:tcPr>
          <w:p w14:paraId="506D153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20646E" w:rsidRPr="00027D8D" w14:paraId="3F2161CE" w14:textId="77777777" w:rsidTr="0020646E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3C87C1C4" w14:textId="5056B1B3" w:rsidR="0020646E" w:rsidRPr="00027D8D" w:rsidRDefault="0020646E" w:rsidP="0020646E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lastRenderedPageBreak/>
              <w:t>План работы</w:t>
            </w:r>
          </w:p>
        </w:tc>
      </w:tr>
      <w:tr w:rsidR="00EF3737" w:rsidRPr="00027D8D" w14:paraId="4F2FF5F3" w14:textId="77777777" w:rsidTr="00AD037D">
        <w:trPr>
          <w:jc w:val="center"/>
        </w:trPr>
        <w:tc>
          <w:tcPr>
            <w:tcW w:w="4549" w:type="dxa"/>
            <w:vAlign w:val="center"/>
          </w:tcPr>
          <w:p w14:paraId="00B6E8A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Ознакомление педагогического коллектива с нормативными и методическими документами по предупреждению ДДТТ</w:t>
            </w:r>
          </w:p>
          <w:p w14:paraId="05ED6D7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008DD4DD" w14:textId="6AA7774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5C2BD935" w14:textId="69678DF4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</w:tcPr>
          <w:p w14:paraId="1938A591" w14:textId="04C5DBCE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3499" w:type="dxa"/>
          </w:tcPr>
          <w:p w14:paraId="2D346C6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252BCF10" w14:textId="77777777" w:rsidTr="00AD037D">
        <w:trPr>
          <w:jc w:val="center"/>
        </w:trPr>
        <w:tc>
          <w:tcPr>
            <w:tcW w:w="4549" w:type="dxa"/>
            <w:vAlign w:val="center"/>
          </w:tcPr>
          <w:p w14:paraId="45506DE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Заседания МО классных руководителей по организации профилактики ДДТТ</w:t>
            </w:r>
          </w:p>
          <w:p w14:paraId="743BE43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38AE3D89" w14:textId="078774D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0F7B95DA" w14:textId="44BDB7DC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</w:tcPr>
          <w:p w14:paraId="133080F3" w14:textId="358E25C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Зам.директора по ВР</w:t>
            </w:r>
          </w:p>
        </w:tc>
        <w:tc>
          <w:tcPr>
            <w:tcW w:w="3499" w:type="dxa"/>
          </w:tcPr>
          <w:p w14:paraId="46CF98F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7A4FEE5C" w14:textId="77777777" w:rsidTr="00AD037D">
        <w:trPr>
          <w:jc w:val="center"/>
        </w:trPr>
        <w:tc>
          <w:tcPr>
            <w:tcW w:w="4549" w:type="dxa"/>
            <w:vAlign w:val="center"/>
          </w:tcPr>
          <w:p w14:paraId="579C9A2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Совещание педагогического коллектива  "Работа классных руководителей по дорожной безопасности обучающихся"</w:t>
            </w:r>
          </w:p>
          <w:p w14:paraId="4304C24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289D27C8" w14:textId="2164D2F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300BFA46" w14:textId="3D43542E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</w:tcPr>
          <w:p w14:paraId="568D285E" w14:textId="294D43F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Зам.директора по ВР</w:t>
            </w:r>
          </w:p>
        </w:tc>
        <w:tc>
          <w:tcPr>
            <w:tcW w:w="3499" w:type="dxa"/>
          </w:tcPr>
          <w:p w14:paraId="00528F4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29F7D956" w14:textId="77777777" w:rsidTr="00AD037D">
        <w:trPr>
          <w:jc w:val="center"/>
        </w:trPr>
        <w:tc>
          <w:tcPr>
            <w:tcW w:w="4549" w:type="dxa"/>
            <w:vAlign w:val="center"/>
          </w:tcPr>
          <w:p w14:paraId="1E52A102" w14:textId="27D5A8D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Проведение организационно-технических мероприятий по обеспечению безопасных условий при организации перевозки учащихся на автобусе.</w:t>
            </w:r>
          </w:p>
        </w:tc>
        <w:tc>
          <w:tcPr>
            <w:tcW w:w="993" w:type="dxa"/>
          </w:tcPr>
          <w:p w14:paraId="62F79BB2" w14:textId="3829DEB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501CF0ED" w14:textId="5B0139B5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552" w:type="dxa"/>
          </w:tcPr>
          <w:p w14:paraId="01539835" w14:textId="1435962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Зам.директора по ВР</w:t>
            </w:r>
          </w:p>
        </w:tc>
        <w:tc>
          <w:tcPr>
            <w:tcW w:w="3499" w:type="dxa"/>
          </w:tcPr>
          <w:p w14:paraId="7F02D02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778EEDF7" w14:textId="77777777" w:rsidTr="00AD037D">
        <w:trPr>
          <w:jc w:val="center"/>
        </w:trPr>
        <w:tc>
          <w:tcPr>
            <w:tcW w:w="4549" w:type="dxa"/>
            <w:vAlign w:val="center"/>
          </w:tcPr>
          <w:p w14:paraId="2C7E994A" w14:textId="381E975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Оформление классных уголков безопасности  </w:t>
            </w:r>
          </w:p>
        </w:tc>
        <w:tc>
          <w:tcPr>
            <w:tcW w:w="993" w:type="dxa"/>
          </w:tcPr>
          <w:p w14:paraId="0FCB8906" w14:textId="44018FD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0E545631" w14:textId="590FBC2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август - сентябрь</w:t>
            </w:r>
          </w:p>
        </w:tc>
        <w:tc>
          <w:tcPr>
            <w:tcW w:w="2552" w:type="dxa"/>
          </w:tcPr>
          <w:p w14:paraId="547B5351" w14:textId="66CD2E5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3499" w:type="dxa"/>
          </w:tcPr>
          <w:p w14:paraId="1A38292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B985B1B" w14:textId="77777777" w:rsidTr="00AD037D">
        <w:trPr>
          <w:jc w:val="center"/>
        </w:trPr>
        <w:tc>
          <w:tcPr>
            <w:tcW w:w="4549" w:type="dxa"/>
            <w:vAlign w:val="center"/>
          </w:tcPr>
          <w:p w14:paraId="3954CF3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Разработка методического пособия по профилактике ДДТТ</w:t>
            </w:r>
          </w:p>
          <w:p w14:paraId="2317555B" w14:textId="08A1DF3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Обновление методического и дидактического материала</w:t>
            </w:r>
          </w:p>
        </w:tc>
        <w:tc>
          <w:tcPr>
            <w:tcW w:w="993" w:type="dxa"/>
          </w:tcPr>
          <w:p w14:paraId="51323B81" w14:textId="58BFB7E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0F21AD97" w14:textId="4BB2177B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1A0D38A6" w14:textId="15B30A1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Зам.директора по ВР классные руководители</w:t>
            </w:r>
          </w:p>
        </w:tc>
        <w:tc>
          <w:tcPr>
            <w:tcW w:w="3499" w:type="dxa"/>
          </w:tcPr>
          <w:p w14:paraId="0842F40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4EC48016" w14:textId="77777777" w:rsidTr="00AD037D">
        <w:trPr>
          <w:jc w:val="center"/>
        </w:trPr>
        <w:tc>
          <w:tcPr>
            <w:tcW w:w="4549" w:type="dxa"/>
            <w:vAlign w:val="center"/>
          </w:tcPr>
          <w:p w14:paraId="5425FEB6" w14:textId="44FD3AA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Планирование работы классных руководителей по обучению детей безопасному поведению на дорогах </w:t>
            </w:r>
          </w:p>
        </w:tc>
        <w:tc>
          <w:tcPr>
            <w:tcW w:w="993" w:type="dxa"/>
          </w:tcPr>
          <w:p w14:paraId="50A9601C" w14:textId="5E8212F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0CD903C4" w14:textId="0A3BB86E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7C7237C3" w14:textId="3EBF3A7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Зам. директора по ВР, классные руководители</w:t>
            </w:r>
          </w:p>
        </w:tc>
        <w:tc>
          <w:tcPr>
            <w:tcW w:w="3499" w:type="dxa"/>
          </w:tcPr>
          <w:p w14:paraId="44D2319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307CE1D0" w14:textId="77777777" w:rsidTr="00AD037D">
        <w:trPr>
          <w:jc w:val="center"/>
        </w:trPr>
        <w:tc>
          <w:tcPr>
            <w:tcW w:w="4549" w:type="dxa"/>
            <w:vAlign w:val="center"/>
          </w:tcPr>
          <w:p w14:paraId="4FC147AE" w14:textId="41C064F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Планирование и организация работы «Родительского патруля» </w:t>
            </w:r>
          </w:p>
        </w:tc>
        <w:tc>
          <w:tcPr>
            <w:tcW w:w="993" w:type="dxa"/>
          </w:tcPr>
          <w:p w14:paraId="44E7CD41" w14:textId="3C9DF32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0BBA17CC" w14:textId="301F1945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</w:tcPr>
          <w:p w14:paraId="7D2FB723" w14:textId="4932525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Зам. директора по ВР, классные руководители</w:t>
            </w:r>
          </w:p>
        </w:tc>
        <w:tc>
          <w:tcPr>
            <w:tcW w:w="3499" w:type="dxa"/>
          </w:tcPr>
          <w:p w14:paraId="2A91A53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28EA540A" w14:textId="77777777" w:rsidTr="00AD037D">
        <w:trPr>
          <w:jc w:val="center"/>
        </w:trPr>
        <w:tc>
          <w:tcPr>
            <w:tcW w:w="4549" w:type="dxa"/>
            <w:vAlign w:val="center"/>
          </w:tcPr>
          <w:p w14:paraId="313448FB" w14:textId="0CEF714B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Совещание педагогического  коллектива по теме:  "Статистика дорожно - транспортных происшествий в Ростовской области. Профилактическая работа в ОУ по ПДДТ"</w:t>
            </w:r>
          </w:p>
        </w:tc>
        <w:tc>
          <w:tcPr>
            <w:tcW w:w="993" w:type="dxa"/>
          </w:tcPr>
          <w:p w14:paraId="3DE09E20" w14:textId="4644B6E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00BE4B81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года</w:t>
            </w:r>
          </w:p>
          <w:p w14:paraId="6D1EFC67" w14:textId="1F6346D1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</w:tcPr>
          <w:p w14:paraId="58C5DFE5" w14:textId="2A8D205B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Зам.директора по ВР</w:t>
            </w:r>
          </w:p>
        </w:tc>
        <w:tc>
          <w:tcPr>
            <w:tcW w:w="3499" w:type="dxa"/>
          </w:tcPr>
          <w:p w14:paraId="3A2B445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3BA84443" w14:textId="77777777" w:rsidTr="00AD037D">
        <w:trPr>
          <w:jc w:val="center"/>
        </w:trPr>
        <w:tc>
          <w:tcPr>
            <w:tcW w:w="4549" w:type="dxa"/>
            <w:vAlign w:val="center"/>
          </w:tcPr>
          <w:p w14:paraId="5983C970" w14:textId="36BCF6D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Планирование и организация деятельности профильного отряда ЮИД  (по отдельному плану)</w:t>
            </w:r>
          </w:p>
        </w:tc>
        <w:tc>
          <w:tcPr>
            <w:tcW w:w="993" w:type="dxa"/>
          </w:tcPr>
          <w:p w14:paraId="2FD3A4C1" w14:textId="48ADBDFD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65645C7F" w14:textId="75B0F7FA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552" w:type="dxa"/>
          </w:tcPr>
          <w:p w14:paraId="563D72EA" w14:textId="34F7B9F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Зам.директора по ВР Руководитель отряда ЮИД</w:t>
            </w:r>
          </w:p>
        </w:tc>
        <w:tc>
          <w:tcPr>
            <w:tcW w:w="3499" w:type="dxa"/>
          </w:tcPr>
          <w:p w14:paraId="0E6E61B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5B90E10" w14:textId="77777777" w:rsidTr="00BB74F8">
        <w:trPr>
          <w:jc w:val="center"/>
        </w:trPr>
        <w:tc>
          <w:tcPr>
            <w:tcW w:w="4549" w:type="dxa"/>
          </w:tcPr>
          <w:p w14:paraId="57F96D7B" w14:textId="23975A7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Преподавание основ безопасного поведения на улицах и дорогах в рамках учебных дисциплин и внеурочной деятельности по программе ЮИД</w:t>
            </w:r>
          </w:p>
        </w:tc>
        <w:tc>
          <w:tcPr>
            <w:tcW w:w="993" w:type="dxa"/>
          </w:tcPr>
          <w:p w14:paraId="16E9E38C" w14:textId="5AF530A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25CB3FDD" w14:textId="3415355B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1B44D5B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предметники, педагог-организатор</w:t>
            </w:r>
          </w:p>
          <w:p w14:paraId="015DB823" w14:textId="3AC8CD0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</w:tc>
        <w:tc>
          <w:tcPr>
            <w:tcW w:w="3499" w:type="dxa"/>
          </w:tcPr>
          <w:p w14:paraId="036DC8B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78616391" w14:textId="77777777" w:rsidTr="00BB74F8">
        <w:trPr>
          <w:jc w:val="center"/>
        </w:trPr>
        <w:tc>
          <w:tcPr>
            <w:tcW w:w="4549" w:type="dxa"/>
          </w:tcPr>
          <w:p w14:paraId="0075E9A3" w14:textId="77777777" w:rsidR="00EF3737" w:rsidRPr="00027D8D" w:rsidRDefault="00EF3737" w:rsidP="00EF3737">
            <w:pPr>
              <w:jc w:val="both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Месячник по безопасности дорожного движения 1-11 классы:</w:t>
            </w:r>
          </w:p>
          <w:p w14:paraId="4690CF5B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-Профилактическое мероприятие </w:t>
            </w: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«Внимание, дети!»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 в микрорайон  школы; </w:t>
            </w:r>
          </w:p>
          <w:p w14:paraId="3982966E" w14:textId="597ECE93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-проведение инструктажей, профилактических бесед по безопасности дорожного </w:t>
            </w:r>
          </w:p>
          <w:p w14:paraId="61D1BB12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встречи с инспекторами;</w:t>
            </w:r>
          </w:p>
          <w:p w14:paraId="46029BD2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   выпуск и распространение буклетов;</w:t>
            </w:r>
          </w:p>
          <w:p w14:paraId="49D45A4B" w14:textId="5234DAC8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оформление школьного стенда и классных уголков по предупреждению детского травматизма на дорогах</w:t>
            </w:r>
          </w:p>
        </w:tc>
        <w:tc>
          <w:tcPr>
            <w:tcW w:w="993" w:type="dxa"/>
          </w:tcPr>
          <w:p w14:paraId="7298BDEB" w14:textId="51DC8D8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2CACC0BF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A6B2D4F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</w:p>
          <w:p w14:paraId="7CB62C4D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8BAD5EE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446ECB8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руководители, педагог- организатор, сотрудники Госавтоинспекции,</w:t>
            </w:r>
          </w:p>
          <w:p w14:paraId="6981E9A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библиотекарь школы</w:t>
            </w:r>
          </w:p>
          <w:p w14:paraId="62AE0B83" w14:textId="37EDAB0C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</w:tc>
        <w:tc>
          <w:tcPr>
            <w:tcW w:w="3499" w:type="dxa"/>
          </w:tcPr>
          <w:p w14:paraId="49FC8AB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7E9F25EE" w14:textId="77777777" w:rsidTr="000874EF">
        <w:trPr>
          <w:jc w:val="center"/>
        </w:trPr>
        <w:tc>
          <w:tcPr>
            <w:tcW w:w="4549" w:type="dxa"/>
          </w:tcPr>
          <w:p w14:paraId="0085513E" w14:textId="1A5623B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Видеоурок по теме: "Правила дорожного движения"1-11 классы</w:t>
            </w:r>
          </w:p>
        </w:tc>
        <w:tc>
          <w:tcPr>
            <w:tcW w:w="993" w:type="dxa"/>
          </w:tcPr>
          <w:p w14:paraId="158A6861" w14:textId="28DC91E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79D31532" w14:textId="73CE88DF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vAlign w:val="center"/>
          </w:tcPr>
          <w:p w14:paraId="60CEE0ED" w14:textId="77777777" w:rsidR="00EF3737" w:rsidRPr="00027D8D" w:rsidRDefault="00EF3737" w:rsidP="00EF3737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педагог-организатор</w:t>
            </w:r>
          </w:p>
          <w:p w14:paraId="31E12134" w14:textId="7B97CA7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24C397B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4A44F3C4" w14:textId="77777777" w:rsidTr="00B669D2">
        <w:trPr>
          <w:jc w:val="center"/>
        </w:trPr>
        <w:tc>
          <w:tcPr>
            <w:tcW w:w="4549" w:type="dxa"/>
          </w:tcPr>
          <w:p w14:paraId="4DDB365D" w14:textId="206C47B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Муниципальный конкурс - соревнование среди юных инспекторов дорожного движения «Безопасное колесо»</w:t>
            </w:r>
          </w:p>
        </w:tc>
        <w:tc>
          <w:tcPr>
            <w:tcW w:w="993" w:type="dxa"/>
          </w:tcPr>
          <w:p w14:paraId="6DC171E3" w14:textId="1D67B08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313B0515" w14:textId="5565B970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</w:tcPr>
          <w:p w14:paraId="403EB498" w14:textId="7238935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Педагог-организатор  </w:t>
            </w:r>
          </w:p>
        </w:tc>
        <w:tc>
          <w:tcPr>
            <w:tcW w:w="3499" w:type="dxa"/>
          </w:tcPr>
          <w:p w14:paraId="40A30D6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13F3DEBC" w14:textId="77777777" w:rsidTr="007E4D12">
        <w:trPr>
          <w:jc w:val="center"/>
        </w:trPr>
        <w:tc>
          <w:tcPr>
            <w:tcW w:w="4549" w:type="dxa"/>
          </w:tcPr>
          <w:p w14:paraId="7DF3091A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Мероприятия в рамках </w:t>
            </w: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"Единого дня правил дорожного движения"</w:t>
            </w:r>
          </w:p>
          <w:p w14:paraId="6FB133F0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-инструктажи - беседы по правилам поведения на улицах, на проезжей части во время осенних каникул;</w:t>
            </w:r>
          </w:p>
          <w:p w14:paraId="65931F35" w14:textId="7C22640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информация на стенде (фойе 1 этажа) «Правила поведения в период осенних каникул, правила поведения на проезжей части»</w:t>
            </w:r>
          </w:p>
        </w:tc>
        <w:tc>
          <w:tcPr>
            <w:tcW w:w="993" w:type="dxa"/>
          </w:tcPr>
          <w:p w14:paraId="58211E6D" w14:textId="5D00EAFB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09992434" w14:textId="3A87E33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</w:tcPr>
          <w:p w14:paraId="035F4F9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 организатор,</w:t>
            </w:r>
          </w:p>
          <w:p w14:paraId="7A7D76D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руководители, библиотекарь школы</w:t>
            </w:r>
          </w:p>
          <w:p w14:paraId="3A44591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  <w:p w14:paraId="530E81E2" w14:textId="6B1B8D1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6E998E4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4E027683" w14:textId="77777777" w:rsidTr="007E4D12">
        <w:trPr>
          <w:jc w:val="center"/>
        </w:trPr>
        <w:tc>
          <w:tcPr>
            <w:tcW w:w="4549" w:type="dxa"/>
          </w:tcPr>
          <w:p w14:paraId="76F2440F" w14:textId="4E63C19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Распространение  памяток по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обеспечению безопасности дорожного движения</w:t>
            </w:r>
          </w:p>
        </w:tc>
        <w:tc>
          <w:tcPr>
            <w:tcW w:w="993" w:type="dxa"/>
          </w:tcPr>
          <w:p w14:paraId="4729E5F1" w14:textId="464C816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842" w:type="dxa"/>
          </w:tcPr>
          <w:p w14:paraId="2D671702" w14:textId="0A24938B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</w:tcPr>
          <w:p w14:paraId="1AFFB5B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классные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руководители, библиотекарь школы </w:t>
            </w:r>
          </w:p>
          <w:p w14:paraId="66EA7400" w14:textId="5EEB271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4B7120C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51A961AF" w14:textId="77777777" w:rsidTr="007E4D12">
        <w:trPr>
          <w:jc w:val="center"/>
        </w:trPr>
        <w:tc>
          <w:tcPr>
            <w:tcW w:w="4549" w:type="dxa"/>
          </w:tcPr>
          <w:p w14:paraId="20C2F62F" w14:textId="6406E3D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Профилактические беседы обучающихся школы с инспекторами по ПДД в рамках классных часов, общешкольных мероприятий, круглых столов</w:t>
            </w:r>
          </w:p>
        </w:tc>
        <w:tc>
          <w:tcPr>
            <w:tcW w:w="993" w:type="dxa"/>
          </w:tcPr>
          <w:p w14:paraId="726B21A4" w14:textId="0D268CD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12F6961A" w14:textId="383CF7D0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4 неделя октября</w:t>
            </w:r>
          </w:p>
        </w:tc>
        <w:tc>
          <w:tcPr>
            <w:tcW w:w="2552" w:type="dxa"/>
          </w:tcPr>
          <w:p w14:paraId="18E9314C" w14:textId="7E476FA0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инспекторы Госавтоинспекции, педагог-организатор, классные руководители</w:t>
            </w:r>
          </w:p>
        </w:tc>
        <w:tc>
          <w:tcPr>
            <w:tcW w:w="3499" w:type="dxa"/>
          </w:tcPr>
          <w:p w14:paraId="4514FFE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500D9B54" w14:textId="77777777" w:rsidTr="007E4D12">
        <w:trPr>
          <w:jc w:val="center"/>
        </w:trPr>
        <w:tc>
          <w:tcPr>
            <w:tcW w:w="4549" w:type="dxa"/>
          </w:tcPr>
          <w:p w14:paraId="45123402" w14:textId="775ED5F0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Проведение ежедневных пятиминуток-напоминаний о соблюдениях правил дорожного движения на проезжей части.</w:t>
            </w:r>
          </w:p>
        </w:tc>
        <w:tc>
          <w:tcPr>
            <w:tcW w:w="993" w:type="dxa"/>
          </w:tcPr>
          <w:p w14:paraId="666208FD" w14:textId="71FF45C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59FFD110" w14:textId="15FBC8DF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46043604" w14:textId="159237E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9" w:type="dxa"/>
          </w:tcPr>
          <w:p w14:paraId="2A99242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7FECBC3" w14:textId="77777777" w:rsidTr="00890A50">
        <w:trPr>
          <w:jc w:val="center"/>
        </w:trPr>
        <w:tc>
          <w:tcPr>
            <w:tcW w:w="4549" w:type="dxa"/>
          </w:tcPr>
          <w:p w14:paraId="6DABA21B" w14:textId="6765902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рамках мероприятия познавательная игра «Правила дорожные  - знать каждому положено»</w:t>
            </w:r>
          </w:p>
        </w:tc>
        <w:tc>
          <w:tcPr>
            <w:tcW w:w="993" w:type="dxa"/>
          </w:tcPr>
          <w:p w14:paraId="6C76D90C" w14:textId="440515D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26718949" w14:textId="7755D279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47422F6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Педагог-организатор </w:t>
            </w:r>
          </w:p>
          <w:p w14:paraId="512111B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  <w:p w14:paraId="6CAC8CF5" w14:textId="7CB1025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32A8923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456D12A" w14:textId="77777777" w:rsidTr="00890A50">
        <w:trPr>
          <w:jc w:val="center"/>
        </w:trPr>
        <w:tc>
          <w:tcPr>
            <w:tcW w:w="4549" w:type="dxa"/>
          </w:tcPr>
          <w:p w14:paraId="2A53C00E" w14:textId="3E5863C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Семинар для обучающихся 9-11 классов по теме: «Уличное движение – теория, практика, ответственность»</w:t>
            </w:r>
          </w:p>
        </w:tc>
        <w:tc>
          <w:tcPr>
            <w:tcW w:w="993" w:type="dxa"/>
          </w:tcPr>
          <w:p w14:paraId="69FBA523" w14:textId="5BE56F1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75FB1790" w14:textId="32786664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2DB3257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 организатор,</w:t>
            </w:r>
          </w:p>
          <w:p w14:paraId="4CB1DF4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14:paraId="5ECFDA2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  <w:p w14:paraId="3CC3E613" w14:textId="66F19DF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Отряд ЮИД</w:t>
            </w:r>
          </w:p>
        </w:tc>
        <w:tc>
          <w:tcPr>
            <w:tcW w:w="3499" w:type="dxa"/>
          </w:tcPr>
          <w:p w14:paraId="425E3CF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7B7983E3" w14:textId="77777777" w:rsidTr="00890A50">
        <w:trPr>
          <w:jc w:val="center"/>
        </w:trPr>
        <w:tc>
          <w:tcPr>
            <w:tcW w:w="4549" w:type="dxa"/>
          </w:tcPr>
          <w:p w14:paraId="58D30554" w14:textId="5FF90FA0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Открытые уроки  по теме:  « Опасные ситуации»,  «Правила дорожного движения».</w:t>
            </w:r>
          </w:p>
        </w:tc>
        <w:tc>
          <w:tcPr>
            <w:tcW w:w="993" w:type="dxa"/>
          </w:tcPr>
          <w:p w14:paraId="32803EE2" w14:textId="1E4F07FC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7CF935FF" w14:textId="4FFCDCAC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</w:tcPr>
          <w:p w14:paraId="5E46716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физической культуры, классные руководители</w:t>
            </w:r>
          </w:p>
          <w:p w14:paraId="7F9965ED" w14:textId="4F79B11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3AE843B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2D9D1FAE" w14:textId="77777777" w:rsidTr="00890A50">
        <w:trPr>
          <w:jc w:val="center"/>
        </w:trPr>
        <w:tc>
          <w:tcPr>
            <w:tcW w:w="4549" w:type="dxa"/>
          </w:tcPr>
          <w:p w14:paraId="5F21AE3F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Профилактическая акция "Безопасность детей - забота взрослых"-профилактические беседы о мерах безопасности при переходе проезжей части;</w:t>
            </w:r>
          </w:p>
          <w:p w14:paraId="234CB9C4" w14:textId="2A26A0F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 xml:space="preserve">-конкурсы рисунков, сочинений, фотографий </w:t>
            </w:r>
          </w:p>
        </w:tc>
        <w:tc>
          <w:tcPr>
            <w:tcW w:w="993" w:type="dxa"/>
          </w:tcPr>
          <w:p w14:paraId="517F53D1" w14:textId="5861050C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1CBF5AEF" w14:textId="576B1491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</w:tcPr>
          <w:p w14:paraId="0A8AD6E9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 организатор,</w:t>
            </w:r>
          </w:p>
          <w:p w14:paraId="0B63542E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руководители, инспекторы Госавтоинспекции</w:t>
            </w:r>
          </w:p>
          <w:p w14:paraId="74104CC7" w14:textId="7CA130A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Отряд ЮИД</w:t>
            </w:r>
          </w:p>
        </w:tc>
        <w:tc>
          <w:tcPr>
            <w:tcW w:w="3499" w:type="dxa"/>
          </w:tcPr>
          <w:p w14:paraId="305E52D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466D0CC4" w14:textId="77777777" w:rsidTr="00890A50">
        <w:trPr>
          <w:jc w:val="center"/>
        </w:trPr>
        <w:tc>
          <w:tcPr>
            <w:tcW w:w="4549" w:type="dxa"/>
          </w:tcPr>
          <w:p w14:paraId="4944FAE4" w14:textId="26F939A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Классный час для учащихся  7-8 классов «День памяти жертв ДТП».</w:t>
            </w:r>
          </w:p>
        </w:tc>
        <w:tc>
          <w:tcPr>
            <w:tcW w:w="993" w:type="dxa"/>
          </w:tcPr>
          <w:p w14:paraId="7659D8D6" w14:textId="5DF0F9C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6FE08C0A" w14:textId="4200F42A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январь</w:t>
            </w:r>
          </w:p>
        </w:tc>
        <w:tc>
          <w:tcPr>
            <w:tcW w:w="2552" w:type="dxa"/>
          </w:tcPr>
          <w:p w14:paraId="4ED3EBCE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14:paraId="1469570B" w14:textId="330A0AC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Руководитель отряда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ЮИД</w:t>
            </w:r>
          </w:p>
        </w:tc>
        <w:tc>
          <w:tcPr>
            <w:tcW w:w="3499" w:type="dxa"/>
          </w:tcPr>
          <w:p w14:paraId="283CFAC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1F56C3C4" w14:textId="77777777" w:rsidTr="00890A50">
        <w:trPr>
          <w:jc w:val="center"/>
        </w:trPr>
        <w:tc>
          <w:tcPr>
            <w:tcW w:w="4549" w:type="dxa"/>
          </w:tcPr>
          <w:p w14:paraId="4224CDE6" w14:textId="77777777" w:rsidR="00EF3737" w:rsidRPr="00027D8D" w:rsidRDefault="00EF3737" w:rsidP="00EF3737">
            <w:pPr>
              <w:jc w:val="both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lastRenderedPageBreak/>
              <w:t>Профилактическая акция "Внимание, каникулы!" :</w:t>
            </w:r>
          </w:p>
          <w:p w14:paraId="18FBC66D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проведение пятиминуток-напоминаний о соблюдении мер безопасности при переходе проезжей части, о необходимости использования обуви, одежды, ранцев, предметов со светоотражающими элементами;</w:t>
            </w:r>
          </w:p>
          <w:p w14:paraId="73B893DF" w14:textId="0DF7FD3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- инструктажи, беседы о правилах поведения ПДДТ  в период весенних каникул</w:t>
            </w:r>
          </w:p>
        </w:tc>
        <w:tc>
          <w:tcPr>
            <w:tcW w:w="993" w:type="dxa"/>
          </w:tcPr>
          <w:p w14:paraId="0B0DC63B" w14:textId="54841C4C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39A3C1E8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  <w:p w14:paraId="2A7A6E6C" w14:textId="63506621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1-ой недели месяца</w:t>
            </w:r>
          </w:p>
        </w:tc>
        <w:tc>
          <w:tcPr>
            <w:tcW w:w="2552" w:type="dxa"/>
          </w:tcPr>
          <w:p w14:paraId="234CAFC4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 организатор,</w:t>
            </w:r>
          </w:p>
          <w:p w14:paraId="4FFFB783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руководители, инспекторы Госавтоинспекции</w:t>
            </w:r>
          </w:p>
          <w:p w14:paraId="202FF71B" w14:textId="77777777" w:rsidR="00EF3737" w:rsidRPr="00027D8D" w:rsidRDefault="00EF3737" w:rsidP="00EF3737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  <w:p w14:paraId="35EAE66C" w14:textId="6B278A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Отряд ЮИД</w:t>
            </w:r>
          </w:p>
        </w:tc>
        <w:tc>
          <w:tcPr>
            <w:tcW w:w="3499" w:type="dxa"/>
          </w:tcPr>
          <w:p w14:paraId="0F96982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4D880D56" w14:textId="77777777" w:rsidTr="000874EF">
        <w:trPr>
          <w:jc w:val="center"/>
        </w:trPr>
        <w:tc>
          <w:tcPr>
            <w:tcW w:w="4549" w:type="dxa"/>
          </w:tcPr>
          <w:p w14:paraId="319B82C6" w14:textId="07395DD0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 w:eastAsia="ru-RU"/>
              </w:rPr>
              <w:t>Проведение бесед с обучающимися по теме: «Административная, уголовная и гражданская ответственность за нарушение правил дорожного движения»</w:t>
            </w:r>
          </w:p>
        </w:tc>
        <w:tc>
          <w:tcPr>
            <w:tcW w:w="993" w:type="dxa"/>
          </w:tcPr>
          <w:p w14:paraId="35F4C22B" w14:textId="547A1CC0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09C9B61A" w14:textId="35CDB082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Март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t>-май</w:t>
            </w:r>
          </w:p>
        </w:tc>
        <w:tc>
          <w:tcPr>
            <w:tcW w:w="2552" w:type="dxa"/>
            <w:vAlign w:val="center"/>
          </w:tcPr>
          <w:p w14:paraId="1A5BCC0E" w14:textId="51FBCDB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eastAsia="Calibri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9" w:type="dxa"/>
          </w:tcPr>
          <w:p w14:paraId="4EAFE8F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0775853" w14:textId="03D392FC" w:rsidTr="00584D32">
        <w:trPr>
          <w:jc w:val="center"/>
        </w:trPr>
        <w:tc>
          <w:tcPr>
            <w:tcW w:w="4549" w:type="dxa"/>
            <w:vAlign w:val="center"/>
          </w:tcPr>
          <w:p w14:paraId="0ECE0CE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Тренировочные эвакуации</w:t>
            </w:r>
          </w:p>
        </w:tc>
        <w:tc>
          <w:tcPr>
            <w:tcW w:w="993" w:type="dxa"/>
          </w:tcPr>
          <w:p w14:paraId="11D19665" w14:textId="04543DF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C958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30835511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утверждённому графику</w:t>
            </w:r>
          </w:p>
        </w:tc>
        <w:tc>
          <w:tcPr>
            <w:tcW w:w="2552" w:type="dxa"/>
            <w:vAlign w:val="center"/>
          </w:tcPr>
          <w:p w14:paraId="396345B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Ответственный за комплексную безопасность</w:t>
            </w:r>
          </w:p>
        </w:tc>
        <w:tc>
          <w:tcPr>
            <w:tcW w:w="3499" w:type="dxa"/>
          </w:tcPr>
          <w:p w14:paraId="66BA834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183E9765" w14:textId="77777777" w:rsidTr="004F7EBA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5CA3F017" w14:textId="46B8DD29" w:rsidR="00EF3737" w:rsidRPr="00027D8D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Пожарная безопасность</w:t>
            </w:r>
          </w:p>
        </w:tc>
      </w:tr>
      <w:tr w:rsidR="00EF3737" w:rsidRPr="00BE7498" w14:paraId="4731DEE7" w14:textId="1C4AD0F9" w:rsidTr="00F72546">
        <w:trPr>
          <w:jc w:val="center"/>
        </w:trPr>
        <w:tc>
          <w:tcPr>
            <w:tcW w:w="4549" w:type="dxa"/>
            <w:vAlign w:val="center"/>
          </w:tcPr>
          <w:p w14:paraId="6D843AD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Практикум «Пожарная безопасность и номер 112»</w:t>
            </w:r>
          </w:p>
        </w:tc>
        <w:tc>
          <w:tcPr>
            <w:tcW w:w="993" w:type="dxa"/>
          </w:tcPr>
          <w:p w14:paraId="04D36B3C" w14:textId="4E71349A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3DC597C4" w14:textId="42948A0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четверть в течении учебного года</w:t>
            </w:r>
          </w:p>
        </w:tc>
        <w:tc>
          <w:tcPr>
            <w:tcW w:w="2552" w:type="dxa"/>
            <w:vAlign w:val="center"/>
          </w:tcPr>
          <w:p w14:paraId="605C122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педагог-организатор</w:t>
            </w:r>
          </w:p>
        </w:tc>
        <w:tc>
          <w:tcPr>
            <w:tcW w:w="3499" w:type="dxa"/>
          </w:tcPr>
          <w:p w14:paraId="7D3FB14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1971C727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7924F256" w14:textId="3BAF32BB" w:rsidR="00EF3737" w:rsidRPr="00027D8D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Водная безопасность</w:t>
            </w:r>
          </w:p>
        </w:tc>
      </w:tr>
      <w:tr w:rsidR="00EF3737" w:rsidRPr="00BE7498" w14:paraId="1EEA9823" w14:textId="77777777" w:rsidTr="00441067">
        <w:trPr>
          <w:jc w:val="center"/>
        </w:trPr>
        <w:tc>
          <w:tcPr>
            <w:tcW w:w="4549" w:type="dxa"/>
          </w:tcPr>
          <w:p w14:paraId="6F77EE2A" w14:textId="627CF6CC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Занятия «Осторожно: тонкий лёд» и «Безопасность у воды»</w:t>
            </w:r>
          </w:p>
        </w:tc>
        <w:tc>
          <w:tcPr>
            <w:tcW w:w="993" w:type="dxa"/>
          </w:tcPr>
          <w:p w14:paraId="66F8ACC7" w14:textId="42D41BE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6D09414E" w14:textId="0572904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месяц в течении учебного года</w:t>
            </w:r>
          </w:p>
        </w:tc>
        <w:tc>
          <w:tcPr>
            <w:tcW w:w="2552" w:type="dxa"/>
          </w:tcPr>
          <w:p w14:paraId="171B4693" w14:textId="35B4E7B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ответственный за комплексную безопасность</w:t>
            </w:r>
          </w:p>
        </w:tc>
        <w:tc>
          <w:tcPr>
            <w:tcW w:w="3499" w:type="dxa"/>
          </w:tcPr>
          <w:p w14:paraId="0C6F24F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79126B5C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26FAA82C" w14:textId="32DC36A1" w:rsidR="00EF3737" w:rsidRPr="00027D8D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Кибербезопасность</w:t>
            </w:r>
          </w:p>
        </w:tc>
      </w:tr>
      <w:tr w:rsidR="00EF3737" w:rsidRPr="00BE7498" w14:paraId="4108A902" w14:textId="22DB667F" w:rsidTr="00F72546">
        <w:trPr>
          <w:jc w:val="center"/>
        </w:trPr>
        <w:tc>
          <w:tcPr>
            <w:tcW w:w="4549" w:type="dxa"/>
            <w:vAlign w:val="center"/>
          </w:tcPr>
          <w:p w14:paraId="1FA5543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Цикл «Безопасный интернет, персональные данные и цифровой след»</w:t>
            </w:r>
          </w:p>
        </w:tc>
        <w:tc>
          <w:tcPr>
            <w:tcW w:w="993" w:type="dxa"/>
          </w:tcPr>
          <w:p w14:paraId="249D3666" w14:textId="1CD4BF5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3E3CAE29" w14:textId="4C61E75B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месяц в течении учебного года</w:t>
            </w:r>
          </w:p>
        </w:tc>
        <w:tc>
          <w:tcPr>
            <w:tcW w:w="2552" w:type="dxa"/>
            <w:vAlign w:val="center"/>
          </w:tcPr>
          <w:p w14:paraId="38F2433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Ответственный за информационную безопасность; классные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руководители</w:t>
            </w:r>
          </w:p>
        </w:tc>
        <w:tc>
          <w:tcPr>
            <w:tcW w:w="3499" w:type="dxa"/>
          </w:tcPr>
          <w:p w14:paraId="55F7DA3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5B03881B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0119EF72" w14:textId="244614A1" w:rsidR="00EF3737" w:rsidRPr="00027D8D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lastRenderedPageBreak/>
              <w:t>Профилактика травли и конфликтов</w:t>
            </w:r>
          </w:p>
        </w:tc>
      </w:tr>
      <w:tr w:rsidR="00EF3737" w:rsidRPr="00027D8D" w14:paraId="06A3CC6B" w14:textId="207C9800" w:rsidTr="00F72546">
        <w:trPr>
          <w:jc w:val="center"/>
        </w:trPr>
        <w:tc>
          <w:tcPr>
            <w:tcW w:w="4549" w:type="dxa"/>
            <w:vAlign w:val="center"/>
          </w:tcPr>
          <w:p w14:paraId="0448956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Развивающие занятия по профилактике травли и формированию безопасной психологической среды</w:t>
            </w:r>
          </w:p>
        </w:tc>
        <w:tc>
          <w:tcPr>
            <w:tcW w:w="993" w:type="dxa"/>
          </w:tcPr>
          <w:p w14:paraId="6F979A67" w14:textId="24C270C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260B5E66" w14:textId="718D2C7F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месяц в течении учебного года</w:t>
            </w:r>
          </w:p>
        </w:tc>
        <w:tc>
          <w:tcPr>
            <w:tcW w:w="2552" w:type="dxa"/>
            <w:vAlign w:val="center"/>
          </w:tcPr>
          <w:p w14:paraId="1D3147F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Педагог-психолог; социальный педагог</w:t>
            </w:r>
          </w:p>
        </w:tc>
        <w:tc>
          <w:tcPr>
            <w:tcW w:w="3499" w:type="dxa"/>
          </w:tcPr>
          <w:p w14:paraId="66E00E2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06426761" w14:textId="77777777" w:rsidTr="00F72546">
        <w:trPr>
          <w:jc w:val="center"/>
        </w:trPr>
        <w:tc>
          <w:tcPr>
            <w:tcW w:w="4549" w:type="dxa"/>
            <w:vAlign w:val="center"/>
          </w:tcPr>
          <w:p w14:paraId="78C690DD" w14:textId="77777777" w:rsidR="00EF3737" w:rsidRPr="00801C48" w:rsidRDefault="00EF3737" w:rsidP="00EF3737">
            <w:pPr>
              <w:rPr>
                <w:rFonts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Книжная выставка в библиотеке </w:t>
            </w:r>
          </w:p>
          <w:p w14:paraId="5D2C8145" w14:textId="74B0756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«В помощь родителям о профилактике травли детей и подростков».</w:t>
            </w:r>
          </w:p>
        </w:tc>
        <w:tc>
          <w:tcPr>
            <w:tcW w:w="993" w:type="dxa"/>
          </w:tcPr>
          <w:p w14:paraId="0F681986" w14:textId="47B0DED1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27A7DAE9" w14:textId="7BB95173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350B9B7F" w14:textId="77777777" w:rsidR="00EF3737" w:rsidRPr="005A4A33" w:rsidRDefault="00EF3737" w:rsidP="00EF3737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Педагог библиотекарь</w:t>
            </w:r>
          </w:p>
          <w:p w14:paraId="195923B7" w14:textId="77777777" w:rsidR="00EF3737" w:rsidRPr="005A4A33" w:rsidRDefault="00EF3737" w:rsidP="00EF3737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Ажинова А.А.</w:t>
            </w:r>
          </w:p>
          <w:p w14:paraId="6D85DD15" w14:textId="2BE4F87D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437F508F" w14:textId="77777777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472524F" w14:textId="77777777" w:rsidTr="00B02C8A">
        <w:trPr>
          <w:jc w:val="center"/>
        </w:trPr>
        <w:tc>
          <w:tcPr>
            <w:tcW w:w="4549" w:type="dxa"/>
            <w:vAlign w:val="center"/>
          </w:tcPr>
          <w:p w14:paraId="33C8759C" w14:textId="556D6DDA" w:rsidR="00EF3737" w:rsidRPr="00801C48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Индивидуальные консультации педагога-психолога по профилактике</w:t>
            </w:r>
          </w:p>
        </w:tc>
        <w:tc>
          <w:tcPr>
            <w:tcW w:w="993" w:type="dxa"/>
          </w:tcPr>
          <w:p w14:paraId="2C54B5BE" w14:textId="0A0B4A7B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48CD0C38" w14:textId="72AC6599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1BA5254B" w14:textId="77777777" w:rsidR="00EF3737" w:rsidRPr="004A1795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Социальный педагог</w:t>
            </w:r>
          </w:p>
          <w:p w14:paraId="29945C54" w14:textId="77777777" w:rsidR="00EF3737" w:rsidRPr="004A1795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Федотова И.А.</w:t>
            </w:r>
          </w:p>
          <w:p w14:paraId="3BA6D131" w14:textId="77777777" w:rsidR="00EF3737" w:rsidRPr="004A1795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Педагог-психолог</w:t>
            </w:r>
          </w:p>
          <w:p w14:paraId="7D5AA425" w14:textId="09B41401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Мин Н.О.</w:t>
            </w:r>
          </w:p>
        </w:tc>
        <w:tc>
          <w:tcPr>
            <w:tcW w:w="3499" w:type="dxa"/>
          </w:tcPr>
          <w:p w14:paraId="19581D8C" w14:textId="77777777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5BC32DA2" w14:textId="77777777" w:rsidTr="00B02C8A">
        <w:trPr>
          <w:jc w:val="center"/>
        </w:trPr>
        <w:tc>
          <w:tcPr>
            <w:tcW w:w="4549" w:type="dxa"/>
            <w:vAlign w:val="center"/>
          </w:tcPr>
          <w:p w14:paraId="034CCF8C" w14:textId="77777777" w:rsidR="00EF3737" w:rsidRPr="00801C48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Психологическая диагностика в контексте проблемы травли:</w:t>
            </w:r>
          </w:p>
          <w:p w14:paraId="34C2CF94" w14:textId="77777777" w:rsidR="00EF3737" w:rsidRPr="00801C48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Анкетирование «Как я воспитываю своего ребенка?»</w:t>
            </w:r>
          </w:p>
          <w:p w14:paraId="7133A83D" w14:textId="30A23091" w:rsidR="00EF3737" w:rsidRPr="00801C48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801C4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Анкетирование «Оценка уровня удовлетворительности образовательной средой.</w:t>
            </w:r>
          </w:p>
        </w:tc>
        <w:tc>
          <w:tcPr>
            <w:tcW w:w="993" w:type="dxa"/>
          </w:tcPr>
          <w:p w14:paraId="65CA2EC2" w14:textId="023572D9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1870B965" w14:textId="30BF517D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5C701D9D" w14:textId="77777777" w:rsidR="00EF3737" w:rsidRPr="004A1795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Социальный педагог</w:t>
            </w:r>
          </w:p>
          <w:p w14:paraId="542CF32A" w14:textId="77777777" w:rsidR="00EF3737" w:rsidRPr="004A1795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Федотова И.А.</w:t>
            </w:r>
          </w:p>
          <w:p w14:paraId="5B797802" w14:textId="77777777" w:rsidR="00EF3737" w:rsidRPr="004A1795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Педагог-психолог</w:t>
            </w:r>
          </w:p>
          <w:p w14:paraId="37852744" w14:textId="5DFDD831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Мин Н.О.</w:t>
            </w:r>
          </w:p>
        </w:tc>
        <w:tc>
          <w:tcPr>
            <w:tcW w:w="3499" w:type="dxa"/>
          </w:tcPr>
          <w:p w14:paraId="0A4031CD" w14:textId="77777777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801C48" w14:paraId="32185AEC" w14:textId="77777777" w:rsidTr="00B02C8A">
        <w:trPr>
          <w:jc w:val="center"/>
        </w:trPr>
        <w:tc>
          <w:tcPr>
            <w:tcW w:w="4549" w:type="dxa"/>
            <w:vAlign w:val="center"/>
          </w:tcPr>
          <w:p w14:paraId="7C16D55C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Информационные часы, беседы.</w:t>
            </w:r>
          </w:p>
          <w:p w14:paraId="2B6483AA" w14:textId="77777777" w:rsidR="00EF3737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Примерная тематика:</w:t>
            </w:r>
          </w:p>
          <w:p w14:paraId="475D14E3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u w:val="single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u w:val="single"/>
                <w:lang w:val="ru-RU" w:eastAsia="ru-RU"/>
              </w:rPr>
              <w:t>12-16 лет:</w:t>
            </w:r>
          </w:p>
          <w:p w14:paraId="58F713FE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Бояться страшно. Действовать не страшно.</w:t>
            </w:r>
          </w:p>
          <w:p w14:paraId="19C6D4B6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О правилах поведения и безопасности на улице.</w:t>
            </w:r>
          </w:p>
          <w:p w14:paraId="7BDB10FF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Травля  как стадный допинг.</w:t>
            </w:r>
          </w:p>
          <w:p w14:paraId="1E280066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Безопасное поведение.</w:t>
            </w:r>
          </w:p>
          <w:p w14:paraId="7FA402F8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Что такое агрессия?</w:t>
            </w:r>
          </w:p>
          <w:p w14:paraId="5212F3F5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Добро против насилия.</w:t>
            </w:r>
          </w:p>
          <w:p w14:paraId="3C25CE41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Как не стать жертвой насилия.</w:t>
            </w:r>
          </w:p>
          <w:p w14:paraId="2599F736" w14:textId="11665BB3" w:rsidR="00EF3737" w:rsidRPr="00801C48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Способы решения конфликтов с ровесниками.</w:t>
            </w:r>
          </w:p>
        </w:tc>
        <w:tc>
          <w:tcPr>
            <w:tcW w:w="993" w:type="dxa"/>
          </w:tcPr>
          <w:p w14:paraId="1EAD8C50" w14:textId="6F330B2A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02ECADA9" w14:textId="4FE58543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4CCEE2A4" w14:textId="23815E4E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9" w:type="dxa"/>
          </w:tcPr>
          <w:p w14:paraId="37D99AE7" w14:textId="77777777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43F2D9A4" w14:textId="77777777" w:rsidTr="00B02C8A">
        <w:trPr>
          <w:jc w:val="center"/>
        </w:trPr>
        <w:tc>
          <w:tcPr>
            <w:tcW w:w="4549" w:type="dxa"/>
            <w:vAlign w:val="center"/>
          </w:tcPr>
          <w:p w14:paraId="6C36F0DE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Читательские конференции по книгам, раскрывающим проблему травли:</w:t>
            </w:r>
          </w:p>
          <w:p w14:paraId="12C3686A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• В.К. Железняков «Чучело»</w:t>
            </w:r>
          </w:p>
          <w:p w14:paraId="6D897668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Хосе Тассиес «Украденные имена»</w:t>
            </w:r>
          </w:p>
          <w:p w14:paraId="4D90740F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В.Н. Ватан «Заморыш»</w:t>
            </w:r>
          </w:p>
          <w:p w14:paraId="39C13C17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Е.В. Мурашов «Класс коррекции»</w:t>
            </w:r>
          </w:p>
          <w:p w14:paraId="452B13A0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Алексей Сережкин «Ученик»</w:t>
            </w:r>
          </w:p>
          <w:p w14:paraId="5DC393A9" w14:textId="209CAFBA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Андрей Богословский «Верочка»</w:t>
            </w:r>
          </w:p>
        </w:tc>
        <w:tc>
          <w:tcPr>
            <w:tcW w:w="993" w:type="dxa"/>
          </w:tcPr>
          <w:p w14:paraId="33049C8D" w14:textId="00D749A8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842" w:type="dxa"/>
          </w:tcPr>
          <w:p w14:paraId="52F6A51D" w14:textId="61F59C28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14BAF717" w14:textId="77777777" w:rsidR="00EF3737" w:rsidRPr="005A4A33" w:rsidRDefault="00EF3737" w:rsidP="00EF3737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Педагог библиотекарь</w:t>
            </w:r>
          </w:p>
          <w:p w14:paraId="63A5DDAF" w14:textId="77777777" w:rsidR="00EF3737" w:rsidRPr="005A4A33" w:rsidRDefault="00EF3737" w:rsidP="00EF3737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Ажинова А.А.</w:t>
            </w:r>
          </w:p>
          <w:p w14:paraId="5B2925D8" w14:textId="79751D32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549DC747" w14:textId="77777777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801C48" w14:paraId="450FB42E" w14:textId="77777777" w:rsidTr="00B02C8A">
        <w:trPr>
          <w:jc w:val="center"/>
        </w:trPr>
        <w:tc>
          <w:tcPr>
            <w:tcW w:w="4549" w:type="dxa"/>
            <w:vAlign w:val="center"/>
          </w:tcPr>
          <w:p w14:paraId="74B91513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Информационный вестник (стендовая информация,  раздаточные материалы) для обучающихся на темы:</w:t>
            </w:r>
          </w:p>
          <w:p w14:paraId="7B6A6545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Мы – против насилия!</w:t>
            </w:r>
          </w:p>
          <w:p w14:paraId="3BBC1382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Мы – против жестокого обращения!</w:t>
            </w:r>
          </w:p>
          <w:p w14:paraId="39453D6A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Книжные выставки:</w:t>
            </w:r>
          </w:p>
          <w:p w14:paraId="3051E785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Травли как этическая проблема.</w:t>
            </w:r>
          </w:p>
          <w:p w14:paraId="512BB541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Относись к другому так, как ты хотел бы, чтобы относились к тебе.</w:t>
            </w:r>
          </w:p>
          <w:p w14:paraId="14D55396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Детство, свободное от жестокости.</w:t>
            </w:r>
          </w:p>
          <w:p w14:paraId="58FFD4AA" w14:textId="5DEDB279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Скажем «Нет» равнодушию к детскому насилию.</w:t>
            </w:r>
          </w:p>
        </w:tc>
        <w:tc>
          <w:tcPr>
            <w:tcW w:w="993" w:type="dxa"/>
          </w:tcPr>
          <w:p w14:paraId="698E6F0C" w14:textId="2777A4C1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184711C7" w14:textId="5DFCF6CD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538F488C" w14:textId="77777777" w:rsidR="00EF3737" w:rsidRPr="005A4A33" w:rsidRDefault="00EF3737" w:rsidP="00EF3737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Педагог библиотекарь</w:t>
            </w:r>
          </w:p>
          <w:p w14:paraId="3ADEFB20" w14:textId="77777777" w:rsidR="00EF3737" w:rsidRPr="005A4A33" w:rsidRDefault="00EF3737" w:rsidP="00EF3737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Ажинова А.А.</w:t>
            </w:r>
          </w:p>
          <w:p w14:paraId="7981C0C7" w14:textId="1754D36B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  <w:tc>
          <w:tcPr>
            <w:tcW w:w="3499" w:type="dxa"/>
          </w:tcPr>
          <w:p w14:paraId="01CD890F" w14:textId="77777777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331C5367" w14:textId="77777777" w:rsidTr="00F72546">
        <w:trPr>
          <w:jc w:val="center"/>
        </w:trPr>
        <w:tc>
          <w:tcPr>
            <w:tcW w:w="4549" w:type="dxa"/>
            <w:vAlign w:val="center"/>
          </w:tcPr>
          <w:p w14:paraId="63AF0E85" w14:textId="77777777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Индивидуальные консультации обучающихся</w:t>
            </w:r>
          </w:p>
          <w:p w14:paraId="599B1E43" w14:textId="4DCCF994" w:rsidR="00EF3737" w:rsidRPr="004A1795" w:rsidRDefault="00EF3737" w:rsidP="00EF3737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4A1795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(по результатам диагностики, общение со сверстниками, детско-родительские отношения, конфликты).</w:t>
            </w:r>
          </w:p>
        </w:tc>
        <w:tc>
          <w:tcPr>
            <w:tcW w:w="993" w:type="dxa"/>
          </w:tcPr>
          <w:p w14:paraId="2EE4E468" w14:textId="5982F89B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1E1B2B1F" w14:textId="1B5773BC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52" w:type="dxa"/>
            <w:vAlign w:val="center"/>
          </w:tcPr>
          <w:p w14:paraId="14CFDA77" w14:textId="77777777" w:rsidR="00EF3737" w:rsidRPr="004A1795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Зам.директора по УВР Заргарян С.В.</w:t>
            </w:r>
          </w:p>
          <w:p w14:paraId="04FCD41D" w14:textId="77777777" w:rsidR="00EF3737" w:rsidRPr="004A1795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Социальный педагог</w:t>
            </w:r>
          </w:p>
          <w:p w14:paraId="72620315" w14:textId="77777777" w:rsidR="00EF3737" w:rsidRPr="004A1795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Федотова И.А.</w:t>
            </w:r>
          </w:p>
          <w:p w14:paraId="351D3B12" w14:textId="77777777" w:rsidR="00EF3737" w:rsidRPr="004A1795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Педагог-психолог</w:t>
            </w:r>
          </w:p>
          <w:p w14:paraId="135206BA" w14:textId="3D6FFC21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A1795">
              <w:rPr>
                <w:rFonts w:cs="Times New Roman"/>
                <w:sz w:val="24"/>
                <w:szCs w:val="24"/>
                <w:lang w:val="ru-RU"/>
              </w:rPr>
              <w:t>Мин Н.О.</w:t>
            </w:r>
          </w:p>
        </w:tc>
        <w:tc>
          <w:tcPr>
            <w:tcW w:w="3499" w:type="dxa"/>
          </w:tcPr>
          <w:p w14:paraId="4CD8C577" w14:textId="77777777" w:rsidR="00EF3737" w:rsidRPr="00801C4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46B13D96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23E942B7" w14:textId="31694956" w:rsidR="00EF3737" w:rsidRPr="00027D8D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Антитеррористическая безопасность</w:t>
            </w:r>
          </w:p>
        </w:tc>
      </w:tr>
      <w:tr w:rsidR="00EF3737" w:rsidRPr="00027D8D" w14:paraId="26DD34C2" w14:textId="3C8C5D1D" w:rsidTr="00F72546">
        <w:trPr>
          <w:jc w:val="center"/>
        </w:trPr>
        <w:tc>
          <w:tcPr>
            <w:tcW w:w="4549" w:type="dxa"/>
            <w:vAlign w:val="center"/>
          </w:tcPr>
          <w:p w14:paraId="54E5E2F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Практикум «Как действовать при обнаружении подозрительного предмета»</w:t>
            </w:r>
          </w:p>
        </w:tc>
        <w:tc>
          <w:tcPr>
            <w:tcW w:w="993" w:type="dxa"/>
          </w:tcPr>
          <w:p w14:paraId="1241CDA5" w14:textId="536E7B56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017ADC3B" w14:textId="67D3C24E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месяц в течении учебного года</w:t>
            </w:r>
          </w:p>
        </w:tc>
        <w:tc>
          <w:tcPr>
            <w:tcW w:w="2552" w:type="dxa"/>
            <w:vAlign w:val="center"/>
          </w:tcPr>
          <w:p w14:paraId="615F7A2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Ответственный за комплексную безопасность</w:t>
            </w:r>
          </w:p>
        </w:tc>
        <w:tc>
          <w:tcPr>
            <w:tcW w:w="3499" w:type="dxa"/>
          </w:tcPr>
          <w:p w14:paraId="6FDD050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1F7ACCD5" w14:textId="77777777" w:rsidTr="00F72546">
        <w:trPr>
          <w:jc w:val="center"/>
        </w:trPr>
        <w:tc>
          <w:tcPr>
            <w:tcW w:w="4549" w:type="dxa"/>
            <w:vAlign w:val="center"/>
          </w:tcPr>
          <w:p w14:paraId="4529DAEB" w14:textId="7055A04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Профилактика вовлечения несовершеннолетних в противоправную и экстремистскую деятельность</w:t>
            </w:r>
          </w:p>
        </w:tc>
        <w:tc>
          <w:tcPr>
            <w:tcW w:w="993" w:type="dxa"/>
          </w:tcPr>
          <w:p w14:paraId="71C053EB" w14:textId="202FCED5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7A604372" w14:textId="6AD5AA5F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552" w:type="dxa"/>
            <w:vAlign w:val="center"/>
          </w:tcPr>
          <w:p w14:paraId="5A086DF7" w14:textId="21F5FF6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Социальный педагог; представители правоохранительных органов — по согласованию</w:t>
            </w:r>
          </w:p>
        </w:tc>
        <w:tc>
          <w:tcPr>
            <w:tcW w:w="3499" w:type="dxa"/>
          </w:tcPr>
          <w:p w14:paraId="106F78D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57004A4A" w14:textId="77777777" w:rsidTr="00DD317A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36C24C92" w14:textId="438CB8BE" w:rsidR="00EF3737" w:rsidRPr="00027D8D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Железнодорожная безопасность</w:t>
            </w:r>
          </w:p>
        </w:tc>
      </w:tr>
      <w:tr w:rsidR="00EF3737" w:rsidRPr="00BE7498" w14:paraId="546CF319" w14:textId="0D1732DE" w:rsidTr="00F72546">
        <w:trPr>
          <w:jc w:val="center"/>
        </w:trPr>
        <w:tc>
          <w:tcPr>
            <w:tcW w:w="4549" w:type="dxa"/>
            <w:vAlign w:val="center"/>
          </w:tcPr>
          <w:p w14:paraId="0F3DC39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Железнодорожная безопасность</w:t>
            </w:r>
          </w:p>
        </w:tc>
        <w:tc>
          <w:tcPr>
            <w:tcW w:w="993" w:type="dxa"/>
          </w:tcPr>
          <w:p w14:paraId="4F84DB15" w14:textId="6075193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36D5980F" w14:textId="33CE434D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1 раз в месяц в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течении учебного года</w:t>
            </w:r>
          </w:p>
        </w:tc>
        <w:tc>
          <w:tcPr>
            <w:tcW w:w="2552" w:type="dxa"/>
            <w:vAlign w:val="center"/>
          </w:tcPr>
          <w:p w14:paraId="3B3752B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Классные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руководители; представитель транспортной организации — по согласованию</w:t>
            </w:r>
          </w:p>
        </w:tc>
        <w:tc>
          <w:tcPr>
            <w:tcW w:w="3499" w:type="dxa"/>
          </w:tcPr>
          <w:p w14:paraId="4E07273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50E90FF9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67C6CE66" w14:textId="41239C9C" w:rsidR="00EF3737" w:rsidRPr="00027D8D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lastRenderedPageBreak/>
              <w:t>Здоровый образ жизни</w:t>
            </w:r>
          </w:p>
        </w:tc>
      </w:tr>
      <w:tr w:rsidR="00EF3737" w:rsidRPr="00BE7498" w14:paraId="2A8BA53F" w14:textId="03786E82" w:rsidTr="00F72546">
        <w:trPr>
          <w:jc w:val="center"/>
        </w:trPr>
        <w:tc>
          <w:tcPr>
            <w:tcW w:w="4549" w:type="dxa"/>
            <w:vAlign w:val="center"/>
          </w:tcPr>
          <w:p w14:paraId="72B6DDE5" w14:textId="420F525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Тренинг «Стресс менеджмент для подростков»</w:t>
            </w:r>
          </w:p>
        </w:tc>
        <w:tc>
          <w:tcPr>
            <w:tcW w:w="993" w:type="dxa"/>
          </w:tcPr>
          <w:p w14:paraId="6C6B95E5" w14:textId="45B1241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76626E32" w14:textId="5F7CEE28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месяц в течении учебного года</w:t>
            </w:r>
          </w:p>
        </w:tc>
        <w:tc>
          <w:tcPr>
            <w:tcW w:w="2552" w:type="dxa"/>
            <w:vAlign w:val="center"/>
          </w:tcPr>
          <w:p w14:paraId="392A65A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Педагог-психолог; учитель физической культуры</w:t>
            </w:r>
          </w:p>
        </w:tc>
        <w:tc>
          <w:tcPr>
            <w:tcW w:w="3499" w:type="dxa"/>
          </w:tcPr>
          <w:p w14:paraId="3E34189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2393F188" w14:textId="77777777" w:rsidTr="00F72546">
        <w:trPr>
          <w:jc w:val="center"/>
        </w:trPr>
        <w:tc>
          <w:tcPr>
            <w:tcW w:w="4549" w:type="dxa"/>
            <w:vAlign w:val="center"/>
          </w:tcPr>
          <w:p w14:paraId="36E16EB3" w14:textId="7C0B737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Акция «Здоровье это модно!» ( спорт, питание, режим дня)</w:t>
            </w:r>
          </w:p>
        </w:tc>
        <w:tc>
          <w:tcPr>
            <w:tcW w:w="993" w:type="dxa"/>
          </w:tcPr>
          <w:p w14:paraId="01608B6B" w14:textId="0E6E027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6FD138CC" w14:textId="5F6A7FB4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Октябрь, март</w:t>
            </w:r>
          </w:p>
        </w:tc>
        <w:tc>
          <w:tcPr>
            <w:tcW w:w="2552" w:type="dxa"/>
            <w:vAlign w:val="center"/>
          </w:tcPr>
          <w:p w14:paraId="487CDB67" w14:textId="7977D89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9" w:type="dxa"/>
          </w:tcPr>
          <w:p w14:paraId="78F9D60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7AF90F19" w14:textId="77777777" w:rsidTr="00F72546">
        <w:trPr>
          <w:jc w:val="center"/>
        </w:trPr>
        <w:tc>
          <w:tcPr>
            <w:tcW w:w="4549" w:type="dxa"/>
            <w:vAlign w:val="center"/>
          </w:tcPr>
          <w:p w14:paraId="4DF36546" w14:textId="1C08716D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Дебаты «Вредные привычки»</w:t>
            </w:r>
          </w:p>
        </w:tc>
        <w:tc>
          <w:tcPr>
            <w:tcW w:w="993" w:type="dxa"/>
          </w:tcPr>
          <w:p w14:paraId="0D810A85" w14:textId="6DCBD0FE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2A7D4CDC" w14:textId="0B5FAB9E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552" w:type="dxa"/>
            <w:vAlign w:val="center"/>
          </w:tcPr>
          <w:p w14:paraId="23FA64C6" w14:textId="5533C90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499" w:type="dxa"/>
          </w:tcPr>
          <w:p w14:paraId="57F8B30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CA7B38B" w14:textId="77777777" w:rsidTr="00583B46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6CF636F8" w14:textId="20AF99A0" w:rsidR="00EF3737" w:rsidRPr="00027D8D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Профилактика травматизма</w:t>
            </w:r>
          </w:p>
        </w:tc>
      </w:tr>
      <w:tr w:rsidR="00EF3737" w:rsidRPr="00027D8D" w14:paraId="28DDEA0F" w14:textId="6F9F3403" w:rsidTr="00F72546">
        <w:trPr>
          <w:jc w:val="center"/>
        </w:trPr>
        <w:tc>
          <w:tcPr>
            <w:tcW w:w="4549" w:type="dxa"/>
            <w:vAlign w:val="center"/>
          </w:tcPr>
          <w:p w14:paraId="4A4F1DF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Инструктажи перед каникулами и выездными мероприятиями</w:t>
            </w:r>
          </w:p>
        </w:tc>
        <w:tc>
          <w:tcPr>
            <w:tcW w:w="993" w:type="dxa"/>
          </w:tcPr>
          <w:p w14:paraId="583DF395" w14:textId="6DB0C4E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5BB68D51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Перед каждыми каникулами и выездом</w:t>
            </w:r>
          </w:p>
        </w:tc>
        <w:tc>
          <w:tcPr>
            <w:tcW w:w="2552" w:type="dxa"/>
            <w:vAlign w:val="center"/>
          </w:tcPr>
          <w:p w14:paraId="055855B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499" w:type="dxa"/>
          </w:tcPr>
          <w:p w14:paraId="499B3FE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2183DBD5" w14:textId="77777777" w:rsidTr="00CE08E3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63DFF340" w14:textId="0A0D5A24" w:rsidR="00EF3737" w:rsidRPr="00027D8D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Социально-психологическая помощь</w:t>
            </w:r>
          </w:p>
        </w:tc>
      </w:tr>
      <w:tr w:rsidR="00EF3737" w:rsidRPr="00027D8D" w14:paraId="2CE6D5C2" w14:textId="63EFD257" w:rsidTr="00F72546">
        <w:trPr>
          <w:jc w:val="center"/>
        </w:trPr>
        <w:tc>
          <w:tcPr>
            <w:tcW w:w="4549" w:type="dxa"/>
            <w:vAlign w:val="center"/>
          </w:tcPr>
          <w:p w14:paraId="6469165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Информационная встреча «К кому обратиться за помощью»</w:t>
            </w:r>
          </w:p>
        </w:tc>
        <w:tc>
          <w:tcPr>
            <w:tcW w:w="993" w:type="dxa"/>
          </w:tcPr>
          <w:p w14:paraId="2E8B0017" w14:textId="0CEAC6FF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258F4F32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552" w:type="dxa"/>
            <w:vAlign w:val="center"/>
          </w:tcPr>
          <w:p w14:paraId="05DDE6A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Педагог-психолог; социальный педагог</w:t>
            </w:r>
          </w:p>
        </w:tc>
        <w:tc>
          <w:tcPr>
            <w:tcW w:w="3499" w:type="dxa"/>
          </w:tcPr>
          <w:p w14:paraId="026547C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7CA7E06E" w14:textId="027E32B2" w:rsidTr="00F72546">
        <w:trPr>
          <w:jc w:val="center"/>
        </w:trPr>
        <w:tc>
          <w:tcPr>
            <w:tcW w:w="4549" w:type="dxa"/>
            <w:vAlign w:val="center"/>
          </w:tcPr>
          <w:p w14:paraId="2EA350B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Профилактика употребления психоактивных веществ и иных форм зависимого поведения</w:t>
            </w:r>
          </w:p>
        </w:tc>
        <w:tc>
          <w:tcPr>
            <w:tcW w:w="993" w:type="dxa"/>
          </w:tcPr>
          <w:p w14:paraId="4A5B4847" w14:textId="3C2ED4F6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2AF0AB8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плану профилактической работы</w:t>
            </w:r>
          </w:p>
        </w:tc>
        <w:tc>
          <w:tcPr>
            <w:tcW w:w="2552" w:type="dxa"/>
            <w:vAlign w:val="center"/>
          </w:tcPr>
          <w:p w14:paraId="6DF21F4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Социальный педагог; педагог-психолог; медицинские специалисты — по согласованию</w:t>
            </w:r>
          </w:p>
        </w:tc>
        <w:tc>
          <w:tcPr>
            <w:tcW w:w="3499" w:type="dxa"/>
          </w:tcPr>
          <w:p w14:paraId="3E6B950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12ED6ED3" w14:textId="40403CFF" w:rsidTr="00F72546">
        <w:trPr>
          <w:jc w:val="center"/>
        </w:trPr>
        <w:tc>
          <w:tcPr>
            <w:tcW w:w="4549" w:type="dxa"/>
            <w:vAlign w:val="center"/>
          </w:tcPr>
          <w:p w14:paraId="4F59C7C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Социально-психологическое тестирование обучающихся установленного возраста</w:t>
            </w:r>
          </w:p>
        </w:tc>
        <w:tc>
          <w:tcPr>
            <w:tcW w:w="993" w:type="dxa"/>
          </w:tcPr>
          <w:p w14:paraId="42522C2E" w14:textId="5A15AEC4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6575C97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сроки, установленные нормативными документами</w:t>
            </w:r>
          </w:p>
        </w:tc>
        <w:tc>
          <w:tcPr>
            <w:tcW w:w="2552" w:type="dxa"/>
            <w:vAlign w:val="center"/>
          </w:tcPr>
          <w:p w14:paraId="72BE8B2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Педагог-психолог; заместитель директора по воспитательной работе</w:t>
            </w:r>
          </w:p>
        </w:tc>
        <w:tc>
          <w:tcPr>
            <w:tcW w:w="3499" w:type="dxa"/>
          </w:tcPr>
          <w:p w14:paraId="7B70DB9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43C9901F" w14:textId="77777777" w:rsidTr="00314074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4FE5F3DF" w14:textId="678F6956" w:rsidR="00EF3737" w:rsidRPr="00027D8D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bookmarkStart w:id="3" w:name="_Hlk237619814"/>
            <w:r w:rsidRPr="00027D8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Профилактика суицидального поведения</w:t>
            </w:r>
          </w:p>
        </w:tc>
      </w:tr>
      <w:tr w:rsidR="00EF3737" w:rsidRPr="00027D8D" w14:paraId="0F618A9E" w14:textId="34A0D74B" w:rsidTr="00F72546">
        <w:trPr>
          <w:jc w:val="center"/>
        </w:trPr>
        <w:tc>
          <w:tcPr>
            <w:tcW w:w="4549" w:type="dxa"/>
            <w:vAlign w:val="center"/>
          </w:tcPr>
          <w:p w14:paraId="70B7B0D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Профилактика суицидального поведения и обучение алгоритмам обращения за помощью</w:t>
            </w:r>
          </w:p>
        </w:tc>
        <w:tc>
          <w:tcPr>
            <w:tcW w:w="993" w:type="dxa"/>
          </w:tcPr>
          <w:p w14:paraId="52091621" w14:textId="4C064E4A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41A2D5F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плану психологической службы</w:t>
            </w:r>
          </w:p>
        </w:tc>
        <w:tc>
          <w:tcPr>
            <w:tcW w:w="2552" w:type="dxa"/>
            <w:vAlign w:val="center"/>
          </w:tcPr>
          <w:p w14:paraId="1EF746B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499" w:type="dxa"/>
          </w:tcPr>
          <w:p w14:paraId="19701FA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49D054D8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6A53" w14:textId="5F8ED46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>Выступление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педагогическом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совете.</w:t>
            </w:r>
          </w:p>
        </w:tc>
        <w:tc>
          <w:tcPr>
            <w:tcW w:w="993" w:type="dxa"/>
          </w:tcPr>
          <w:p w14:paraId="5B1AD821" w14:textId="0AFE3924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vAlign w:val="center"/>
          </w:tcPr>
          <w:p w14:paraId="2FE24BF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78A3F9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DB6686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6285F320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8DA7" w14:textId="77777777" w:rsidR="00EF3737" w:rsidRPr="00BD607E" w:rsidRDefault="00EF3737" w:rsidP="00EF3737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Разработка</w:t>
            </w:r>
            <w:r w:rsidRPr="00BD607E">
              <w:rPr>
                <w:spacing w:val="-1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</w:t>
            </w:r>
            <w:r w:rsidRPr="00BD607E">
              <w:rPr>
                <w:spacing w:val="-13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изготовление</w:t>
            </w:r>
            <w:r w:rsidRPr="00BD607E">
              <w:rPr>
                <w:spacing w:val="-1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информационных листовок, памяток для классных</w:t>
            </w:r>
          </w:p>
          <w:p w14:paraId="3E0A704F" w14:textId="7CDF05A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руководителей</w:t>
            </w:r>
            <w:r w:rsidRPr="00BD607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профилактике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суицида среди обучающихся.</w:t>
            </w:r>
          </w:p>
        </w:tc>
        <w:tc>
          <w:tcPr>
            <w:tcW w:w="993" w:type="dxa"/>
          </w:tcPr>
          <w:p w14:paraId="31836B41" w14:textId="7A1F84CE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19B66D50" w14:textId="0BA73D7E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</w:tcPr>
          <w:p w14:paraId="068C6198" w14:textId="29EEB02A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УВР Заргарян С.В. социальный педагог Федотова И.А.</w:t>
            </w:r>
          </w:p>
        </w:tc>
        <w:tc>
          <w:tcPr>
            <w:tcW w:w="3499" w:type="dxa"/>
          </w:tcPr>
          <w:p w14:paraId="5288BB4A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73F5944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A42C" w14:textId="77777777" w:rsidR="00EF3737" w:rsidRPr="00BD607E" w:rsidRDefault="00EF3737" w:rsidP="00EF3737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BD607E">
              <w:rPr>
                <w:spacing w:val="-2"/>
                <w:sz w:val="24"/>
                <w:szCs w:val="24"/>
              </w:rPr>
              <w:t>Инструктаж классных руководителей по заполнению таблиц суицидального риска.</w:t>
            </w:r>
          </w:p>
          <w:p w14:paraId="3DC7995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2D5191AB" w14:textId="1F3CC48A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</w:tcPr>
          <w:p w14:paraId="2D4E0D69" w14:textId="44E9073C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</w:tcPr>
          <w:p w14:paraId="3AC769AE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0F2E0CBC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Заргарян С.В.</w:t>
            </w:r>
          </w:p>
          <w:p w14:paraId="26654924" w14:textId="74AB3793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Педагог-психолог Мин Н.О.</w:t>
            </w:r>
          </w:p>
        </w:tc>
        <w:tc>
          <w:tcPr>
            <w:tcW w:w="3499" w:type="dxa"/>
          </w:tcPr>
          <w:p w14:paraId="16B3B54F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A97AFA8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E894" w14:textId="77777777" w:rsidR="00EF3737" w:rsidRPr="00BD607E" w:rsidRDefault="00EF3737" w:rsidP="00EF37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Распространение</w:t>
            </w:r>
            <w:r w:rsidRPr="00BD607E">
              <w:rPr>
                <w:spacing w:val="-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информации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о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pacing w:val="-2"/>
                <w:sz w:val="24"/>
                <w:szCs w:val="24"/>
              </w:rPr>
              <w:t>работе</w:t>
            </w:r>
          </w:p>
          <w:p w14:paraId="0D5352E8" w14:textId="77777777" w:rsidR="00EF3737" w:rsidRPr="00BD607E" w:rsidRDefault="00EF3737" w:rsidP="00EF3737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Службы</w:t>
            </w:r>
            <w:r w:rsidRPr="00BD607E">
              <w:rPr>
                <w:spacing w:val="-6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общероссийского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телефона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pacing w:val="-2"/>
                <w:sz w:val="24"/>
                <w:szCs w:val="24"/>
              </w:rPr>
              <w:t>доверия.</w:t>
            </w:r>
          </w:p>
          <w:p w14:paraId="50A0394A" w14:textId="77777777" w:rsidR="00EF3737" w:rsidRPr="00BD607E" w:rsidRDefault="00EF3737" w:rsidP="00EF3737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Оформление</w:t>
            </w:r>
            <w:r w:rsidRPr="00BD607E">
              <w:rPr>
                <w:spacing w:val="-7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информационного</w:t>
            </w:r>
            <w:r w:rsidRPr="00BD607E">
              <w:rPr>
                <w:spacing w:val="-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стенда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pacing w:val="-5"/>
                <w:sz w:val="24"/>
                <w:szCs w:val="24"/>
              </w:rPr>
              <w:t>на</w:t>
            </w:r>
          </w:p>
          <w:p w14:paraId="1BB6EC8D" w14:textId="2DC2AFC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тему: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"Психологическая</w:t>
            </w:r>
            <w:r w:rsidRPr="00BD607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помощь.</w:t>
            </w:r>
            <w:r w:rsidRPr="00BD607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Телефон </w:t>
            </w:r>
            <w:r>
              <w:rPr>
                <w:spacing w:val="-2"/>
                <w:sz w:val="24"/>
                <w:szCs w:val="24"/>
              </w:rPr>
              <w:t>доверия".</w:t>
            </w:r>
          </w:p>
        </w:tc>
        <w:tc>
          <w:tcPr>
            <w:tcW w:w="993" w:type="dxa"/>
          </w:tcPr>
          <w:p w14:paraId="539DA288" w14:textId="0B9E21A1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15EB" w14:textId="722F3AF6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D38D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29C17628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7DDE9D44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4A62C265" w14:textId="60443782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49C8775B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FE88011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4CB8" w14:textId="20DDAA8D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lang w:val="ru-RU"/>
              </w:rPr>
              <w:t>Диагностика</w:t>
            </w:r>
            <w:r w:rsidRPr="00BD607E">
              <w:rPr>
                <w:spacing w:val="-11"/>
                <w:sz w:val="24"/>
                <w:lang w:val="ru-RU"/>
              </w:rPr>
              <w:t xml:space="preserve"> </w:t>
            </w:r>
            <w:r w:rsidRPr="00BD607E">
              <w:rPr>
                <w:sz w:val="24"/>
                <w:lang w:val="ru-RU"/>
              </w:rPr>
              <w:t>адаптации</w:t>
            </w:r>
            <w:r w:rsidRPr="00BD607E">
              <w:rPr>
                <w:spacing w:val="-10"/>
                <w:sz w:val="24"/>
                <w:lang w:val="ru-RU"/>
              </w:rPr>
              <w:t xml:space="preserve"> </w:t>
            </w:r>
            <w:r w:rsidRPr="00BD607E">
              <w:rPr>
                <w:sz w:val="24"/>
                <w:lang w:val="ru-RU"/>
              </w:rPr>
              <w:t>учащихся</w:t>
            </w:r>
            <w:r w:rsidRPr="00BD607E">
              <w:rPr>
                <w:spacing w:val="-10"/>
                <w:sz w:val="24"/>
                <w:lang w:val="ru-RU"/>
              </w:rPr>
              <w:t xml:space="preserve"> </w:t>
            </w:r>
            <w:r w:rsidRPr="00BD607E">
              <w:rPr>
                <w:sz w:val="24"/>
                <w:lang w:val="ru-RU"/>
              </w:rPr>
              <w:t>5-х</w:t>
            </w:r>
            <w:r w:rsidRPr="00BD607E">
              <w:rPr>
                <w:spacing w:val="-9"/>
                <w:sz w:val="24"/>
                <w:lang w:val="ru-RU"/>
              </w:rPr>
              <w:t xml:space="preserve"> </w:t>
            </w:r>
            <w:r w:rsidRPr="00BD607E">
              <w:rPr>
                <w:sz w:val="24"/>
                <w:lang w:val="ru-RU"/>
              </w:rPr>
              <w:t xml:space="preserve">классов к новым условиям обучения в среднем звене </w:t>
            </w:r>
            <w:r w:rsidRPr="00BD607E">
              <w:rPr>
                <w:spacing w:val="-2"/>
                <w:sz w:val="24"/>
                <w:lang w:val="ru-RU"/>
              </w:rPr>
              <w:t>школы.</w:t>
            </w:r>
          </w:p>
        </w:tc>
        <w:tc>
          <w:tcPr>
            <w:tcW w:w="993" w:type="dxa"/>
          </w:tcPr>
          <w:p w14:paraId="3265EFCF" w14:textId="6CFBD34B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9E30" w14:textId="34124F2B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EF66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23B40089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1E9A3D94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1E391BB4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570DE5C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E467" w14:textId="77777777" w:rsidR="00EF3737" w:rsidRPr="00BD607E" w:rsidRDefault="00EF3737" w:rsidP="00EF3737">
            <w:pPr>
              <w:pStyle w:val="TableParagraph"/>
              <w:ind w:right="44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Выявление</w:t>
            </w:r>
            <w:r w:rsidRPr="00BD607E">
              <w:rPr>
                <w:spacing w:val="-1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несовершеннолетних,</w:t>
            </w:r>
            <w:r w:rsidRPr="00BD607E">
              <w:rPr>
                <w:spacing w:val="-1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находящихся в социально опасном положении,</w:t>
            </w:r>
          </w:p>
          <w:p w14:paraId="4D0E6972" w14:textId="0360070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проживающих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неблагополучных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семьях.</w:t>
            </w:r>
          </w:p>
        </w:tc>
        <w:tc>
          <w:tcPr>
            <w:tcW w:w="993" w:type="dxa"/>
          </w:tcPr>
          <w:p w14:paraId="3CF01634" w14:textId="752F24E2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8FEC" w14:textId="7BD9551C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103A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19B2610E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Заргарян С.В.</w:t>
            </w:r>
          </w:p>
          <w:p w14:paraId="6B4223B6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6360DDD9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162BBADB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01EE3212" w14:textId="26AC220D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2A038E25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04F9D2D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8510" w14:textId="77777777" w:rsidR="00EF3737" w:rsidRPr="00BD607E" w:rsidRDefault="00EF3737" w:rsidP="00EF373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Индивидуальная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работа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 xml:space="preserve">с </w:t>
            </w:r>
            <w:r w:rsidRPr="00BD607E">
              <w:rPr>
                <w:spacing w:val="-2"/>
                <w:sz w:val="24"/>
                <w:szCs w:val="24"/>
              </w:rPr>
              <w:t>учащимися,</w:t>
            </w:r>
          </w:p>
          <w:p w14:paraId="09C692F0" w14:textId="2072662B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имеющий высокий</w:t>
            </w:r>
            <w:r w:rsidRPr="00BD607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уровень</w:t>
            </w:r>
            <w:r w:rsidRPr="00BD607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склонности</w:t>
            </w:r>
            <w:r w:rsidRPr="00BD607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 xml:space="preserve">к </w:t>
            </w:r>
            <w:r w:rsidRPr="00BD607E">
              <w:rPr>
                <w:spacing w:val="-2"/>
                <w:sz w:val="24"/>
                <w:szCs w:val="24"/>
                <w:lang w:val="ru-RU"/>
              </w:rPr>
              <w:t>депрессии.</w:t>
            </w:r>
          </w:p>
        </w:tc>
        <w:tc>
          <w:tcPr>
            <w:tcW w:w="993" w:type="dxa"/>
          </w:tcPr>
          <w:p w14:paraId="21FFB56A" w14:textId="1B73CE78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6E22" w14:textId="34A312EE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15DD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56C5C495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Заргарян С.В.</w:t>
            </w:r>
          </w:p>
          <w:p w14:paraId="7C13675C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0F712F75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043658E0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3B910B42" w14:textId="33FC33C9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4669B4F3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3C75995E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51AA" w14:textId="77777777" w:rsidR="00EF3737" w:rsidRPr="00BD607E" w:rsidRDefault="00EF3737" w:rsidP="00EF37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lastRenderedPageBreak/>
              <w:t>Индивидуальная</w:t>
            </w:r>
            <w:r w:rsidRPr="00BD607E">
              <w:rPr>
                <w:spacing w:val="-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работа</w:t>
            </w:r>
            <w:r w:rsidRPr="00BD607E">
              <w:rPr>
                <w:spacing w:val="-5"/>
                <w:sz w:val="24"/>
                <w:szCs w:val="24"/>
              </w:rPr>
              <w:t xml:space="preserve"> </w:t>
            </w:r>
            <w:r w:rsidRPr="00BD607E">
              <w:rPr>
                <w:spacing w:val="-10"/>
                <w:sz w:val="24"/>
                <w:szCs w:val="24"/>
              </w:rPr>
              <w:t>с</w:t>
            </w:r>
          </w:p>
          <w:p w14:paraId="59F33CA0" w14:textId="5637E2FD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дезадаптированными</w:t>
            </w:r>
            <w:r w:rsidRPr="00BD60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pacing w:val="-2"/>
                <w:sz w:val="24"/>
                <w:szCs w:val="24"/>
                <w:lang w:val="ru-RU"/>
              </w:rPr>
              <w:t>учащимися.</w:t>
            </w:r>
          </w:p>
        </w:tc>
        <w:tc>
          <w:tcPr>
            <w:tcW w:w="993" w:type="dxa"/>
          </w:tcPr>
          <w:p w14:paraId="63699B18" w14:textId="425CF345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C0CE" w14:textId="6D5B7883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3944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3A40D353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63F7E706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3866C325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  <w:p w14:paraId="0B449DEB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626AF63E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30A95666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C2BE" w14:textId="390BE3E5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Индивидуальная</w:t>
            </w:r>
            <w:r w:rsidRPr="00BD607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работа с учащимися, попавшими</w:t>
            </w:r>
            <w:r w:rsidRPr="00BD607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</w:t>
            </w:r>
            <w:r w:rsidRPr="00BD607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трудную</w:t>
            </w:r>
            <w:r w:rsidRPr="00BD607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жизненную</w:t>
            </w:r>
            <w:r w:rsidRPr="00BD607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ситуацию.</w:t>
            </w:r>
          </w:p>
        </w:tc>
        <w:tc>
          <w:tcPr>
            <w:tcW w:w="993" w:type="dxa"/>
          </w:tcPr>
          <w:p w14:paraId="2A1AF16E" w14:textId="6D4897FE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CCEB" w14:textId="595946D8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B598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7CE65BFC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2C63D599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0D061C96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  <w:p w14:paraId="0E3E49E9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06A630C3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D31A961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95D2" w14:textId="77777777" w:rsidR="00EF3737" w:rsidRPr="00BD607E" w:rsidRDefault="00EF3737" w:rsidP="00EF3737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Привлечение</w:t>
            </w:r>
            <w:r w:rsidRPr="00BD607E">
              <w:rPr>
                <w:spacing w:val="-10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учащихся</w:t>
            </w:r>
            <w:r w:rsidRPr="00BD607E">
              <w:rPr>
                <w:spacing w:val="-6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«группы</w:t>
            </w:r>
            <w:r w:rsidRPr="00BD607E">
              <w:rPr>
                <w:spacing w:val="-11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риска»</w:t>
            </w:r>
            <w:r w:rsidRPr="00BD607E">
              <w:rPr>
                <w:spacing w:val="-15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в соответствии с их интересами и</w:t>
            </w:r>
          </w:p>
          <w:p w14:paraId="67AA53A8" w14:textId="77777777" w:rsidR="00EF3737" w:rsidRPr="00BD607E" w:rsidRDefault="00EF3737" w:rsidP="00EF3737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способностями</w:t>
            </w:r>
            <w:r w:rsidRPr="00BD607E">
              <w:rPr>
                <w:spacing w:val="-1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к внеурочной</w:t>
            </w:r>
            <w:r w:rsidRPr="00BD607E">
              <w:rPr>
                <w:spacing w:val="-1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деятельности</w:t>
            </w:r>
            <w:r w:rsidRPr="00BD607E">
              <w:rPr>
                <w:spacing w:val="-10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и мероприятиям школы (кружки, секции, спортивные мероприятия, художественная</w:t>
            </w:r>
          </w:p>
          <w:p w14:paraId="165FDC72" w14:textId="0C5840FB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самодеятельность,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акции,</w:t>
            </w:r>
            <w:r w:rsidRPr="00BD60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конкурсы</w:t>
            </w:r>
            <w:r w:rsidRPr="00BD607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</w:t>
            </w:r>
            <w:r w:rsidRPr="00BD60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pacing w:val="-2"/>
                <w:sz w:val="24"/>
                <w:szCs w:val="24"/>
                <w:lang w:val="ru-RU"/>
              </w:rPr>
              <w:t>т.п.),</w:t>
            </w:r>
          </w:p>
        </w:tc>
        <w:tc>
          <w:tcPr>
            <w:tcW w:w="993" w:type="dxa"/>
          </w:tcPr>
          <w:p w14:paraId="7698C406" w14:textId="1B3E6159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0660" w14:textId="3E835D5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AAF2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ВР</w:t>
            </w:r>
          </w:p>
          <w:p w14:paraId="3ECAE5AC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Крицкая Н.С.</w:t>
            </w:r>
          </w:p>
          <w:p w14:paraId="08D9D692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280965C6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  <w:p w14:paraId="1EF275CE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569E2D03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5FE5C0D8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94B5" w14:textId="77777777" w:rsidR="00EF3737" w:rsidRPr="00BD607E" w:rsidRDefault="00EF3737" w:rsidP="00EF3737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Регулирование взаимоотношений и конфликтных</w:t>
            </w:r>
            <w:r w:rsidRPr="00BD607E">
              <w:rPr>
                <w:spacing w:val="-9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ситуаций</w:t>
            </w:r>
            <w:r w:rsidRPr="00BD607E">
              <w:rPr>
                <w:spacing w:val="-11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среди</w:t>
            </w:r>
            <w:r w:rsidRPr="00BD607E">
              <w:rPr>
                <w:spacing w:val="-10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обучающихся</w:t>
            </w:r>
            <w:r w:rsidRPr="00BD607E">
              <w:rPr>
                <w:spacing w:val="-11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в общеобразовательном учреждении.</w:t>
            </w:r>
          </w:p>
          <w:p w14:paraId="46DE2398" w14:textId="0D72AE1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Деятельность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службы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медиации.</w:t>
            </w:r>
          </w:p>
        </w:tc>
        <w:tc>
          <w:tcPr>
            <w:tcW w:w="993" w:type="dxa"/>
          </w:tcPr>
          <w:p w14:paraId="53084E64" w14:textId="20C22E0E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39CF" w14:textId="0B922264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186B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693B7C49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Заргарян С.В.</w:t>
            </w:r>
          </w:p>
          <w:p w14:paraId="2A1BFE4C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0EF7828D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48582600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1D1A67C2" w14:textId="78B6B27A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190B41BD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D607E" w14:paraId="6148D78D" w14:textId="77777777" w:rsidTr="00460B84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3CAA" w14:textId="77777777" w:rsidR="00EF3737" w:rsidRPr="00BD607E" w:rsidRDefault="00EF3737" w:rsidP="00EF3737">
            <w:pPr>
              <w:pStyle w:val="TableParagraph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Организация и проведение классных часов, формирующих</w:t>
            </w:r>
            <w:r w:rsidRPr="00BD607E">
              <w:rPr>
                <w:spacing w:val="-7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у</w:t>
            </w:r>
            <w:r w:rsidRPr="00BD607E">
              <w:rPr>
                <w:spacing w:val="-1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обучающихся</w:t>
            </w:r>
            <w:r w:rsidRPr="00BD607E">
              <w:rPr>
                <w:spacing w:val="-10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такие</w:t>
            </w:r>
            <w:r w:rsidRPr="00BD607E">
              <w:rPr>
                <w:spacing w:val="-11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понятия, как «ценность человеческой жизни», «цели и</w:t>
            </w:r>
          </w:p>
          <w:p w14:paraId="67EF6F97" w14:textId="5C5D01D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смысл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жизни».</w:t>
            </w:r>
          </w:p>
        </w:tc>
        <w:tc>
          <w:tcPr>
            <w:tcW w:w="993" w:type="dxa"/>
          </w:tcPr>
          <w:p w14:paraId="6798D1E3" w14:textId="0BC01740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F017" w14:textId="13E9E26B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CC29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ВР</w:t>
            </w:r>
          </w:p>
          <w:p w14:paraId="2367F798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Крицкая Н.С.</w:t>
            </w:r>
          </w:p>
          <w:p w14:paraId="66924C9F" w14:textId="77777777" w:rsidR="00EF3737" w:rsidRDefault="00EF3737" w:rsidP="00EF37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  <w:p w14:paraId="159257C4" w14:textId="77777777" w:rsidR="00EF3737" w:rsidRDefault="00EF3737" w:rsidP="00EF37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классов.</w:t>
            </w:r>
          </w:p>
          <w:p w14:paraId="0DDFA183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5743DB81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D607E" w14:paraId="39F31CAA" w14:textId="77777777" w:rsidTr="001D63BA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D598" w14:textId="77777777" w:rsidR="00EF3737" w:rsidRPr="00BD607E" w:rsidRDefault="00EF3737" w:rsidP="00EF37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Классные</w:t>
            </w:r>
            <w:r w:rsidRPr="00BD607E">
              <w:rPr>
                <w:spacing w:val="-7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часы</w:t>
            </w:r>
            <w:r w:rsidRPr="00BD607E">
              <w:rPr>
                <w:spacing w:val="-1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«Я</w:t>
            </w:r>
            <w:r w:rsidRPr="00BD607E">
              <w:rPr>
                <w:spacing w:val="2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успешен",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pacing w:val="-2"/>
                <w:sz w:val="24"/>
                <w:szCs w:val="24"/>
              </w:rPr>
              <w:t>профилактика</w:t>
            </w:r>
          </w:p>
          <w:p w14:paraId="22DBCE3D" w14:textId="283B1A6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деструктивного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стресса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во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время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подготовки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 сдачи экзаменов».</w:t>
            </w:r>
          </w:p>
        </w:tc>
        <w:tc>
          <w:tcPr>
            <w:tcW w:w="993" w:type="dxa"/>
          </w:tcPr>
          <w:p w14:paraId="6583C1B7" w14:textId="75E7F848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753B" w14:textId="2A3DB22D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3620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Зам. директора по ВР</w:t>
            </w:r>
          </w:p>
          <w:p w14:paraId="5CCE31EE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Крицкая Н.С.</w:t>
            </w:r>
          </w:p>
          <w:p w14:paraId="6D5E5C2A" w14:textId="77777777" w:rsidR="00EF3737" w:rsidRDefault="00EF3737" w:rsidP="00EF37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Классные руководители 9-11 </w:t>
            </w:r>
            <w:r>
              <w:rPr>
                <w:sz w:val="24"/>
                <w:szCs w:val="24"/>
              </w:rPr>
              <w:lastRenderedPageBreak/>
              <w:t>классов.</w:t>
            </w:r>
          </w:p>
          <w:p w14:paraId="6EBD138D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66A3EE20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0F4A2CF" w14:textId="77777777" w:rsidTr="001D63BA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697D" w14:textId="7E71011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lastRenderedPageBreak/>
              <w:t>Проведение консультативной помощи учащимся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во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время</w:t>
            </w:r>
            <w:r w:rsidRPr="00BD60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подготовки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</w:t>
            </w:r>
            <w:r w:rsidRPr="00BD607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 xml:space="preserve">проведения </w:t>
            </w:r>
            <w:r w:rsidRPr="00BD607E">
              <w:rPr>
                <w:spacing w:val="-4"/>
                <w:sz w:val="24"/>
                <w:szCs w:val="24"/>
                <w:lang w:val="ru-RU"/>
              </w:rPr>
              <w:t>ОГЭ.</w:t>
            </w:r>
          </w:p>
        </w:tc>
        <w:tc>
          <w:tcPr>
            <w:tcW w:w="993" w:type="dxa"/>
          </w:tcPr>
          <w:p w14:paraId="1BDBB5C2" w14:textId="5653E7FF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82AE" w14:textId="580295E4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>Апрель-</w:t>
            </w:r>
            <w:r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358D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253C4761" w14:textId="77777777" w:rsidR="00EF3737" w:rsidRPr="00CF21F9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CF21F9">
              <w:rPr>
                <w:sz w:val="24"/>
                <w:szCs w:val="24"/>
                <w:lang w:val="ru-RU"/>
              </w:rPr>
              <w:t>Мин Н.О.</w:t>
            </w:r>
          </w:p>
          <w:p w14:paraId="4B1A37AF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47D712AF" w14:textId="77777777" w:rsidR="00EF3737" w:rsidRPr="00BD607E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461B6684" w14:textId="77777777" w:rsidTr="00103968">
        <w:trPr>
          <w:jc w:val="center"/>
        </w:trPr>
        <w:tc>
          <w:tcPr>
            <w:tcW w:w="13435" w:type="dxa"/>
            <w:gridSpan w:val="5"/>
            <w:shd w:val="clear" w:color="auto" w:fill="FF0000"/>
            <w:vAlign w:val="center"/>
          </w:tcPr>
          <w:p w14:paraId="1CB425D0" w14:textId="05E8A37E" w:rsidR="00EF3737" w:rsidRPr="00103968" w:rsidRDefault="00EF3737" w:rsidP="00EF373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03968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Профилактика самовольных уходов</w:t>
            </w:r>
          </w:p>
        </w:tc>
      </w:tr>
      <w:tr w:rsidR="00EF3737" w:rsidRPr="00BE7498" w14:paraId="69F7CDF9" w14:textId="77777777" w:rsidTr="00F72546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278E" w14:textId="624944AE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Разработка и распространение  памяток для педагогического коллектива, несовершеннолетних и родителей по вопросам правового и нравственного воспитания.</w:t>
            </w:r>
          </w:p>
        </w:tc>
        <w:tc>
          <w:tcPr>
            <w:tcW w:w="993" w:type="dxa"/>
          </w:tcPr>
          <w:p w14:paraId="1D3F7929" w14:textId="230CEDC8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D610" w14:textId="044654F6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0BA1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Зам.директора по УВР</w:t>
            </w:r>
          </w:p>
          <w:p w14:paraId="4968E40C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Заргарян С.В.</w:t>
            </w:r>
          </w:p>
          <w:p w14:paraId="580181EA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4CE1DAE1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  <w:p w14:paraId="0F96C0A9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2569BB7C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Мин Н.О.</w:t>
            </w:r>
          </w:p>
          <w:p w14:paraId="644A3E57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</w:p>
          <w:p w14:paraId="0F467596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Инспектор ПДН</w:t>
            </w:r>
          </w:p>
          <w:p w14:paraId="587BF82E" w14:textId="1D19B723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Рогожина А.В.</w:t>
            </w:r>
          </w:p>
        </w:tc>
        <w:tc>
          <w:tcPr>
            <w:tcW w:w="3499" w:type="dxa"/>
          </w:tcPr>
          <w:p w14:paraId="26ECEAC8" w14:textId="7777777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2CBA41C" w14:textId="77777777" w:rsidTr="00F72546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AB36" w14:textId="2FDCBC66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Рассмотрение вопросов профилактики  безнадзорности и правонарушений несовершеннолетних,</w:t>
            </w:r>
            <w:r w:rsidRPr="00103968">
              <w:rPr>
                <w:bCs/>
                <w:sz w:val="24"/>
                <w:szCs w:val="24"/>
                <w:lang w:val="ru-RU"/>
              </w:rPr>
              <w:t xml:space="preserve"> по профилактике жестокого обращения с детьми</w:t>
            </w:r>
            <w:r w:rsidRPr="00103968">
              <w:rPr>
                <w:sz w:val="24"/>
                <w:szCs w:val="24"/>
                <w:lang w:val="ru-RU"/>
              </w:rPr>
              <w:t xml:space="preserve"> на школьных педагогических советах, родительских собраниях.</w:t>
            </w:r>
          </w:p>
        </w:tc>
        <w:tc>
          <w:tcPr>
            <w:tcW w:w="993" w:type="dxa"/>
          </w:tcPr>
          <w:p w14:paraId="1A040884" w14:textId="3205BD5A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77E3" w14:textId="7E9383AA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1BAC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Зам.директора по УВР</w:t>
            </w:r>
          </w:p>
          <w:p w14:paraId="36458CB2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Заргарян С.В.</w:t>
            </w:r>
          </w:p>
          <w:p w14:paraId="25336235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3F4B410E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  <w:p w14:paraId="450B7999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</w:p>
          <w:p w14:paraId="6444AF4F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Инспектор ПДН</w:t>
            </w:r>
          </w:p>
          <w:p w14:paraId="2A4F0154" w14:textId="3A06438A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Рогожина А.В.</w:t>
            </w:r>
          </w:p>
        </w:tc>
        <w:tc>
          <w:tcPr>
            <w:tcW w:w="3499" w:type="dxa"/>
          </w:tcPr>
          <w:p w14:paraId="33F2C065" w14:textId="7777777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5F33184" w14:textId="77777777" w:rsidTr="00F72546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6D6D" w14:textId="4234723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Выступление инспекторов ПДН на родительском собрании</w:t>
            </w:r>
          </w:p>
        </w:tc>
        <w:tc>
          <w:tcPr>
            <w:tcW w:w="993" w:type="dxa"/>
          </w:tcPr>
          <w:p w14:paraId="5CC0ADE9" w14:textId="620E019D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B023" w14:textId="1D59D6CF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763A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Инспектор ПДН</w:t>
            </w:r>
          </w:p>
          <w:p w14:paraId="3B5E2F84" w14:textId="7FCE5D4B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Рогожина А.В.</w:t>
            </w:r>
          </w:p>
        </w:tc>
        <w:tc>
          <w:tcPr>
            <w:tcW w:w="3499" w:type="dxa"/>
          </w:tcPr>
          <w:p w14:paraId="2751BE03" w14:textId="7777777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9176E3F" w14:textId="77777777" w:rsidTr="00F72546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BC9A" w14:textId="5D6A7FE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Беседа «Основные виды преступлений, совершаемых подростками в городе, ответственность за их совершение» 5-9 класс</w:t>
            </w:r>
          </w:p>
        </w:tc>
        <w:tc>
          <w:tcPr>
            <w:tcW w:w="993" w:type="dxa"/>
          </w:tcPr>
          <w:p w14:paraId="3D2E293A" w14:textId="7204B92A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6246" w14:textId="2ADDF85D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D3D7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56F6E6DA" w14:textId="7C04A09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590327B7" w14:textId="7777777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72FB4B6" w14:textId="77777777" w:rsidTr="00F72546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B2A9" w14:textId="59B92AAA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Лекция: «Уголовная и административная ответственность несовершеннолетних»</w:t>
            </w:r>
          </w:p>
        </w:tc>
        <w:tc>
          <w:tcPr>
            <w:tcW w:w="993" w:type="dxa"/>
          </w:tcPr>
          <w:p w14:paraId="56DEE911" w14:textId="538DAEA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0BC4" w14:textId="5891B79E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FE7D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56F028D5" w14:textId="0A58F64D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499" w:type="dxa"/>
          </w:tcPr>
          <w:p w14:paraId="565B49EC" w14:textId="7777777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103968" w14:paraId="31EC3349" w14:textId="77777777" w:rsidTr="001A024B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1262" w14:textId="1BF01E85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Контроль за посещаемостью обучающихся, выяснение причин пропусков занятий</w:t>
            </w:r>
          </w:p>
        </w:tc>
        <w:tc>
          <w:tcPr>
            <w:tcW w:w="993" w:type="dxa"/>
          </w:tcPr>
          <w:p w14:paraId="371E158A" w14:textId="1F34CF9D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241B" w14:textId="3C266038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2B99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Зам.директора по УВР Заргарян С.В.</w:t>
            </w:r>
          </w:p>
          <w:p w14:paraId="4A034B99" w14:textId="77777777" w:rsidR="00EF3737" w:rsidRDefault="00EF3737" w:rsidP="00EF37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  <w:p w14:paraId="16CED28A" w14:textId="7B77FD34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3499" w:type="dxa"/>
          </w:tcPr>
          <w:p w14:paraId="176FAA7D" w14:textId="7777777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D598EAF" w14:textId="77777777" w:rsidTr="001A024B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435C" w14:textId="65CF87A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lastRenderedPageBreak/>
              <w:t>Мониторинг состояния негативных социально-психологических явлений среди обучающихся</w:t>
            </w:r>
          </w:p>
        </w:tc>
        <w:tc>
          <w:tcPr>
            <w:tcW w:w="993" w:type="dxa"/>
          </w:tcPr>
          <w:p w14:paraId="03DBDAA5" w14:textId="480C36CB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A497" w14:textId="45399ED0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7332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Классные руководители,</w:t>
            </w:r>
          </w:p>
          <w:p w14:paraId="49E612A4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0439F4A0" w14:textId="1A65F060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Мин Н.О.</w:t>
            </w:r>
          </w:p>
        </w:tc>
        <w:tc>
          <w:tcPr>
            <w:tcW w:w="3499" w:type="dxa"/>
          </w:tcPr>
          <w:p w14:paraId="3E6A4157" w14:textId="7777777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8426B7B" w14:textId="77777777" w:rsidTr="001A024B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D0BA" w14:textId="659388AD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Мониторинг ситуации по жестокому обращению и насилию в отношении несовершеннолетних</w:t>
            </w:r>
          </w:p>
        </w:tc>
        <w:tc>
          <w:tcPr>
            <w:tcW w:w="993" w:type="dxa"/>
          </w:tcPr>
          <w:p w14:paraId="418D3C39" w14:textId="4673B8D1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2993" w14:textId="53C361B3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ED2B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Педагог-психолог,</w:t>
            </w:r>
          </w:p>
          <w:p w14:paraId="3EA235A1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Мин Н.О.</w:t>
            </w:r>
          </w:p>
          <w:p w14:paraId="6FF0455D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6FA205DB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  <w:p w14:paraId="1EE3E890" w14:textId="7777777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99" w:type="dxa"/>
          </w:tcPr>
          <w:p w14:paraId="285D8EF7" w14:textId="7777777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85B5E99" w14:textId="77777777" w:rsidTr="001A024B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367A" w14:textId="77777777" w:rsidR="00EF3737" w:rsidRPr="00103968" w:rsidRDefault="00EF3737" w:rsidP="00EF3737">
            <w:pPr>
              <w:jc w:val="both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Систематизация профилактической работы с семьями, находящимися в трудной жизненной ситуации, либо в социально-опасном положении.</w:t>
            </w:r>
          </w:p>
          <w:p w14:paraId="31CD6F21" w14:textId="26BDD0D3" w:rsidR="00EF3737" w:rsidRPr="00103968" w:rsidRDefault="00EF3737" w:rsidP="00EF3737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312D0055" w14:textId="128FEDC1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9153" w14:textId="35C7932D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FF7D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18072598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Заргарян С.В.</w:t>
            </w:r>
          </w:p>
          <w:p w14:paraId="653A011F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7D49F858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  <w:p w14:paraId="19C9525D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143DEBD4" w14:textId="5B698024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Мин Н.О</w:t>
            </w:r>
          </w:p>
        </w:tc>
        <w:tc>
          <w:tcPr>
            <w:tcW w:w="3499" w:type="dxa"/>
          </w:tcPr>
          <w:p w14:paraId="268CF337" w14:textId="7777777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103968" w14:paraId="4A3749C0" w14:textId="77777777" w:rsidTr="001A024B">
        <w:trPr>
          <w:jc w:val="center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AA4A" w14:textId="5F09DA28" w:rsidR="00EF3737" w:rsidRPr="00103968" w:rsidRDefault="00EF3737" w:rsidP="00EF3737">
            <w:pPr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Контроль за организацией отдыха, оздоровления и занятости детей, состоящих на различных видах профилактического учета, в рамках летней оздоровительной кампании</w:t>
            </w:r>
          </w:p>
        </w:tc>
        <w:tc>
          <w:tcPr>
            <w:tcW w:w="993" w:type="dxa"/>
          </w:tcPr>
          <w:p w14:paraId="6582BBDC" w14:textId="507FB763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C46A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E519" w14:textId="7965D46B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09ED" w14:textId="77777777" w:rsidR="00EF3737" w:rsidRPr="00103968" w:rsidRDefault="00EF3737" w:rsidP="00EF3737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Зам.директора по УВР Заргарян С.В.</w:t>
            </w:r>
          </w:p>
          <w:p w14:paraId="6DF0A914" w14:textId="77777777" w:rsidR="00EF3737" w:rsidRDefault="00EF3737" w:rsidP="00EF37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  <w:p w14:paraId="09FAEBCB" w14:textId="56D7CE7B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  <w:r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3499" w:type="dxa"/>
          </w:tcPr>
          <w:p w14:paraId="7A3479F3" w14:textId="77777777" w:rsidR="00EF3737" w:rsidRPr="00103968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bookmarkEnd w:id="3"/>
    </w:tbl>
    <w:p w14:paraId="2C0F8D97" w14:textId="77777777" w:rsidR="00726B0A" w:rsidRPr="00103968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6BB7AA8D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«СОЦИАЛЬНОЕ ПАРТНЁРСТВО»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35"/>
        <w:gridCol w:w="1758"/>
        <w:gridCol w:w="2636"/>
        <w:gridCol w:w="3476"/>
      </w:tblGrid>
      <w:tr w:rsidR="00AA1362" w:rsidRPr="00027D8D" w14:paraId="54B0069E" w14:textId="7574C561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0016D51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35" w:type="dxa"/>
            <w:shd w:val="clear" w:color="auto" w:fill="D9EAF7"/>
            <w:vAlign w:val="center"/>
          </w:tcPr>
          <w:p w14:paraId="06FA96F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58" w:type="dxa"/>
            <w:shd w:val="clear" w:color="auto" w:fill="D9EAF7"/>
            <w:vAlign w:val="center"/>
          </w:tcPr>
          <w:p w14:paraId="567E955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636" w:type="dxa"/>
            <w:shd w:val="clear" w:color="auto" w:fill="D9EAF7"/>
            <w:vAlign w:val="center"/>
          </w:tcPr>
          <w:p w14:paraId="51340BA8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476" w:type="dxa"/>
            <w:shd w:val="clear" w:color="auto" w:fill="D9EAF7"/>
          </w:tcPr>
          <w:p w14:paraId="1BC4FE1F" w14:textId="57B11466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BE7498" w14:paraId="67782F8F" w14:textId="6F55A3AE" w:rsidTr="00080CE5">
        <w:trPr>
          <w:jc w:val="center"/>
        </w:trPr>
        <w:tc>
          <w:tcPr>
            <w:tcW w:w="4592" w:type="dxa"/>
            <w:vAlign w:val="center"/>
          </w:tcPr>
          <w:p w14:paraId="7FFACC6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Совместный читательский проект с муниципальной библиотекой</w:t>
            </w:r>
          </w:p>
        </w:tc>
        <w:tc>
          <w:tcPr>
            <w:tcW w:w="935" w:type="dxa"/>
          </w:tcPr>
          <w:p w14:paraId="537FEEDF" w14:textId="646BEC76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58" w:type="dxa"/>
            <w:vAlign w:val="center"/>
          </w:tcPr>
          <w:p w14:paraId="6DFBB30E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 по согласованному плану</w:t>
            </w:r>
          </w:p>
        </w:tc>
        <w:tc>
          <w:tcPr>
            <w:tcW w:w="2636" w:type="dxa"/>
            <w:vAlign w:val="center"/>
          </w:tcPr>
          <w:p w14:paraId="6C111C5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Школьный библиотекарь; сотрудники библиотеки — по согласованию</w:t>
            </w:r>
          </w:p>
        </w:tc>
        <w:tc>
          <w:tcPr>
            <w:tcW w:w="3476" w:type="dxa"/>
          </w:tcPr>
          <w:p w14:paraId="437541C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7E4EE477" w14:textId="046A050E" w:rsidTr="00080CE5">
        <w:trPr>
          <w:jc w:val="center"/>
        </w:trPr>
        <w:tc>
          <w:tcPr>
            <w:tcW w:w="4592" w:type="dxa"/>
            <w:vAlign w:val="center"/>
          </w:tcPr>
          <w:p w14:paraId="08C55C9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Экскурсионные и образовательные программы краеведческого музея</w:t>
            </w:r>
          </w:p>
        </w:tc>
        <w:tc>
          <w:tcPr>
            <w:tcW w:w="935" w:type="dxa"/>
          </w:tcPr>
          <w:p w14:paraId="167DC5F4" w14:textId="19B4EAEB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58" w:type="dxa"/>
            <w:vAlign w:val="center"/>
          </w:tcPr>
          <w:p w14:paraId="721FE4D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Ноябрь 2026 года; апрель 2027 года</w:t>
            </w:r>
          </w:p>
        </w:tc>
        <w:tc>
          <w:tcPr>
            <w:tcW w:w="2636" w:type="dxa"/>
            <w:vAlign w:val="center"/>
          </w:tcPr>
          <w:p w14:paraId="4C9B566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сотрудники музея — по согласованию</w:t>
            </w:r>
          </w:p>
        </w:tc>
        <w:tc>
          <w:tcPr>
            <w:tcW w:w="3476" w:type="dxa"/>
          </w:tcPr>
          <w:p w14:paraId="7250AAA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7FC5651F" w14:textId="1BB0785B" w:rsidTr="00080CE5">
        <w:trPr>
          <w:jc w:val="center"/>
        </w:trPr>
        <w:tc>
          <w:tcPr>
            <w:tcW w:w="4592" w:type="dxa"/>
            <w:vAlign w:val="center"/>
          </w:tcPr>
          <w:p w14:paraId="339F9FC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Встречи с сотрудниками МЧС и Госавтоинспекции</w:t>
            </w:r>
          </w:p>
        </w:tc>
        <w:tc>
          <w:tcPr>
            <w:tcW w:w="935" w:type="dxa"/>
          </w:tcPr>
          <w:p w14:paraId="0DC109D5" w14:textId="6DEE34B3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58" w:type="dxa"/>
            <w:vAlign w:val="center"/>
          </w:tcPr>
          <w:p w14:paraId="41A2EBDF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согласованному графику</w:t>
            </w:r>
          </w:p>
        </w:tc>
        <w:tc>
          <w:tcPr>
            <w:tcW w:w="2636" w:type="dxa"/>
            <w:vAlign w:val="center"/>
          </w:tcPr>
          <w:p w14:paraId="223FAC6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Ответственный за комплексную безопасность</w:t>
            </w:r>
          </w:p>
        </w:tc>
        <w:tc>
          <w:tcPr>
            <w:tcW w:w="3476" w:type="dxa"/>
          </w:tcPr>
          <w:p w14:paraId="5C05F5E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63FCCA29" w14:textId="6BB682C4" w:rsidTr="00080CE5">
        <w:trPr>
          <w:jc w:val="center"/>
        </w:trPr>
        <w:tc>
          <w:tcPr>
            <w:tcW w:w="4592" w:type="dxa"/>
            <w:vAlign w:val="center"/>
          </w:tcPr>
          <w:p w14:paraId="52C54C9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Спортивные мастер-классы с тренерами детско-юношеской спортивной школы</w:t>
            </w:r>
          </w:p>
        </w:tc>
        <w:tc>
          <w:tcPr>
            <w:tcW w:w="935" w:type="dxa"/>
          </w:tcPr>
          <w:p w14:paraId="7617760C" w14:textId="59391064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58" w:type="dxa"/>
            <w:vAlign w:val="center"/>
          </w:tcPr>
          <w:p w14:paraId="7D18919B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636" w:type="dxa"/>
            <w:vAlign w:val="center"/>
          </w:tcPr>
          <w:p w14:paraId="3296F33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тренеры — по согласованию</w:t>
            </w:r>
          </w:p>
        </w:tc>
        <w:tc>
          <w:tcPr>
            <w:tcW w:w="3476" w:type="dxa"/>
          </w:tcPr>
          <w:p w14:paraId="53C384B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1B0AD8EF" w14:textId="0EC7A03A" w:rsidTr="00080CE5">
        <w:trPr>
          <w:jc w:val="center"/>
        </w:trPr>
        <w:tc>
          <w:tcPr>
            <w:tcW w:w="4592" w:type="dxa"/>
            <w:vAlign w:val="center"/>
          </w:tcPr>
          <w:p w14:paraId="73E4708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Проекты с учреждениями дополнительного образования и художественными школами</w:t>
            </w:r>
          </w:p>
        </w:tc>
        <w:tc>
          <w:tcPr>
            <w:tcW w:w="935" w:type="dxa"/>
          </w:tcPr>
          <w:p w14:paraId="1DBE62AF" w14:textId="35AE247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58" w:type="dxa"/>
            <w:vAlign w:val="center"/>
          </w:tcPr>
          <w:p w14:paraId="2BDC937D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плану партнёров</w:t>
            </w:r>
          </w:p>
        </w:tc>
        <w:tc>
          <w:tcPr>
            <w:tcW w:w="2636" w:type="dxa"/>
            <w:vAlign w:val="center"/>
          </w:tcPr>
          <w:p w14:paraId="4812F9E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Педагог-организатор; представители организаций — по согласованию</w:t>
            </w:r>
          </w:p>
        </w:tc>
        <w:tc>
          <w:tcPr>
            <w:tcW w:w="3476" w:type="dxa"/>
          </w:tcPr>
          <w:p w14:paraId="1B5A7D9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485E65C8" w14:textId="79906C8E" w:rsidTr="00080CE5">
        <w:trPr>
          <w:jc w:val="center"/>
        </w:trPr>
        <w:tc>
          <w:tcPr>
            <w:tcW w:w="4592" w:type="dxa"/>
            <w:vAlign w:val="center"/>
          </w:tcPr>
          <w:p w14:paraId="0A31088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Встречи с ветеранами педагогического труда и представителями общественных организаций</w:t>
            </w:r>
          </w:p>
        </w:tc>
        <w:tc>
          <w:tcPr>
            <w:tcW w:w="935" w:type="dxa"/>
          </w:tcPr>
          <w:p w14:paraId="16207291" w14:textId="3A06F663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58" w:type="dxa"/>
            <w:vAlign w:val="center"/>
          </w:tcPr>
          <w:p w14:paraId="75D7EA82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 2026 года; май 2027 года</w:t>
            </w:r>
          </w:p>
        </w:tc>
        <w:tc>
          <w:tcPr>
            <w:tcW w:w="2636" w:type="dxa"/>
            <w:vAlign w:val="center"/>
          </w:tcPr>
          <w:p w14:paraId="774C622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 (при наличии); приглашённые лица — по согласованию</w:t>
            </w:r>
          </w:p>
        </w:tc>
        <w:tc>
          <w:tcPr>
            <w:tcW w:w="3476" w:type="dxa"/>
          </w:tcPr>
          <w:p w14:paraId="34A182F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17E08A0B" w14:textId="332A0F7A" w:rsidTr="00080CE5">
        <w:trPr>
          <w:jc w:val="center"/>
        </w:trPr>
        <w:tc>
          <w:tcPr>
            <w:tcW w:w="4592" w:type="dxa"/>
            <w:vAlign w:val="center"/>
          </w:tcPr>
          <w:p w14:paraId="68738DF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Профориентационные встречи с родителями и представителями организаций</w:t>
            </w:r>
          </w:p>
        </w:tc>
        <w:tc>
          <w:tcPr>
            <w:tcW w:w="935" w:type="dxa"/>
          </w:tcPr>
          <w:p w14:paraId="341ADEB4" w14:textId="4A0D8EC1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58" w:type="dxa"/>
            <w:vAlign w:val="center"/>
          </w:tcPr>
          <w:p w14:paraId="05DE774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636" w:type="dxa"/>
            <w:vAlign w:val="center"/>
          </w:tcPr>
          <w:p w14:paraId="4292E17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приглашённые специалисты — по согласованию</w:t>
            </w:r>
          </w:p>
        </w:tc>
        <w:tc>
          <w:tcPr>
            <w:tcW w:w="3476" w:type="dxa"/>
          </w:tcPr>
          <w:p w14:paraId="6FA09BA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D81C43E" w14:textId="7F812C50" w:rsidTr="00080CE5">
        <w:trPr>
          <w:jc w:val="center"/>
        </w:trPr>
        <w:tc>
          <w:tcPr>
            <w:tcW w:w="4592" w:type="dxa"/>
            <w:vAlign w:val="center"/>
          </w:tcPr>
          <w:p w14:paraId="1C1C8C7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Медико-просветительские мероприятия по формированию здорового образа жизни</w:t>
            </w:r>
          </w:p>
        </w:tc>
        <w:tc>
          <w:tcPr>
            <w:tcW w:w="935" w:type="dxa"/>
          </w:tcPr>
          <w:p w14:paraId="0E462546" w14:textId="44A9363A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58" w:type="dxa"/>
            <w:vAlign w:val="center"/>
          </w:tcPr>
          <w:p w14:paraId="3410B90F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согласованному графику</w:t>
            </w:r>
          </w:p>
        </w:tc>
        <w:tc>
          <w:tcPr>
            <w:tcW w:w="2636" w:type="dxa"/>
            <w:vAlign w:val="center"/>
          </w:tcPr>
          <w:p w14:paraId="00984AF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Медицинский работник (при наличии); представители медицинской организации — по согласованию</w:t>
            </w:r>
          </w:p>
        </w:tc>
        <w:tc>
          <w:tcPr>
            <w:tcW w:w="3476" w:type="dxa"/>
          </w:tcPr>
          <w:p w14:paraId="198DEBA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55E5C11A" w14:textId="77777777" w:rsidTr="00BA3B40">
        <w:trPr>
          <w:jc w:val="center"/>
        </w:trPr>
        <w:tc>
          <w:tcPr>
            <w:tcW w:w="4592" w:type="dxa"/>
          </w:tcPr>
          <w:p w14:paraId="320A9062" w14:textId="1249807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bCs/>
                <w:sz w:val="24"/>
                <w:szCs w:val="24"/>
                <w:lang w:val="ru-RU"/>
              </w:rPr>
              <w:t>Привлечение сотрудников Госавтоинспекции к массовым мероприятиям, родительским собраниям</w:t>
            </w:r>
          </w:p>
        </w:tc>
        <w:tc>
          <w:tcPr>
            <w:tcW w:w="935" w:type="dxa"/>
          </w:tcPr>
          <w:p w14:paraId="5A51DF5C" w14:textId="449FBFA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58" w:type="dxa"/>
          </w:tcPr>
          <w:p w14:paraId="11F2AB82" w14:textId="5CC1D5F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A60F6" w14:textId="133A427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Зам.директора по ВР</w:t>
            </w:r>
          </w:p>
        </w:tc>
        <w:tc>
          <w:tcPr>
            <w:tcW w:w="3476" w:type="dxa"/>
          </w:tcPr>
          <w:p w14:paraId="145682D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6D350283" w14:textId="77777777" w:rsidTr="00BA3B40">
        <w:trPr>
          <w:jc w:val="center"/>
        </w:trPr>
        <w:tc>
          <w:tcPr>
            <w:tcW w:w="4592" w:type="dxa"/>
          </w:tcPr>
          <w:p w14:paraId="4B961343" w14:textId="28D18AC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в конкурсах, викторинах, акциях и др. мероприятиях, организованных отдела Госавтоинспекции.</w:t>
            </w:r>
          </w:p>
        </w:tc>
        <w:tc>
          <w:tcPr>
            <w:tcW w:w="935" w:type="dxa"/>
          </w:tcPr>
          <w:p w14:paraId="576DCB07" w14:textId="75C4577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58" w:type="dxa"/>
          </w:tcPr>
          <w:p w14:paraId="2A12B5A5" w14:textId="3D14B1FD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постоянно</w:t>
            </w:r>
          </w:p>
        </w:tc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3636" w14:textId="5DFCF9D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3476" w:type="dxa"/>
          </w:tcPr>
          <w:p w14:paraId="6A5F831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5F6E0087" w14:textId="77777777" w:rsidTr="00BA3B40">
        <w:trPr>
          <w:jc w:val="center"/>
        </w:trPr>
        <w:tc>
          <w:tcPr>
            <w:tcW w:w="4592" w:type="dxa"/>
          </w:tcPr>
          <w:p w14:paraId="794143FA" w14:textId="09C4D2D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Подготовка и предоставление в адрес отдела Госавтоинспекции справок по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планам по итогам полугодия</w:t>
            </w:r>
          </w:p>
        </w:tc>
        <w:tc>
          <w:tcPr>
            <w:tcW w:w="935" w:type="dxa"/>
          </w:tcPr>
          <w:p w14:paraId="57D9D9C9" w14:textId="4276596B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758" w:type="dxa"/>
          </w:tcPr>
          <w:p w14:paraId="4D08CEFF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Своевременно</w:t>
            </w:r>
          </w:p>
          <w:p w14:paraId="5B84D98C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9E11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Зам.директора по ВР</w:t>
            </w:r>
          </w:p>
          <w:p w14:paraId="129AAE6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476" w:type="dxa"/>
          </w:tcPr>
          <w:p w14:paraId="5322218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02DA82BD" w14:textId="77777777" w:rsidTr="00BA3B40">
        <w:trPr>
          <w:jc w:val="center"/>
        </w:trPr>
        <w:tc>
          <w:tcPr>
            <w:tcW w:w="4592" w:type="dxa"/>
          </w:tcPr>
          <w:p w14:paraId="79D49B4A" w14:textId="5ED8B1C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Информирование о состоянии аварийности в МБОУ СОШ № 5</w:t>
            </w:r>
          </w:p>
        </w:tc>
        <w:tc>
          <w:tcPr>
            <w:tcW w:w="935" w:type="dxa"/>
          </w:tcPr>
          <w:p w14:paraId="6C566436" w14:textId="34882AA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2B207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58" w:type="dxa"/>
          </w:tcPr>
          <w:p w14:paraId="494F4F0C" w14:textId="3E3CB14E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ежемесячно</w:t>
            </w:r>
          </w:p>
        </w:tc>
        <w:tc>
          <w:tcPr>
            <w:tcW w:w="2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85AB3" w14:textId="396ACC89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3476" w:type="dxa"/>
          </w:tcPr>
          <w:p w14:paraId="29DC489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5B9384DF" w14:textId="77777777" w:rsidR="007446D1" w:rsidRPr="00027D8D" w:rsidRDefault="007446D1" w:rsidP="00A316D7">
      <w:pPr>
        <w:spacing w:before="180" w:after="80"/>
        <w:rPr>
          <w:rFonts w:cs="Times New Roman"/>
          <w:b/>
          <w:sz w:val="24"/>
          <w:szCs w:val="24"/>
        </w:rPr>
      </w:pPr>
    </w:p>
    <w:p w14:paraId="4430D5BD" w14:textId="5D031D9A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МОДУЛЬ «ПРОФОРИЕНТАЦИЯ»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89"/>
        <w:gridCol w:w="1701"/>
        <w:gridCol w:w="2693"/>
        <w:gridCol w:w="3530"/>
      </w:tblGrid>
      <w:tr w:rsidR="00AA1362" w:rsidRPr="00027D8D" w14:paraId="238F746F" w14:textId="02A29916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208486D5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89" w:type="dxa"/>
            <w:shd w:val="clear" w:color="auto" w:fill="D9EAF7"/>
            <w:vAlign w:val="center"/>
          </w:tcPr>
          <w:p w14:paraId="173564A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7664561A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693" w:type="dxa"/>
            <w:shd w:val="clear" w:color="auto" w:fill="D9EAF7"/>
            <w:vAlign w:val="center"/>
          </w:tcPr>
          <w:p w14:paraId="02481D0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530" w:type="dxa"/>
            <w:shd w:val="clear" w:color="auto" w:fill="D9EAF7"/>
          </w:tcPr>
          <w:p w14:paraId="32D7918C" w14:textId="3F6864CC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027D8D" w14:paraId="3CDBC705" w14:textId="12F77651" w:rsidTr="00B10DBD">
        <w:trPr>
          <w:jc w:val="center"/>
        </w:trPr>
        <w:tc>
          <w:tcPr>
            <w:tcW w:w="4592" w:type="dxa"/>
            <w:vAlign w:val="center"/>
          </w:tcPr>
          <w:p w14:paraId="517291B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Игровой цикл «Профессии вокруг нас»</w:t>
            </w:r>
          </w:p>
        </w:tc>
        <w:tc>
          <w:tcPr>
            <w:tcW w:w="989" w:type="dxa"/>
          </w:tcPr>
          <w:p w14:paraId="334C8CE5" w14:textId="256333E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1AC5F341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месяц</w:t>
            </w:r>
          </w:p>
        </w:tc>
        <w:tc>
          <w:tcPr>
            <w:tcW w:w="2693" w:type="dxa"/>
            <w:vAlign w:val="center"/>
          </w:tcPr>
          <w:p w14:paraId="3711B1B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30" w:type="dxa"/>
          </w:tcPr>
          <w:p w14:paraId="3A82AC5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0C35A51C" w14:textId="421B2255" w:rsidTr="00B10DBD">
        <w:trPr>
          <w:jc w:val="center"/>
        </w:trPr>
        <w:tc>
          <w:tcPr>
            <w:tcW w:w="4592" w:type="dxa"/>
            <w:vAlign w:val="center"/>
          </w:tcPr>
          <w:p w14:paraId="566EE93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Курс-путешествие «Мир профессий»</w:t>
            </w:r>
          </w:p>
        </w:tc>
        <w:tc>
          <w:tcPr>
            <w:tcW w:w="989" w:type="dxa"/>
          </w:tcPr>
          <w:p w14:paraId="77F62AD0" w14:textId="516A96B5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39D5581C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Два раза в четверть</w:t>
            </w:r>
          </w:p>
        </w:tc>
        <w:tc>
          <w:tcPr>
            <w:tcW w:w="2693" w:type="dxa"/>
            <w:vAlign w:val="center"/>
          </w:tcPr>
          <w:p w14:paraId="48A20F6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30" w:type="dxa"/>
          </w:tcPr>
          <w:p w14:paraId="2600F9B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7680C03A" w14:textId="0E788500" w:rsidTr="00B10DBD">
        <w:trPr>
          <w:jc w:val="center"/>
        </w:trPr>
        <w:tc>
          <w:tcPr>
            <w:tcW w:w="4592" w:type="dxa"/>
            <w:vAlign w:val="center"/>
          </w:tcPr>
          <w:p w14:paraId="010BC99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Встречи «Профессии моей семьи»</w:t>
            </w:r>
          </w:p>
        </w:tc>
        <w:tc>
          <w:tcPr>
            <w:tcW w:w="989" w:type="dxa"/>
          </w:tcPr>
          <w:p w14:paraId="3C42467B" w14:textId="70C4A01A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5596AA3C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693" w:type="dxa"/>
            <w:vAlign w:val="center"/>
          </w:tcPr>
          <w:p w14:paraId="100DA50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родители — по согласованию</w:t>
            </w:r>
          </w:p>
        </w:tc>
        <w:tc>
          <w:tcPr>
            <w:tcW w:w="3530" w:type="dxa"/>
          </w:tcPr>
          <w:p w14:paraId="4093083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1748EC76" w14:textId="63AF4786" w:rsidTr="00B10DBD">
        <w:trPr>
          <w:jc w:val="center"/>
        </w:trPr>
        <w:tc>
          <w:tcPr>
            <w:tcW w:w="4592" w:type="dxa"/>
            <w:vAlign w:val="center"/>
          </w:tcPr>
          <w:p w14:paraId="445B643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Виртуальные экскурсии «Как работают люди разных профессий»</w:t>
            </w:r>
          </w:p>
        </w:tc>
        <w:tc>
          <w:tcPr>
            <w:tcW w:w="989" w:type="dxa"/>
          </w:tcPr>
          <w:p w14:paraId="012132AF" w14:textId="04364C23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71A211BA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693" w:type="dxa"/>
            <w:vAlign w:val="center"/>
          </w:tcPr>
          <w:p w14:paraId="718F089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30" w:type="dxa"/>
          </w:tcPr>
          <w:p w14:paraId="5657D13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580B78CC" w14:textId="02014C20" w:rsidTr="00B10DBD">
        <w:trPr>
          <w:jc w:val="center"/>
        </w:trPr>
        <w:tc>
          <w:tcPr>
            <w:tcW w:w="4592" w:type="dxa"/>
            <w:vAlign w:val="center"/>
          </w:tcPr>
          <w:p w14:paraId="63A4247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Творческий проект «Кем я хочу стать»</w:t>
            </w:r>
          </w:p>
        </w:tc>
        <w:tc>
          <w:tcPr>
            <w:tcW w:w="989" w:type="dxa"/>
          </w:tcPr>
          <w:p w14:paraId="2B189D0A" w14:textId="30BBFC9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6A4D4300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Февраль–март 2027 года</w:t>
            </w:r>
          </w:p>
        </w:tc>
        <w:tc>
          <w:tcPr>
            <w:tcW w:w="2693" w:type="dxa"/>
            <w:vAlign w:val="center"/>
          </w:tcPr>
          <w:p w14:paraId="311043F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30" w:type="dxa"/>
          </w:tcPr>
          <w:p w14:paraId="06D21CC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6B74E4B3" w14:textId="45A5C346" w:rsidTr="00B10DBD">
        <w:trPr>
          <w:jc w:val="center"/>
        </w:trPr>
        <w:tc>
          <w:tcPr>
            <w:tcW w:w="4592" w:type="dxa"/>
            <w:vAlign w:val="center"/>
          </w:tcPr>
          <w:p w14:paraId="4B261AC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Мини-проект «Профессии будущего»</w:t>
            </w:r>
          </w:p>
        </w:tc>
        <w:tc>
          <w:tcPr>
            <w:tcW w:w="989" w:type="dxa"/>
          </w:tcPr>
          <w:p w14:paraId="0FDF0B82" w14:textId="2FF5CCF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7AC93651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Март 2027 года</w:t>
            </w:r>
          </w:p>
        </w:tc>
        <w:tc>
          <w:tcPr>
            <w:tcW w:w="2693" w:type="dxa"/>
            <w:vAlign w:val="center"/>
          </w:tcPr>
          <w:p w14:paraId="1435B53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педагог дополнительного образования (при наличии)</w:t>
            </w:r>
          </w:p>
        </w:tc>
        <w:tc>
          <w:tcPr>
            <w:tcW w:w="3530" w:type="dxa"/>
          </w:tcPr>
          <w:p w14:paraId="034136E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1E42D421" w14:textId="77E313DA" w:rsidTr="00B10DBD">
        <w:trPr>
          <w:jc w:val="center"/>
        </w:trPr>
        <w:tc>
          <w:tcPr>
            <w:tcW w:w="4592" w:type="dxa"/>
            <w:vAlign w:val="center"/>
          </w:tcPr>
          <w:p w14:paraId="7E76A74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Профориентационный квест «Город мастеров»</w:t>
            </w:r>
          </w:p>
        </w:tc>
        <w:tc>
          <w:tcPr>
            <w:tcW w:w="989" w:type="dxa"/>
          </w:tcPr>
          <w:p w14:paraId="28FD33FA" w14:textId="0A4FC66C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14BFD32B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Апрель 2027 года</w:t>
            </w:r>
          </w:p>
        </w:tc>
        <w:tc>
          <w:tcPr>
            <w:tcW w:w="2693" w:type="dxa"/>
            <w:vAlign w:val="center"/>
          </w:tcPr>
          <w:p w14:paraId="1E14C7D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Педагог-организатор; педагог-психолог</w:t>
            </w:r>
          </w:p>
        </w:tc>
        <w:tc>
          <w:tcPr>
            <w:tcW w:w="3530" w:type="dxa"/>
          </w:tcPr>
          <w:p w14:paraId="5D7D824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0F0D7DF6" w14:textId="32FC379C" w:rsidTr="00B10DBD">
        <w:trPr>
          <w:jc w:val="center"/>
        </w:trPr>
        <w:tc>
          <w:tcPr>
            <w:tcW w:w="4592" w:type="dxa"/>
            <w:vAlign w:val="center"/>
          </w:tcPr>
          <w:p w14:paraId="04D0ADB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Экскурсия на предприятие или в организацию родного населённого пункта</w:t>
            </w:r>
          </w:p>
        </w:tc>
        <w:tc>
          <w:tcPr>
            <w:tcW w:w="989" w:type="dxa"/>
          </w:tcPr>
          <w:p w14:paraId="54A5E488" w14:textId="7724FAB9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7B3D0A12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Один раз в учебном году, по согласованию</w:t>
            </w:r>
          </w:p>
        </w:tc>
        <w:tc>
          <w:tcPr>
            <w:tcW w:w="2693" w:type="dxa"/>
            <w:vAlign w:val="center"/>
          </w:tcPr>
          <w:p w14:paraId="6FB85E7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представители организации — по согласованию</w:t>
            </w:r>
          </w:p>
        </w:tc>
        <w:tc>
          <w:tcPr>
            <w:tcW w:w="3530" w:type="dxa"/>
          </w:tcPr>
          <w:p w14:paraId="10EE36A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17F45D28" w14:textId="1DB2D253" w:rsidTr="00B10DBD">
        <w:trPr>
          <w:jc w:val="center"/>
        </w:trPr>
        <w:tc>
          <w:tcPr>
            <w:tcW w:w="4592" w:type="dxa"/>
            <w:vAlign w:val="center"/>
          </w:tcPr>
          <w:p w14:paraId="13A601C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Реализация Единой модели профориентации и профориентационного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минимума</w:t>
            </w:r>
          </w:p>
        </w:tc>
        <w:tc>
          <w:tcPr>
            <w:tcW w:w="989" w:type="dxa"/>
          </w:tcPr>
          <w:p w14:paraId="629F576E" w14:textId="63C423C8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lastRenderedPageBreak/>
              <w:t>10-11</w:t>
            </w:r>
          </w:p>
        </w:tc>
        <w:tc>
          <w:tcPr>
            <w:tcW w:w="1701" w:type="dxa"/>
            <w:vAlign w:val="center"/>
          </w:tcPr>
          <w:p w14:paraId="15EA07E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vAlign w:val="center"/>
          </w:tcPr>
          <w:p w14:paraId="4E3D125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учебно-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воспитательной работе; ответственный за профориентацию</w:t>
            </w:r>
          </w:p>
        </w:tc>
        <w:tc>
          <w:tcPr>
            <w:tcW w:w="3530" w:type="dxa"/>
          </w:tcPr>
          <w:p w14:paraId="703B7C1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1CC3D89" w14:textId="35145234" w:rsidTr="00B10DBD">
        <w:trPr>
          <w:jc w:val="center"/>
        </w:trPr>
        <w:tc>
          <w:tcPr>
            <w:tcW w:w="4592" w:type="dxa"/>
            <w:vAlign w:val="center"/>
          </w:tcPr>
          <w:p w14:paraId="14A6960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Курс внеурочной деятельности «Россия — мои горизонты»</w:t>
            </w:r>
          </w:p>
        </w:tc>
        <w:tc>
          <w:tcPr>
            <w:tcW w:w="989" w:type="dxa"/>
          </w:tcPr>
          <w:p w14:paraId="55D77EB6" w14:textId="18DB0ED5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4724EDF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Еженедельно по федеральному графику</w:t>
            </w:r>
          </w:p>
        </w:tc>
        <w:tc>
          <w:tcPr>
            <w:tcW w:w="2693" w:type="dxa"/>
            <w:vAlign w:val="center"/>
          </w:tcPr>
          <w:p w14:paraId="6ECA4BD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педагог-навигатор (при наличии)</w:t>
            </w:r>
          </w:p>
        </w:tc>
        <w:tc>
          <w:tcPr>
            <w:tcW w:w="3530" w:type="dxa"/>
          </w:tcPr>
          <w:p w14:paraId="67A2524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9BA618F" w14:textId="77777777" w:rsidTr="00B10DBD">
        <w:trPr>
          <w:jc w:val="center"/>
        </w:trPr>
        <w:tc>
          <w:tcPr>
            <w:tcW w:w="4592" w:type="dxa"/>
            <w:vAlign w:val="center"/>
          </w:tcPr>
          <w:p w14:paraId="26E7FA77" w14:textId="5F44CB52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Посещение мультимидийного парка «Россия-моя история»</w:t>
            </w:r>
          </w:p>
        </w:tc>
        <w:tc>
          <w:tcPr>
            <w:tcW w:w="989" w:type="dxa"/>
          </w:tcPr>
          <w:p w14:paraId="2C80741C" w14:textId="49F43E2D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56F31795" w14:textId="5C239C88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областному графику</w:t>
            </w:r>
          </w:p>
        </w:tc>
        <w:tc>
          <w:tcPr>
            <w:tcW w:w="2693" w:type="dxa"/>
            <w:vAlign w:val="center"/>
          </w:tcPr>
          <w:p w14:paraId="46DC9EEC" w14:textId="737CE8B1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профориентацию; Классные руководители;</w:t>
            </w:r>
          </w:p>
        </w:tc>
        <w:tc>
          <w:tcPr>
            <w:tcW w:w="3530" w:type="dxa"/>
          </w:tcPr>
          <w:p w14:paraId="18C99DE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687C010" w14:textId="593A7EC0" w:rsidTr="00B10DBD">
        <w:trPr>
          <w:jc w:val="center"/>
        </w:trPr>
        <w:tc>
          <w:tcPr>
            <w:tcW w:w="4592" w:type="dxa"/>
            <w:vAlign w:val="center"/>
          </w:tcPr>
          <w:p w14:paraId="7361A71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Профессиональные пробы и мастер-классы</w:t>
            </w:r>
          </w:p>
        </w:tc>
        <w:tc>
          <w:tcPr>
            <w:tcW w:w="989" w:type="dxa"/>
          </w:tcPr>
          <w:p w14:paraId="0453A334" w14:textId="00FECA13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17A8BBF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Не менее одного раза в полугодие</w:t>
            </w:r>
          </w:p>
        </w:tc>
        <w:tc>
          <w:tcPr>
            <w:tcW w:w="2693" w:type="dxa"/>
            <w:vAlign w:val="center"/>
          </w:tcPr>
          <w:p w14:paraId="3F3F9D7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профориентацию; социальные партнёры — по согласованию</w:t>
            </w:r>
          </w:p>
        </w:tc>
        <w:tc>
          <w:tcPr>
            <w:tcW w:w="3530" w:type="dxa"/>
          </w:tcPr>
          <w:p w14:paraId="341D5E3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5228159" w14:textId="65B57033" w:rsidTr="00B10DBD">
        <w:trPr>
          <w:jc w:val="center"/>
        </w:trPr>
        <w:tc>
          <w:tcPr>
            <w:tcW w:w="4592" w:type="dxa"/>
            <w:vAlign w:val="center"/>
          </w:tcPr>
          <w:p w14:paraId="20DFC84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Проект «Профессиональный маршрут выпускника 9 класса»</w:t>
            </w:r>
          </w:p>
        </w:tc>
        <w:tc>
          <w:tcPr>
            <w:tcW w:w="989" w:type="dxa"/>
          </w:tcPr>
          <w:p w14:paraId="44133AE9" w14:textId="58E88334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30C7E4C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Январь–апрель 2027 года</w:t>
            </w:r>
          </w:p>
        </w:tc>
        <w:tc>
          <w:tcPr>
            <w:tcW w:w="2693" w:type="dxa"/>
            <w:vAlign w:val="center"/>
          </w:tcPr>
          <w:p w14:paraId="7FA12C0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Классный руководитель; педагог-психолог; ответственный за профориентацию</w:t>
            </w:r>
          </w:p>
        </w:tc>
        <w:tc>
          <w:tcPr>
            <w:tcW w:w="3530" w:type="dxa"/>
          </w:tcPr>
          <w:p w14:paraId="7C9E422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7CC6C18A" w14:textId="5E5C7BAD" w:rsidTr="00B10DBD">
        <w:trPr>
          <w:jc w:val="center"/>
        </w:trPr>
        <w:tc>
          <w:tcPr>
            <w:tcW w:w="4592" w:type="dxa"/>
            <w:vAlign w:val="center"/>
          </w:tcPr>
          <w:p w14:paraId="77C922B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Информационные занятия о приёме в 10 класс и учреждения СПО</w:t>
            </w:r>
          </w:p>
        </w:tc>
        <w:tc>
          <w:tcPr>
            <w:tcW w:w="989" w:type="dxa"/>
          </w:tcPr>
          <w:p w14:paraId="7A46FD68" w14:textId="35B3AD34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5F3656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1" w:type="dxa"/>
            <w:vAlign w:val="center"/>
          </w:tcPr>
          <w:p w14:paraId="1074811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Февраль–апрель 2027 года</w:t>
            </w:r>
          </w:p>
        </w:tc>
        <w:tc>
          <w:tcPr>
            <w:tcW w:w="2693" w:type="dxa"/>
            <w:vAlign w:val="center"/>
          </w:tcPr>
          <w:p w14:paraId="6088D7A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учебно-воспитательной работе</w:t>
            </w:r>
          </w:p>
        </w:tc>
        <w:tc>
          <w:tcPr>
            <w:tcW w:w="3530" w:type="dxa"/>
          </w:tcPr>
          <w:p w14:paraId="1D018DF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6FFBC616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28EB3D0B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«ДЕТСКИЕ ОБЩЕСТВЕННЫЕ ОБЪЕДИНЕНИЯ»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03A8531D" w14:textId="514CEFAB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63919CF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69" w:type="dxa"/>
            <w:shd w:val="clear" w:color="auto" w:fill="D9EAF7"/>
            <w:vAlign w:val="center"/>
          </w:tcPr>
          <w:p w14:paraId="6440BFD8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24" w:type="dxa"/>
            <w:shd w:val="clear" w:color="auto" w:fill="D9EAF7"/>
            <w:vAlign w:val="center"/>
          </w:tcPr>
          <w:p w14:paraId="230CC02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14:paraId="3B3537B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00" w:type="dxa"/>
            <w:shd w:val="clear" w:color="auto" w:fill="D9EAF7"/>
          </w:tcPr>
          <w:p w14:paraId="0F935714" w14:textId="22EFB47D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BE7498" w14:paraId="1CCD0BF2" w14:textId="22805995" w:rsidTr="001F5FC7">
        <w:trPr>
          <w:jc w:val="center"/>
        </w:trPr>
        <w:tc>
          <w:tcPr>
            <w:tcW w:w="4592" w:type="dxa"/>
            <w:vAlign w:val="center"/>
          </w:tcPr>
          <w:p w14:paraId="6B891FE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Реализация программы «Движение Первых»</w:t>
            </w:r>
          </w:p>
        </w:tc>
        <w:tc>
          <w:tcPr>
            <w:tcW w:w="969" w:type="dxa"/>
          </w:tcPr>
          <w:p w14:paraId="0699CCBE" w14:textId="7F20E4C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6499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5550572F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 по программе</w:t>
            </w:r>
          </w:p>
        </w:tc>
        <w:tc>
          <w:tcPr>
            <w:tcW w:w="2580" w:type="dxa"/>
            <w:vAlign w:val="center"/>
          </w:tcPr>
          <w:p w14:paraId="062D8ED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Классные руководители; советник директора по воспитанию и взаимодействию с детскими общественными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объединениями</w:t>
            </w:r>
          </w:p>
        </w:tc>
        <w:tc>
          <w:tcPr>
            <w:tcW w:w="3600" w:type="dxa"/>
          </w:tcPr>
          <w:p w14:paraId="30F96F4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59A0B0EB" w14:textId="6C2E37C7" w:rsidTr="001F5FC7">
        <w:trPr>
          <w:jc w:val="center"/>
        </w:trPr>
        <w:tc>
          <w:tcPr>
            <w:tcW w:w="4592" w:type="dxa"/>
            <w:vAlign w:val="center"/>
          </w:tcPr>
          <w:p w14:paraId="01500DD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Информационные встречи и презентация проектов Движения Первых</w:t>
            </w:r>
          </w:p>
        </w:tc>
        <w:tc>
          <w:tcPr>
            <w:tcW w:w="969" w:type="dxa"/>
          </w:tcPr>
          <w:p w14:paraId="772FE385" w14:textId="61CE76D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6499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03384D2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Сентябрь–октябрь 2026 года</w:t>
            </w:r>
          </w:p>
        </w:tc>
        <w:tc>
          <w:tcPr>
            <w:tcW w:w="2580" w:type="dxa"/>
            <w:vAlign w:val="center"/>
          </w:tcPr>
          <w:p w14:paraId="21F5468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00" w:type="dxa"/>
          </w:tcPr>
          <w:p w14:paraId="441EB05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46E1A21E" w14:textId="68602544" w:rsidTr="001F5FC7">
        <w:trPr>
          <w:jc w:val="center"/>
        </w:trPr>
        <w:tc>
          <w:tcPr>
            <w:tcW w:w="4592" w:type="dxa"/>
            <w:vAlign w:val="center"/>
          </w:tcPr>
          <w:p w14:paraId="04B0177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в деятельности первичного отделения Движения Первых на добровольной основе</w:t>
            </w:r>
          </w:p>
        </w:tc>
        <w:tc>
          <w:tcPr>
            <w:tcW w:w="969" w:type="dxa"/>
          </w:tcPr>
          <w:p w14:paraId="7280FFE0" w14:textId="19CE881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6499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59E537CC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года, по плану первичного отделения</w:t>
            </w:r>
          </w:p>
        </w:tc>
        <w:tc>
          <w:tcPr>
            <w:tcW w:w="2580" w:type="dxa"/>
            <w:vAlign w:val="center"/>
          </w:tcPr>
          <w:p w14:paraId="499A7E0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00" w:type="dxa"/>
          </w:tcPr>
          <w:p w14:paraId="4B8280D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4C2B5B4" w14:textId="68966BFC" w:rsidTr="001F5FC7">
        <w:trPr>
          <w:jc w:val="center"/>
        </w:trPr>
        <w:tc>
          <w:tcPr>
            <w:tcW w:w="4592" w:type="dxa"/>
            <w:vAlign w:val="center"/>
          </w:tcPr>
          <w:p w14:paraId="59152EF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Акция «Спасибо учителю»</w:t>
            </w:r>
          </w:p>
        </w:tc>
        <w:tc>
          <w:tcPr>
            <w:tcW w:w="969" w:type="dxa"/>
          </w:tcPr>
          <w:p w14:paraId="1CB894CD" w14:textId="6FEF8EE3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6499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70313DBC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14:paraId="2C1A372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00" w:type="dxa"/>
          </w:tcPr>
          <w:p w14:paraId="6DB98A3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455E901" w14:textId="01F97BB7" w:rsidTr="001F5FC7">
        <w:trPr>
          <w:jc w:val="center"/>
        </w:trPr>
        <w:tc>
          <w:tcPr>
            <w:tcW w:w="4592" w:type="dxa"/>
            <w:vAlign w:val="center"/>
          </w:tcPr>
          <w:p w14:paraId="3CC1686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Фестиваль национальных культур</w:t>
            </w:r>
          </w:p>
        </w:tc>
        <w:tc>
          <w:tcPr>
            <w:tcW w:w="969" w:type="dxa"/>
          </w:tcPr>
          <w:p w14:paraId="62CED8C2" w14:textId="25D68E6C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6499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345E842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Ноябрь 2026 года</w:t>
            </w:r>
          </w:p>
        </w:tc>
        <w:tc>
          <w:tcPr>
            <w:tcW w:w="2580" w:type="dxa"/>
            <w:vAlign w:val="center"/>
          </w:tcPr>
          <w:p w14:paraId="2900F22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педагог-организатор</w:t>
            </w:r>
          </w:p>
        </w:tc>
        <w:tc>
          <w:tcPr>
            <w:tcW w:w="3600" w:type="dxa"/>
          </w:tcPr>
          <w:p w14:paraId="5B0BD37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5297B60" w14:textId="6FBBD6EA" w:rsidTr="001F5FC7">
        <w:trPr>
          <w:jc w:val="center"/>
        </w:trPr>
        <w:tc>
          <w:tcPr>
            <w:tcW w:w="4592" w:type="dxa"/>
            <w:vAlign w:val="center"/>
          </w:tcPr>
          <w:p w14:paraId="0ED89F5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День добрых дел</w:t>
            </w:r>
          </w:p>
        </w:tc>
        <w:tc>
          <w:tcPr>
            <w:tcW w:w="969" w:type="dxa"/>
          </w:tcPr>
          <w:p w14:paraId="276657A7" w14:textId="4CCB4C4C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6499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1C3D633C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календарю Движения Первых или отдельному плану школы</w:t>
            </w:r>
          </w:p>
        </w:tc>
        <w:tc>
          <w:tcPr>
            <w:tcW w:w="2580" w:type="dxa"/>
            <w:vAlign w:val="center"/>
          </w:tcPr>
          <w:p w14:paraId="7A14A5C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00" w:type="dxa"/>
          </w:tcPr>
          <w:p w14:paraId="1430D4A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3DE2695B" w14:textId="305BF2D9" w:rsidTr="001F5FC7">
        <w:trPr>
          <w:jc w:val="center"/>
        </w:trPr>
        <w:tc>
          <w:tcPr>
            <w:tcW w:w="4592" w:type="dxa"/>
            <w:vAlign w:val="center"/>
          </w:tcPr>
          <w:p w14:paraId="236EB38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Итоговая встреча активистов</w:t>
            </w:r>
          </w:p>
        </w:tc>
        <w:tc>
          <w:tcPr>
            <w:tcW w:w="969" w:type="dxa"/>
          </w:tcPr>
          <w:p w14:paraId="68E9BE25" w14:textId="23363CA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6499C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6A30808F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580" w:type="dxa"/>
            <w:vAlign w:val="center"/>
          </w:tcPr>
          <w:p w14:paraId="61C0D61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Советник директора по воспитанию и взаимодействию с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детскими общественными объединениями</w:t>
            </w:r>
          </w:p>
        </w:tc>
        <w:tc>
          <w:tcPr>
            <w:tcW w:w="3600" w:type="dxa"/>
          </w:tcPr>
          <w:p w14:paraId="52804E4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31F08D98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7474C945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«ШКОЛЬНЫЕ МЕДИА» (ПРИ НАЛИЧИИ)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2FFCEE55" w14:textId="6CC9B63D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3F5A601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69" w:type="dxa"/>
            <w:shd w:val="clear" w:color="auto" w:fill="D9EAF7"/>
            <w:vAlign w:val="center"/>
          </w:tcPr>
          <w:p w14:paraId="09252E4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24" w:type="dxa"/>
            <w:shd w:val="clear" w:color="auto" w:fill="D9EAF7"/>
            <w:vAlign w:val="center"/>
          </w:tcPr>
          <w:p w14:paraId="726DC83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14:paraId="78A6BF11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00" w:type="dxa"/>
            <w:shd w:val="clear" w:color="auto" w:fill="D9EAF7"/>
          </w:tcPr>
          <w:p w14:paraId="11614583" w14:textId="60EBD2BC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027D8D" w14:paraId="7047FCA2" w14:textId="5BB47619" w:rsidTr="00EA2CDD">
        <w:trPr>
          <w:jc w:val="center"/>
        </w:trPr>
        <w:tc>
          <w:tcPr>
            <w:tcW w:w="4592" w:type="dxa"/>
            <w:vAlign w:val="center"/>
          </w:tcPr>
          <w:p w14:paraId="154FEFC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Формирование детской редколлегии</w:t>
            </w:r>
          </w:p>
        </w:tc>
        <w:tc>
          <w:tcPr>
            <w:tcW w:w="969" w:type="dxa"/>
          </w:tcPr>
          <w:p w14:paraId="36AF3270" w14:textId="7ECD1664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1A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7A2EB78B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14:paraId="6D444CE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Ответственный за школьный медиацентр</w:t>
            </w:r>
          </w:p>
        </w:tc>
        <w:tc>
          <w:tcPr>
            <w:tcW w:w="3600" w:type="dxa"/>
          </w:tcPr>
          <w:p w14:paraId="3523902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34F92866" w14:textId="305EC1D3" w:rsidTr="00EA2CDD">
        <w:trPr>
          <w:jc w:val="center"/>
        </w:trPr>
        <w:tc>
          <w:tcPr>
            <w:tcW w:w="4592" w:type="dxa"/>
            <w:vAlign w:val="center"/>
          </w:tcPr>
          <w:p w14:paraId="14B3B94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Выпуск классной или школьной газеты</w:t>
            </w:r>
          </w:p>
        </w:tc>
        <w:tc>
          <w:tcPr>
            <w:tcW w:w="969" w:type="dxa"/>
          </w:tcPr>
          <w:p w14:paraId="4DD7BE52" w14:textId="7D542C99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1A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68AD2E5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выпуск в четверть</w:t>
            </w:r>
          </w:p>
        </w:tc>
        <w:tc>
          <w:tcPr>
            <w:tcW w:w="2580" w:type="dxa"/>
            <w:vAlign w:val="center"/>
          </w:tcPr>
          <w:p w14:paraId="56D7EF0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школьный медиацентр; классные руководители</w:t>
            </w:r>
          </w:p>
        </w:tc>
        <w:tc>
          <w:tcPr>
            <w:tcW w:w="3600" w:type="dxa"/>
          </w:tcPr>
          <w:p w14:paraId="3E3E8D5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725BB4B6" w14:textId="00C0828C" w:rsidTr="00EA2CDD">
        <w:trPr>
          <w:jc w:val="center"/>
        </w:trPr>
        <w:tc>
          <w:tcPr>
            <w:tcW w:w="4592" w:type="dxa"/>
            <w:vAlign w:val="center"/>
          </w:tcPr>
          <w:p w14:paraId="558F908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Практикум «Как написать короткую заметку»</w:t>
            </w:r>
          </w:p>
        </w:tc>
        <w:tc>
          <w:tcPr>
            <w:tcW w:w="969" w:type="dxa"/>
          </w:tcPr>
          <w:p w14:paraId="7FA81262" w14:textId="28F358A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1A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6DD6322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14:paraId="4D4F32C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ответственный за школьный медиацентр</w:t>
            </w:r>
          </w:p>
        </w:tc>
        <w:tc>
          <w:tcPr>
            <w:tcW w:w="3600" w:type="dxa"/>
          </w:tcPr>
          <w:p w14:paraId="745CDCB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8959A36" w14:textId="298C70F6" w:rsidTr="00EA2CDD">
        <w:trPr>
          <w:jc w:val="center"/>
        </w:trPr>
        <w:tc>
          <w:tcPr>
            <w:tcW w:w="4592" w:type="dxa"/>
            <w:vAlign w:val="center"/>
          </w:tcPr>
          <w:p w14:paraId="4330A1B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Мастерская школьной фотографии: композиция, этика съёмки, согласие на публикацию</w:t>
            </w:r>
          </w:p>
        </w:tc>
        <w:tc>
          <w:tcPr>
            <w:tcW w:w="969" w:type="dxa"/>
          </w:tcPr>
          <w:p w14:paraId="3BB84C55" w14:textId="6D1961C3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1A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28553FD5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Ноябрь 2026 года</w:t>
            </w:r>
          </w:p>
        </w:tc>
        <w:tc>
          <w:tcPr>
            <w:tcW w:w="2580" w:type="dxa"/>
            <w:vAlign w:val="center"/>
          </w:tcPr>
          <w:p w14:paraId="697E97E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Ответственный за школьный медиацентр</w:t>
            </w:r>
          </w:p>
        </w:tc>
        <w:tc>
          <w:tcPr>
            <w:tcW w:w="3600" w:type="dxa"/>
          </w:tcPr>
          <w:p w14:paraId="0BD664F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174B540C" w14:textId="3AEBF1CE" w:rsidTr="00EA2CDD">
        <w:trPr>
          <w:jc w:val="center"/>
        </w:trPr>
        <w:tc>
          <w:tcPr>
            <w:tcW w:w="4592" w:type="dxa"/>
            <w:vAlign w:val="center"/>
          </w:tcPr>
          <w:p w14:paraId="5E49CCA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Занятие «Как брать интервью»</w:t>
            </w:r>
          </w:p>
        </w:tc>
        <w:tc>
          <w:tcPr>
            <w:tcW w:w="969" w:type="dxa"/>
          </w:tcPr>
          <w:p w14:paraId="503DF87D" w14:textId="7EA260FD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1A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7472C5F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Январь 2027 года</w:t>
            </w:r>
          </w:p>
        </w:tc>
        <w:tc>
          <w:tcPr>
            <w:tcW w:w="2580" w:type="dxa"/>
            <w:vAlign w:val="center"/>
          </w:tcPr>
          <w:p w14:paraId="7221D73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школьный медиацентр; приглашённый специалист — по согласованию</w:t>
            </w:r>
          </w:p>
        </w:tc>
        <w:tc>
          <w:tcPr>
            <w:tcW w:w="3600" w:type="dxa"/>
          </w:tcPr>
          <w:p w14:paraId="08A84DC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73A4E3A5" w14:textId="3BBC418E" w:rsidTr="00EA2CDD">
        <w:trPr>
          <w:jc w:val="center"/>
        </w:trPr>
        <w:tc>
          <w:tcPr>
            <w:tcW w:w="4592" w:type="dxa"/>
            <w:vAlign w:val="center"/>
          </w:tcPr>
          <w:p w14:paraId="3FE400D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Создание фото- и видеоматериалов о школьных проектах под руководством педагога</w:t>
            </w:r>
          </w:p>
        </w:tc>
        <w:tc>
          <w:tcPr>
            <w:tcW w:w="969" w:type="dxa"/>
          </w:tcPr>
          <w:p w14:paraId="2900FF97" w14:textId="798444F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1A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265A0246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14:paraId="6615F6A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Ответственный за школьный медиацентр</w:t>
            </w:r>
          </w:p>
        </w:tc>
        <w:tc>
          <w:tcPr>
            <w:tcW w:w="3600" w:type="dxa"/>
          </w:tcPr>
          <w:p w14:paraId="402BA6E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5FB3B15F" w14:textId="65AE95E0" w:rsidTr="00EA2CDD">
        <w:trPr>
          <w:jc w:val="center"/>
        </w:trPr>
        <w:tc>
          <w:tcPr>
            <w:tcW w:w="4592" w:type="dxa"/>
            <w:vAlign w:val="center"/>
          </w:tcPr>
          <w:p w14:paraId="17BE35D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Итоговый медиапроект «Наш учебный год»</w:t>
            </w:r>
          </w:p>
        </w:tc>
        <w:tc>
          <w:tcPr>
            <w:tcW w:w="969" w:type="dxa"/>
          </w:tcPr>
          <w:p w14:paraId="7725421D" w14:textId="300129DB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1A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6B6642C7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580" w:type="dxa"/>
            <w:vAlign w:val="center"/>
          </w:tcPr>
          <w:p w14:paraId="4D1CAA0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Ответственный за школьный медиацентр</w:t>
            </w:r>
          </w:p>
        </w:tc>
        <w:tc>
          <w:tcPr>
            <w:tcW w:w="3600" w:type="dxa"/>
          </w:tcPr>
          <w:p w14:paraId="75B8A7C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42B236A5" w14:textId="77777777" w:rsidR="009426EF" w:rsidRPr="00027D8D" w:rsidRDefault="009426EF" w:rsidP="00F84AE8">
      <w:pPr>
        <w:spacing w:before="180" w:after="80"/>
        <w:rPr>
          <w:rFonts w:cs="Times New Roman"/>
          <w:b/>
          <w:sz w:val="24"/>
          <w:szCs w:val="24"/>
        </w:rPr>
      </w:pPr>
    </w:p>
    <w:p w14:paraId="5953BEB3" w14:textId="15BE5AE8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ВАРИАТИВНЫЙ МОДУЛЬ «ЭКСКУРСИИ, ПОХОДЫ»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2542B41C" w14:textId="6CBF8D0F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7CC7ADD8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lastRenderedPageBreak/>
              <w:t>Дела, события, мероприятия</w:t>
            </w:r>
          </w:p>
        </w:tc>
        <w:tc>
          <w:tcPr>
            <w:tcW w:w="969" w:type="dxa"/>
            <w:shd w:val="clear" w:color="auto" w:fill="D9EAF7"/>
            <w:vAlign w:val="center"/>
          </w:tcPr>
          <w:p w14:paraId="136528F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24" w:type="dxa"/>
            <w:shd w:val="clear" w:color="auto" w:fill="D9EAF7"/>
            <w:vAlign w:val="center"/>
          </w:tcPr>
          <w:p w14:paraId="2AE22C95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14:paraId="41D50C39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00" w:type="dxa"/>
            <w:shd w:val="clear" w:color="auto" w:fill="D9EAF7"/>
          </w:tcPr>
          <w:p w14:paraId="0B936F4A" w14:textId="52006065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027D8D" w14:paraId="5A67A425" w14:textId="322120A8" w:rsidTr="00245CFB">
        <w:trPr>
          <w:jc w:val="center"/>
        </w:trPr>
        <w:tc>
          <w:tcPr>
            <w:tcW w:w="4592" w:type="dxa"/>
            <w:vAlign w:val="center"/>
          </w:tcPr>
          <w:p w14:paraId="0B04620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Прогулка-наблюдение «Осень в родном крае»</w:t>
            </w:r>
          </w:p>
        </w:tc>
        <w:tc>
          <w:tcPr>
            <w:tcW w:w="969" w:type="dxa"/>
          </w:tcPr>
          <w:p w14:paraId="42306CF2" w14:textId="243FE94A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049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56D05CAD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Сентябрь–октябрь 2026 года</w:t>
            </w:r>
          </w:p>
        </w:tc>
        <w:tc>
          <w:tcPr>
            <w:tcW w:w="2580" w:type="dxa"/>
            <w:vAlign w:val="center"/>
          </w:tcPr>
          <w:p w14:paraId="12802DB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 основной школы</w:t>
            </w:r>
          </w:p>
        </w:tc>
        <w:tc>
          <w:tcPr>
            <w:tcW w:w="3600" w:type="dxa"/>
          </w:tcPr>
          <w:p w14:paraId="3BEE9E6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20736055" w14:textId="7D524F0A" w:rsidTr="00245CFB">
        <w:trPr>
          <w:jc w:val="center"/>
        </w:trPr>
        <w:tc>
          <w:tcPr>
            <w:tcW w:w="4592" w:type="dxa"/>
            <w:vAlign w:val="center"/>
          </w:tcPr>
          <w:p w14:paraId="1C0E10EC" w14:textId="0ED7E123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Экскурсия в городской краеведческий музей «История родного края»</w:t>
            </w:r>
          </w:p>
        </w:tc>
        <w:tc>
          <w:tcPr>
            <w:tcW w:w="969" w:type="dxa"/>
          </w:tcPr>
          <w:p w14:paraId="62ABE69A" w14:textId="7B109FFD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049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77BA9CF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Ноябрь 2026 года или апрель 2027 года</w:t>
            </w:r>
          </w:p>
        </w:tc>
        <w:tc>
          <w:tcPr>
            <w:tcW w:w="2580" w:type="dxa"/>
            <w:vAlign w:val="center"/>
          </w:tcPr>
          <w:p w14:paraId="4D25066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музейные работники — по согласованию</w:t>
            </w:r>
          </w:p>
        </w:tc>
        <w:tc>
          <w:tcPr>
            <w:tcW w:w="3600" w:type="dxa"/>
          </w:tcPr>
          <w:p w14:paraId="59AF330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7A75DBBB" w14:textId="3146AD2D" w:rsidTr="00245CFB">
        <w:trPr>
          <w:jc w:val="center"/>
        </w:trPr>
        <w:tc>
          <w:tcPr>
            <w:tcW w:w="4592" w:type="dxa"/>
            <w:vAlign w:val="center"/>
          </w:tcPr>
          <w:p w14:paraId="0543583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Экскурсия в пожарно-спасательное подразделение «Профессия — спасатель»</w:t>
            </w:r>
          </w:p>
        </w:tc>
        <w:tc>
          <w:tcPr>
            <w:tcW w:w="969" w:type="dxa"/>
          </w:tcPr>
          <w:p w14:paraId="039C5728" w14:textId="12B05838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049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1FC841D8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согласованию, один раз в учебном году</w:t>
            </w:r>
          </w:p>
        </w:tc>
        <w:tc>
          <w:tcPr>
            <w:tcW w:w="2580" w:type="dxa"/>
            <w:vAlign w:val="center"/>
          </w:tcPr>
          <w:p w14:paraId="6092CAA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600" w:type="dxa"/>
          </w:tcPr>
          <w:p w14:paraId="7F6E724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B4EC73A" w14:textId="4B242E2B" w:rsidTr="00245CFB">
        <w:trPr>
          <w:jc w:val="center"/>
        </w:trPr>
        <w:tc>
          <w:tcPr>
            <w:tcW w:w="4592" w:type="dxa"/>
            <w:vAlign w:val="center"/>
          </w:tcPr>
          <w:p w14:paraId="167B9E6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Виртуальная экскурсия по музеям России</w:t>
            </w:r>
          </w:p>
        </w:tc>
        <w:tc>
          <w:tcPr>
            <w:tcW w:w="969" w:type="dxa"/>
          </w:tcPr>
          <w:p w14:paraId="1F79A16D" w14:textId="17DAE668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049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1832A6AC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Январь 2027 года</w:t>
            </w:r>
          </w:p>
        </w:tc>
        <w:tc>
          <w:tcPr>
            <w:tcW w:w="2580" w:type="dxa"/>
            <w:vAlign w:val="center"/>
          </w:tcPr>
          <w:p w14:paraId="6A30C05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школьный библиотекарь</w:t>
            </w:r>
          </w:p>
        </w:tc>
        <w:tc>
          <w:tcPr>
            <w:tcW w:w="3600" w:type="dxa"/>
          </w:tcPr>
          <w:p w14:paraId="460C0FF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10E42FB8" w14:textId="57CE8473" w:rsidTr="00245CFB">
        <w:trPr>
          <w:jc w:val="center"/>
        </w:trPr>
        <w:tc>
          <w:tcPr>
            <w:tcW w:w="4592" w:type="dxa"/>
            <w:vAlign w:val="center"/>
          </w:tcPr>
          <w:p w14:paraId="483DFA2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Краеведческая прогулка «Улицы нашего населённого пункта»</w:t>
            </w:r>
          </w:p>
        </w:tc>
        <w:tc>
          <w:tcPr>
            <w:tcW w:w="969" w:type="dxa"/>
          </w:tcPr>
          <w:p w14:paraId="0CB35ECD" w14:textId="16E5BBE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049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584898C4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Апрель 2027 года</w:t>
            </w:r>
          </w:p>
        </w:tc>
        <w:tc>
          <w:tcPr>
            <w:tcW w:w="2580" w:type="dxa"/>
            <w:vAlign w:val="center"/>
          </w:tcPr>
          <w:p w14:paraId="74197D2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руководитель школьного музея (при наличии)</w:t>
            </w:r>
          </w:p>
        </w:tc>
        <w:tc>
          <w:tcPr>
            <w:tcW w:w="3600" w:type="dxa"/>
          </w:tcPr>
          <w:p w14:paraId="28BC0F5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10009B58" w14:textId="51A43A3E" w:rsidTr="00245CFB">
        <w:trPr>
          <w:jc w:val="center"/>
        </w:trPr>
        <w:tc>
          <w:tcPr>
            <w:tcW w:w="4592" w:type="dxa"/>
            <w:vAlign w:val="center"/>
          </w:tcPr>
          <w:p w14:paraId="1D076FC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Экологическая тропа «Пробуждение природы»</w:t>
            </w:r>
          </w:p>
        </w:tc>
        <w:tc>
          <w:tcPr>
            <w:tcW w:w="969" w:type="dxa"/>
          </w:tcPr>
          <w:p w14:paraId="4158C9AA" w14:textId="1DACBE4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049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063D4F76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14:paraId="791E070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 основной школы</w:t>
            </w:r>
          </w:p>
        </w:tc>
        <w:tc>
          <w:tcPr>
            <w:tcW w:w="3600" w:type="dxa"/>
          </w:tcPr>
          <w:p w14:paraId="245B2F9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5D6A9001" w14:textId="593EAB18" w:rsidTr="00245CFB">
        <w:trPr>
          <w:jc w:val="center"/>
        </w:trPr>
        <w:tc>
          <w:tcPr>
            <w:tcW w:w="4592" w:type="dxa"/>
            <w:vAlign w:val="center"/>
          </w:tcPr>
          <w:p w14:paraId="025445E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Однодневный туристский выход при наличии необходимых условий и подготовленных ответственных специалистов</w:t>
            </w:r>
          </w:p>
        </w:tc>
        <w:tc>
          <w:tcPr>
            <w:tcW w:w="969" w:type="dxa"/>
          </w:tcPr>
          <w:p w14:paraId="760B6F75" w14:textId="5BB3F83F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04925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2FBFDDF5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 2026 года или май 2027 года, по отдельному приказу</w:t>
            </w:r>
          </w:p>
        </w:tc>
        <w:tc>
          <w:tcPr>
            <w:tcW w:w="2580" w:type="dxa"/>
            <w:vAlign w:val="center"/>
          </w:tcPr>
          <w:p w14:paraId="6EB2D38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Ответственный педагогический работник; классные руководители</w:t>
            </w:r>
          </w:p>
        </w:tc>
        <w:tc>
          <w:tcPr>
            <w:tcW w:w="3600" w:type="dxa"/>
          </w:tcPr>
          <w:p w14:paraId="5436AAB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5C2350CD" w14:textId="737EE452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660A11A0" w14:textId="77777777" w:rsidR="00C35608" w:rsidRPr="00027D8D" w:rsidRDefault="00C35608">
      <w:pPr>
        <w:spacing w:after="0"/>
        <w:rPr>
          <w:rFonts w:cs="Times New Roman"/>
          <w:sz w:val="24"/>
          <w:szCs w:val="24"/>
          <w:lang w:val="ru-RU"/>
        </w:rPr>
      </w:pPr>
    </w:p>
    <w:p w14:paraId="51DFAB87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«АДАПТАЦИЯ И СОЦИОКУЛЬТУРНАЯ ИНТЕГРАЦИЯ ОБУЧАЮЩИХСЯ С МИГРАЦИОННОЙ ИСТОРИЕЙ» (ПРИ НАЛИЧИИ ПОТРЕБНОСТИ)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501A1E8F" w14:textId="51FEB628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0CC438D5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69" w:type="dxa"/>
            <w:shd w:val="clear" w:color="auto" w:fill="D9EAF7"/>
            <w:vAlign w:val="center"/>
          </w:tcPr>
          <w:p w14:paraId="5EC4EE3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24" w:type="dxa"/>
            <w:shd w:val="clear" w:color="auto" w:fill="D9EAF7"/>
            <w:vAlign w:val="center"/>
          </w:tcPr>
          <w:p w14:paraId="43F4701A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14:paraId="137D7C6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00" w:type="dxa"/>
            <w:shd w:val="clear" w:color="auto" w:fill="D9EAF7"/>
          </w:tcPr>
          <w:p w14:paraId="339F03C9" w14:textId="2B53206F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BE7498" w14:paraId="1D9A917B" w14:textId="7660F508" w:rsidTr="006D289E">
        <w:trPr>
          <w:jc w:val="center"/>
        </w:trPr>
        <w:tc>
          <w:tcPr>
            <w:tcW w:w="4592" w:type="dxa"/>
            <w:vAlign w:val="center"/>
          </w:tcPr>
          <w:p w14:paraId="1513350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Первичное изучение образовательных и языковых потребностей</w:t>
            </w:r>
          </w:p>
        </w:tc>
        <w:tc>
          <w:tcPr>
            <w:tcW w:w="969" w:type="dxa"/>
          </w:tcPr>
          <w:p w14:paraId="1CE74383" w14:textId="0CD80868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76712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6F15C1DE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Сентябрь 2026 года; далее по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необходимости</w:t>
            </w:r>
          </w:p>
        </w:tc>
        <w:tc>
          <w:tcPr>
            <w:tcW w:w="2580" w:type="dxa"/>
            <w:vAlign w:val="center"/>
          </w:tcPr>
          <w:p w14:paraId="30BB543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Учителя основной школы; педагог-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психолог</w:t>
            </w:r>
          </w:p>
        </w:tc>
        <w:tc>
          <w:tcPr>
            <w:tcW w:w="3600" w:type="dxa"/>
          </w:tcPr>
          <w:p w14:paraId="00A52AE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03885D55" w14:textId="5B6B57C0" w:rsidTr="006D289E">
        <w:trPr>
          <w:jc w:val="center"/>
        </w:trPr>
        <w:tc>
          <w:tcPr>
            <w:tcW w:w="4592" w:type="dxa"/>
            <w:vAlign w:val="center"/>
          </w:tcPr>
          <w:p w14:paraId="4DCBEAC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Занятия по развитию русского языка как языка обучения</w:t>
            </w:r>
          </w:p>
        </w:tc>
        <w:tc>
          <w:tcPr>
            <w:tcW w:w="969" w:type="dxa"/>
          </w:tcPr>
          <w:p w14:paraId="22FBD9D9" w14:textId="3337FCF6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76712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32E11AB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 результатам диагностики, по отдельной программе</w:t>
            </w:r>
          </w:p>
        </w:tc>
        <w:tc>
          <w:tcPr>
            <w:tcW w:w="2580" w:type="dxa"/>
            <w:vAlign w:val="center"/>
          </w:tcPr>
          <w:p w14:paraId="00CAEA3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специалист по русскому языку как иностранному — при наличии</w:t>
            </w:r>
          </w:p>
        </w:tc>
        <w:tc>
          <w:tcPr>
            <w:tcW w:w="3600" w:type="dxa"/>
          </w:tcPr>
          <w:p w14:paraId="4012424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0157AD6C" w14:textId="1786A2AC" w:rsidTr="006D289E">
        <w:trPr>
          <w:jc w:val="center"/>
        </w:trPr>
        <w:tc>
          <w:tcPr>
            <w:tcW w:w="4592" w:type="dxa"/>
            <w:vAlign w:val="center"/>
          </w:tcPr>
          <w:p w14:paraId="21714A7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Социокультурный курс «Учимся жить и учиться вместе»</w:t>
            </w:r>
          </w:p>
        </w:tc>
        <w:tc>
          <w:tcPr>
            <w:tcW w:w="969" w:type="dxa"/>
          </w:tcPr>
          <w:p w14:paraId="124197BE" w14:textId="69108ACF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76712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7967218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 2026 года — апрель 2027 года</w:t>
            </w:r>
          </w:p>
        </w:tc>
        <w:tc>
          <w:tcPr>
            <w:tcW w:w="2580" w:type="dxa"/>
            <w:vAlign w:val="center"/>
          </w:tcPr>
          <w:p w14:paraId="047E6E3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Педагог-психолог; социальный педагог</w:t>
            </w:r>
          </w:p>
        </w:tc>
        <w:tc>
          <w:tcPr>
            <w:tcW w:w="3600" w:type="dxa"/>
          </w:tcPr>
          <w:p w14:paraId="231B6F6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41E7255B" w14:textId="6E8CE6B4" w:rsidTr="006D289E">
        <w:trPr>
          <w:jc w:val="center"/>
        </w:trPr>
        <w:tc>
          <w:tcPr>
            <w:tcW w:w="4592" w:type="dxa"/>
            <w:vAlign w:val="center"/>
          </w:tcPr>
          <w:p w14:paraId="1BA4AF8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Игровые занятия «Как знакомиться, общаться и просить о помощи»</w:t>
            </w:r>
          </w:p>
        </w:tc>
        <w:tc>
          <w:tcPr>
            <w:tcW w:w="969" w:type="dxa"/>
          </w:tcPr>
          <w:p w14:paraId="17ED7BE0" w14:textId="2A6086F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76712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0CB5EC1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Ноябрь 2026 года; март 2027 года</w:t>
            </w:r>
          </w:p>
        </w:tc>
        <w:tc>
          <w:tcPr>
            <w:tcW w:w="2580" w:type="dxa"/>
            <w:vAlign w:val="center"/>
          </w:tcPr>
          <w:p w14:paraId="3A2F414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600" w:type="dxa"/>
          </w:tcPr>
          <w:p w14:paraId="2E7B7B0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45F69F10" w14:textId="522AB9B1" w:rsidTr="006D289E">
        <w:trPr>
          <w:jc w:val="center"/>
        </w:trPr>
        <w:tc>
          <w:tcPr>
            <w:tcW w:w="4592" w:type="dxa"/>
            <w:vAlign w:val="center"/>
          </w:tcPr>
          <w:p w14:paraId="5B90E1D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Проект «Культура моей семьи»</w:t>
            </w:r>
          </w:p>
        </w:tc>
        <w:tc>
          <w:tcPr>
            <w:tcW w:w="969" w:type="dxa"/>
          </w:tcPr>
          <w:p w14:paraId="6034970C" w14:textId="0A2C4E71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76712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5C938C10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Апрель 2027 года</w:t>
            </w:r>
          </w:p>
        </w:tc>
        <w:tc>
          <w:tcPr>
            <w:tcW w:w="2580" w:type="dxa"/>
            <w:vAlign w:val="center"/>
          </w:tcPr>
          <w:p w14:paraId="2371207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600" w:type="dxa"/>
          </w:tcPr>
          <w:p w14:paraId="4C229D7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3F497571" w14:textId="66FF6965" w:rsidTr="006D289E">
        <w:trPr>
          <w:jc w:val="center"/>
        </w:trPr>
        <w:tc>
          <w:tcPr>
            <w:tcW w:w="4592" w:type="dxa"/>
            <w:vAlign w:val="center"/>
          </w:tcPr>
          <w:p w14:paraId="2141070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Консультации для родителей по вопросам адаптации ребёнка</w:t>
            </w:r>
          </w:p>
        </w:tc>
        <w:tc>
          <w:tcPr>
            <w:tcW w:w="969" w:type="dxa"/>
          </w:tcPr>
          <w:p w14:paraId="56B64AD6" w14:textId="3DBDB6D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76712A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2A61EAA8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запросу</w:t>
            </w:r>
          </w:p>
        </w:tc>
        <w:tc>
          <w:tcPr>
            <w:tcW w:w="2580" w:type="dxa"/>
            <w:vAlign w:val="center"/>
          </w:tcPr>
          <w:p w14:paraId="0973ECA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руководители; педагог-психолог</w:t>
            </w:r>
          </w:p>
        </w:tc>
        <w:tc>
          <w:tcPr>
            <w:tcW w:w="3600" w:type="dxa"/>
          </w:tcPr>
          <w:p w14:paraId="6F7B240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02B3630" w14:textId="77777777" w:rsidR="00726B0A" w:rsidRPr="00027D8D" w:rsidRDefault="00726B0A">
      <w:pPr>
        <w:spacing w:after="0"/>
        <w:rPr>
          <w:rFonts w:cs="Times New Roman"/>
          <w:sz w:val="24"/>
          <w:szCs w:val="24"/>
        </w:rPr>
      </w:pPr>
    </w:p>
    <w:p w14:paraId="14CA8384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ВАРИАТИВНЫЙ МОДУЛЬ «ТРУДОВАЯ ДЕЯТЕЛЬНОСТЬ»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7133C43D" w14:textId="7109082E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38241BA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69" w:type="dxa"/>
            <w:shd w:val="clear" w:color="auto" w:fill="D9EAF7"/>
            <w:vAlign w:val="center"/>
          </w:tcPr>
          <w:p w14:paraId="5C45761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24" w:type="dxa"/>
            <w:shd w:val="clear" w:color="auto" w:fill="D9EAF7"/>
            <w:vAlign w:val="center"/>
          </w:tcPr>
          <w:p w14:paraId="6FD04B03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14:paraId="24DA9931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00" w:type="dxa"/>
            <w:shd w:val="clear" w:color="auto" w:fill="D9EAF7"/>
          </w:tcPr>
          <w:p w14:paraId="028BD349" w14:textId="2F101F16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027D8D" w14:paraId="51738E4E" w14:textId="493553B0" w:rsidTr="009817E0">
        <w:trPr>
          <w:jc w:val="center"/>
        </w:trPr>
        <w:tc>
          <w:tcPr>
            <w:tcW w:w="4592" w:type="dxa"/>
            <w:vAlign w:val="center"/>
          </w:tcPr>
          <w:p w14:paraId="69FC576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Беседа-практикум «Почему труд важен»</w:t>
            </w:r>
          </w:p>
        </w:tc>
        <w:tc>
          <w:tcPr>
            <w:tcW w:w="969" w:type="dxa"/>
          </w:tcPr>
          <w:p w14:paraId="10B15B4B" w14:textId="385CF0A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065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7F07F60D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14:paraId="6F775E8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600" w:type="dxa"/>
          </w:tcPr>
          <w:p w14:paraId="1DD85B5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372335C7" w14:textId="1033C469" w:rsidTr="009817E0">
        <w:trPr>
          <w:jc w:val="center"/>
        </w:trPr>
        <w:tc>
          <w:tcPr>
            <w:tcW w:w="4592" w:type="dxa"/>
            <w:vAlign w:val="center"/>
          </w:tcPr>
          <w:p w14:paraId="5927380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Проект «Профессии моей семьи»</w:t>
            </w:r>
          </w:p>
        </w:tc>
        <w:tc>
          <w:tcPr>
            <w:tcW w:w="969" w:type="dxa"/>
          </w:tcPr>
          <w:p w14:paraId="509C46E5" w14:textId="06F769A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065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16589271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14:paraId="5EF6A4F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600" w:type="dxa"/>
          </w:tcPr>
          <w:p w14:paraId="2D02BA6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050AC1D5" w14:textId="5CB5B51E" w:rsidTr="009817E0">
        <w:trPr>
          <w:jc w:val="center"/>
        </w:trPr>
        <w:tc>
          <w:tcPr>
            <w:tcW w:w="4592" w:type="dxa"/>
            <w:vAlign w:val="center"/>
          </w:tcPr>
          <w:p w14:paraId="5CD2E6E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Творческие мастерские с природными материалами</w:t>
            </w:r>
          </w:p>
        </w:tc>
        <w:tc>
          <w:tcPr>
            <w:tcW w:w="969" w:type="dxa"/>
          </w:tcPr>
          <w:p w14:paraId="21F16DC2" w14:textId="6C50CC59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065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460C81A5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Сентябрь–октябрь 2026 года</w:t>
            </w:r>
          </w:p>
        </w:tc>
        <w:tc>
          <w:tcPr>
            <w:tcW w:w="2580" w:type="dxa"/>
            <w:vAlign w:val="center"/>
          </w:tcPr>
          <w:p w14:paraId="68D66C6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учитель изобразительного искусства</w:t>
            </w:r>
          </w:p>
        </w:tc>
        <w:tc>
          <w:tcPr>
            <w:tcW w:w="3600" w:type="dxa"/>
          </w:tcPr>
          <w:p w14:paraId="41F2267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399B1075" w14:textId="01BAE35A" w:rsidTr="009817E0">
        <w:trPr>
          <w:jc w:val="center"/>
        </w:trPr>
        <w:tc>
          <w:tcPr>
            <w:tcW w:w="4592" w:type="dxa"/>
            <w:vAlign w:val="center"/>
          </w:tcPr>
          <w:p w14:paraId="08BAC44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Изготовление закладок, открыток, кормушек и других полезных изделий</w:t>
            </w:r>
          </w:p>
        </w:tc>
        <w:tc>
          <w:tcPr>
            <w:tcW w:w="969" w:type="dxa"/>
          </w:tcPr>
          <w:p w14:paraId="000783C0" w14:textId="4240A66B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065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3B560E94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Ноябрь–декабрь 2026 года</w:t>
            </w:r>
          </w:p>
        </w:tc>
        <w:tc>
          <w:tcPr>
            <w:tcW w:w="2580" w:type="dxa"/>
            <w:vAlign w:val="center"/>
          </w:tcPr>
          <w:p w14:paraId="6F7A159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Учителя основной школы; педагог дополнительного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образования (при наличии)</w:t>
            </w:r>
          </w:p>
        </w:tc>
        <w:tc>
          <w:tcPr>
            <w:tcW w:w="3600" w:type="dxa"/>
          </w:tcPr>
          <w:p w14:paraId="79B09CA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9FCF433" w14:textId="0777A6C5" w:rsidTr="009817E0">
        <w:trPr>
          <w:jc w:val="center"/>
        </w:trPr>
        <w:tc>
          <w:tcPr>
            <w:tcW w:w="4592" w:type="dxa"/>
            <w:vAlign w:val="center"/>
          </w:tcPr>
          <w:p w14:paraId="0CD320D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Поддержание порядка на личном рабочем месте и в пространствах ученических инициатив в безопасных возрастосообразных формах</w:t>
            </w:r>
          </w:p>
        </w:tc>
        <w:tc>
          <w:tcPr>
            <w:tcW w:w="969" w:type="dxa"/>
          </w:tcPr>
          <w:p w14:paraId="1A9E89E8" w14:textId="54692B7B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065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4F1D418D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года, в безопасных возрастосообразных формах</w:t>
            </w:r>
          </w:p>
        </w:tc>
        <w:tc>
          <w:tcPr>
            <w:tcW w:w="2580" w:type="dxa"/>
            <w:vAlign w:val="center"/>
          </w:tcPr>
          <w:p w14:paraId="3068A7D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600" w:type="dxa"/>
          </w:tcPr>
          <w:p w14:paraId="144578C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14014267" w14:textId="48385B3D" w:rsidTr="009817E0">
        <w:trPr>
          <w:jc w:val="center"/>
        </w:trPr>
        <w:tc>
          <w:tcPr>
            <w:tcW w:w="4592" w:type="dxa"/>
            <w:vAlign w:val="center"/>
          </w:tcPr>
          <w:p w14:paraId="3831085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Экологическая акция «Зелёный школьный двор»: посадка и уход за растениями</w:t>
            </w:r>
          </w:p>
        </w:tc>
        <w:tc>
          <w:tcPr>
            <w:tcW w:w="969" w:type="dxa"/>
          </w:tcPr>
          <w:p w14:paraId="4C1ACEB2" w14:textId="1E28E73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065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3B78669E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14:paraId="1505A11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Учителя основной школы; ответственный работник школы</w:t>
            </w:r>
          </w:p>
        </w:tc>
        <w:tc>
          <w:tcPr>
            <w:tcW w:w="3600" w:type="dxa"/>
          </w:tcPr>
          <w:p w14:paraId="35111C4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5E1FDA9C" w14:textId="6C76F049" w:rsidTr="009817E0">
        <w:trPr>
          <w:jc w:val="center"/>
        </w:trPr>
        <w:tc>
          <w:tcPr>
            <w:tcW w:w="4592" w:type="dxa"/>
            <w:vAlign w:val="center"/>
          </w:tcPr>
          <w:p w14:paraId="0F5D1D7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Выставка «Сделано своими руками»</w:t>
            </w:r>
          </w:p>
        </w:tc>
        <w:tc>
          <w:tcPr>
            <w:tcW w:w="969" w:type="dxa"/>
          </w:tcPr>
          <w:p w14:paraId="02414DD5" w14:textId="2A3B935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A065AE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1E539CCD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Март 2027 года</w:t>
            </w:r>
          </w:p>
        </w:tc>
        <w:tc>
          <w:tcPr>
            <w:tcW w:w="2580" w:type="dxa"/>
            <w:vAlign w:val="center"/>
          </w:tcPr>
          <w:p w14:paraId="08B335B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изобразительного искусства; педагог-организатор</w:t>
            </w:r>
          </w:p>
        </w:tc>
        <w:tc>
          <w:tcPr>
            <w:tcW w:w="3600" w:type="dxa"/>
          </w:tcPr>
          <w:p w14:paraId="29ED239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07127090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6974E847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«ШКОЛЬНЫЙ ТЕАТР» (ПРИ НАЛИЧИИ)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86"/>
        <w:gridCol w:w="1707"/>
        <w:gridCol w:w="2580"/>
        <w:gridCol w:w="3634"/>
      </w:tblGrid>
      <w:tr w:rsidR="00AA1362" w:rsidRPr="00027D8D" w14:paraId="0F399962" w14:textId="667D7146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44FFCCD3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86" w:type="dxa"/>
            <w:shd w:val="clear" w:color="auto" w:fill="D9EAF7"/>
            <w:vAlign w:val="center"/>
          </w:tcPr>
          <w:p w14:paraId="24619D1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07" w:type="dxa"/>
            <w:shd w:val="clear" w:color="auto" w:fill="D9EAF7"/>
            <w:vAlign w:val="center"/>
          </w:tcPr>
          <w:p w14:paraId="4FD50892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14:paraId="3AB6BB3B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34" w:type="dxa"/>
            <w:shd w:val="clear" w:color="auto" w:fill="D9EAF7"/>
          </w:tcPr>
          <w:p w14:paraId="756F7799" w14:textId="188563E4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027D8D" w14:paraId="783CB26A" w14:textId="504C1B5F" w:rsidTr="00C62E16">
        <w:trPr>
          <w:jc w:val="center"/>
        </w:trPr>
        <w:tc>
          <w:tcPr>
            <w:tcW w:w="4592" w:type="dxa"/>
            <w:vAlign w:val="center"/>
          </w:tcPr>
          <w:p w14:paraId="2FBDFB0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Набор и организационные встречи театральной студии</w:t>
            </w:r>
          </w:p>
        </w:tc>
        <w:tc>
          <w:tcPr>
            <w:tcW w:w="986" w:type="dxa"/>
          </w:tcPr>
          <w:p w14:paraId="265303E5" w14:textId="2737294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D4F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59C93A50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14:paraId="17CEEBE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Руководитель школьного театра</w:t>
            </w:r>
          </w:p>
        </w:tc>
        <w:tc>
          <w:tcPr>
            <w:tcW w:w="3634" w:type="dxa"/>
          </w:tcPr>
          <w:p w14:paraId="12C2EFD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6ED0CD2F" w14:textId="5B77ED43" w:rsidTr="00C62E16">
        <w:trPr>
          <w:jc w:val="center"/>
        </w:trPr>
        <w:tc>
          <w:tcPr>
            <w:tcW w:w="4592" w:type="dxa"/>
            <w:vAlign w:val="center"/>
          </w:tcPr>
          <w:p w14:paraId="4B9580DF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Основы актёрского мастерства и сценической речи</w:t>
            </w:r>
          </w:p>
        </w:tc>
        <w:tc>
          <w:tcPr>
            <w:tcW w:w="986" w:type="dxa"/>
          </w:tcPr>
          <w:p w14:paraId="417DC84C" w14:textId="073A9046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D4F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1179EAEC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Еженедельно по расписанию</w:t>
            </w:r>
          </w:p>
        </w:tc>
        <w:tc>
          <w:tcPr>
            <w:tcW w:w="2580" w:type="dxa"/>
            <w:vAlign w:val="center"/>
          </w:tcPr>
          <w:p w14:paraId="0D36150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театра; педагог дополнительного образования</w:t>
            </w:r>
          </w:p>
        </w:tc>
        <w:tc>
          <w:tcPr>
            <w:tcW w:w="3634" w:type="dxa"/>
          </w:tcPr>
          <w:p w14:paraId="22D5FB3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76031C6D" w14:textId="0613E2C0" w:rsidTr="00C62E16">
        <w:trPr>
          <w:jc w:val="center"/>
        </w:trPr>
        <w:tc>
          <w:tcPr>
            <w:tcW w:w="4592" w:type="dxa"/>
            <w:vAlign w:val="center"/>
          </w:tcPr>
          <w:p w14:paraId="5B5C6DA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Выбор репертуара на основе сказок и произведений народов России</w:t>
            </w:r>
          </w:p>
        </w:tc>
        <w:tc>
          <w:tcPr>
            <w:tcW w:w="986" w:type="dxa"/>
          </w:tcPr>
          <w:p w14:paraId="03E7509A" w14:textId="3B46AA21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D4F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5C0BC882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14:paraId="4B1815A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театра; учителя основной школы</w:t>
            </w:r>
          </w:p>
        </w:tc>
        <w:tc>
          <w:tcPr>
            <w:tcW w:w="3634" w:type="dxa"/>
          </w:tcPr>
          <w:p w14:paraId="43EE8AD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28C67BAA" w14:textId="3150F83A" w:rsidTr="00C62E16">
        <w:trPr>
          <w:jc w:val="center"/>
        </w:trPr>
        <w:tc>
          <w:tcPr>
            <w:tcW w:w="4592" w:type="dxa"/>
            <w:vAlign w:val="center"/>
          </w:tcPr>
          <w:p w14:paraId="7066785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Подготовка и показ зимней постановки</w:t>
            </w:r>
          </w:p>
        </w:tc>
        <w:tc>
          <w:tcPr>
            <w:tcW w:w="986" w:type="dxa"/>
          </w:tcPr>
          <w:p w14:paraId="26243784" w14:textId="1F52E03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D4F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5672918D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Ноябрь–декабрь 2026 года</w:t>
            </w:r>
          </w:p>
        </w:tc>
        <w:tc>
          <w:tcPr>
            <w:tcW w:w="2580" w:type="dxa"/>
            <w:vAlign w:val="center"/>
          </w:tcPr>
          <w:p w14:paraId="0446BCD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Руководитель школьного театра</w:t>
            </w:r>
          </w:p>
        </w:tc>
        <w:tc>
          <w:tcPr>
            <w:tcW w:w="3634" w:type="dxa"/>
          </w:tcPr>
          <w:p w14:paraId="0A4FA3A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3D0A5C98" w14:textId="2C465506" w:rsidTr="00C62E16">
        <w:trPr>
          <w:jc w:val="center"/>
        </w:trPr>
        <w:tc>
          <w:tcPr>
            <w:tcW w:w="4592" w:type="dxa"/>
            <w:vAlign w:val="center"/>
          </w:tcPr>
          <w:p w14:paraId="6182E52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Театральная постановка к весеннему празднику</w:t>
            </w:r>
          </w:p>
        </w:tc>
        <w:tc>
          <w:tcPr>
            <w:tcW w:w="986" w:type="dxa"/>
          </w:tcPr>
          <w:p w14:paraId="759DCC13" w14:textId="216E86CA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D4F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41AAFCF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Март 2027 года</w:t>
            </w:r>
          </w:p>
        </w:tc>
        <w:tc>
          <w:tcPr>
            <w:tcW w:w="2580" w:type="dxa"/>
            <w:vAlign w:val="center"/>
          </w:tcPr>
          <w:p w14:paraId="57B7B0E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Руководитель школьного театра</w:t>
            </w:r>
          </w:p>
        </w:tc>
        <w:tc>
          <w:tcPr>
            <w:tcW w:w="3634" w:type="dxa"/>
          </w:tcPr>
          <w:p w14:paraId="21389DB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288A6A6B" w14:textId="1407942E" w:rsidTr="00C62E16">
        <w:trPr>
          <w:jc w:val="center"/>
        </w:trPr>
        <w:tc>
          <w:tcPr>
            <w:tcW w:w="4592" w:type="dxa"/>
            <w:vAlign w:val="center"/>
          </w:tcPr>
          <w:p w14:paraId="518F026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lastRenderedPageBreak/>
              <w:t>Школьный театральный фестиваль</w:t>
            </w:r>
          </w:p>
        </w:tc>
        <w:tc>
          <w:tcPr>
            <w:tcW w:w="986" w:type="dxa"/>
          </w:tcPr>
          <w:p w14:paraId="765C9C7B" w14:textId="2F827E3F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D4F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59EC242D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Апрель 2027 года</w:t>
            </w:r>
          </w:p>
        </w:tc>
        <w:tc>
          <w:tcPr>
            <w:tcW w:w="2580" w:type="dxa"/>
            <w:vAlign w:val="center"/>
          </w:tcPr>
          <w:p w14:paraId="5334B82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руководитель школьного театра</w:t>
            </w:r>
          </w:p>
        </w:tc>
        <w:tc>
          <w:tcPr>
            <w:tcW w:w="3634" w:type="dxa"/>
          </w:tcPr>
          <w:p w14:paraId="01CC779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9C6F1A6" w14:textId="1C157FC7" w:rsidTr="00C62E16">
        <w:trPr>
          <w:jc w:val="center"/>
        </w:trPr>
        <w:tc>
          <w:tcPr>
            <w:tcW w:w="4592" w:type="dxa"/>
            <w:vAlign w:val="center"/>
          </w:tcPr>
          <w:p w14:paraId="61215D1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Участие в муниципальном театральном конкурсе</w:t>
            </w:r>
          </w:p>
        </w:tc>
        <w:tc>
          <w:tcPr>
            <w:tcW w:w="986" w:type="dxa"/>
          </w:tcPr>
          <w:p w14:paraId="57FC38FB" w14:textId="6756C5A3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D4F4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0222CCEE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календарю организаторов</w:t>
            </w:r>
          </w:p>
        </w:tc>
        <w:tc>
          <w:tcPr>
            <w:tcW w:w="2580" w:type="dxa"/>
            <w:vAlign w:val="center"/>
          </w:tcPr>
          <w:p w14:paraId="0C1C6E7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Руководитель школьного театра</w:t>
            </w:r>
          </w:p>
        </w:tc>
        <w:tc>
          <w:tcPr>
            <w:tcW w:w="3634" w:type="dxa"/>
          </w:tcPr>
          <w:p w14:paraId="7FD3C28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0314809" w14:textId="77777777" w:rsidR="00726B0A" w:rsidRPr="00027D8D" w:rsidRDefault="00726B0A">
      <w:pPr>
        <w:spacing w:after="0"/>
        <w:rPr>
          <w:rFonts w:cs="Times New Roman"/>
          <w:sz w:val="24"/>
          <w:szCs w:val="24"/>
        </w:rPr>
      </w:pPr>
    </w:p>
    <w:p w14:paraId="1DA54A8D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«ШКОЛЬНЫЙ МУЗЕЙ» (ПРИ НАЛИЧИИ)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86"/>
        <w:gridCol w:w="1707"/>
        <w:gridCol w:w="2580"/>
        <w:gridCol w:w="3634"/>
      </w:tblGrid>
      <w:tr w:rsidR="00AA1362" w:rsidRPr="00027D8D" w14:paraId="471A1B9A" w14:textId="07EA08F7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6929CF6C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86" w:type="dxa"/>
            <w:shd w:val="clear" w:color="auto" w:fill="D9EAF7"/>
            <w:vAlign w:val="center"/>
          </w:tcPr>
          <w:p w14:paraId="04075807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07" w:type="dxa"/>
            <w:shd w:val="clear" w:color="auto" w:fill="D9EAF7"/>
            <w:vAlign w:val="center"/>
          </w:tcPr>
          <w:p w14:paraId="28C8A65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14:paraId="34A20803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34" w:type="dxa"/>
            <w:shd w:val="clear" w:color="auto" w:fill="D9EAF7"/>
          </w:tcPr>
          <w:p w14:paraId="386698C3" w14:textId="5055CD96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027D8D" w14:paraId="403D66F7" w14:textId="52FF510C" w:rsidTr="000935A9">
        <w:trPr>
          <w:jc w:val="center"/>
        </w:trPr>
        <w:tc>
          <w:tcPr>
            <w:tcW w:w="4592" w:type="dxa"/>
            <w:vAlign w:val="center"/>
          </w:tcPr>
          <w:p w14:paraId="4FA1CBD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Обзорная экскурсия «Знакомство с нашим музеем»</w:t>
            </w:r>
          </w:p>
        </w:tc>
        <w:tc>
          <w:tcPr>
            <w:tcW w:w="986" w:type="dxa"/>
          </w:tcPr>
          <w:p w14:paraId="0D1602B3" w14:textId="3B3CF3F6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D156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20724FB7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14:paraId="5C68EC4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3634" w:type="dxa"/>
          </w:tcPr>
          <w:p w14:paraId="27D51BE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6EFE0838" w14:textId="77777777" w:rsidTr="000935A9">
        <w:trPr>
          <w:jc w:val="center"/>
        </w:trPr>
        <w:tc>
          <w:tcPr>
            <w:tcW w:w="4592" w:type="dxa"/>
            <w:vAlign w:val="center"/>
          </w:tcPr>
          <w:p w14:paraId="13614AD3" w14:textId="031D7F4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Акция «Наши семейные книги памяти»</w:t>
            </w:r>
          </w:p>
        </w:tc>
        <w:tc>
          <w:tcPr>
            <w:tcW w:w="986" w:type="dxa"/>
          </w:tcPr>
          <w:p w14:paraId="168034A8" w14:textId="2DFFF860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D156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4F70C6C1" w14:textId="79506211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Апрель 2027</w:t>
            </w:r>
          </w:p>
        </w:tc>
        <w:tc>
          <w:tcPr>
            <w:tcW w:w="2580" w:type="dxa"/>
            <w:vAlign w:val="center"/>
          </w:tcPr>
          <w:p w14:paraId="50CE4187" w14:textId="13B4B40F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Зам.по ВР</w:t>
            </w:r>
          </w:p>
          <w:p w14:paraId="3485BD05" w14:textId="0EE70C44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музея; классные руководители</w:t>
            </w:r>
          </w:p>
        </w:tc>
        <w:tc>
          <w:tcPr>
            <w:tcW w:w="3634" w:type="dxa"/>
          </w:tcPr>
          <w:p w14:paraId="09B139A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4256661" w14:textId="359BCE33" w:rsidTr="000935A9">
        <w:trPr>
          <w:jc w:val="center"/>
        </w:trPr>
        <w:tc>
          <w:tcPr>
            <w:tcW w:w="4592" w:type="dxa"/>
            <w:vAlign w:val="center"/>
          </w:tcPr>
          <w:p w14:paraId="0EA3DF4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Тематическая экскурсия «История нашей школы»</w:t>
            </w:r>
          </w:p>
        </w:tc>
        <w:tc>
          <w:tcPr>
            <w:tcW w:w="986" w:type="dxa"/>
          </w:tcPr>
          <w:p w14:paraId="3FB9A6EC" w14:textId="1AA5B498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D156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50457670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 2026 года; март 2027 года</w:t>
            </w:r>
          </w:p>
        </w:tc>
        <w:tc>
          <w:tcPr>
            <w:tcW w:w="2580" w:type="dxa"/>
            <w:vAlign w:val="center"/>
          </w:tcPr>
          <w:p w14:paraId="13DD843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3634" w:type="dxa"/>
          </w:tcPr>
          <w:p w14:paraId="3542423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7DFE0CFE" w14:textId="49F3CB1E" w:rsidTr="000935A9">
        <w:trPr>
          <w:jc w:val="center"/>
        </w:trPr>
        <w:tc>
          <w:tcPr>
            <w:tcW w:w="4592" w:type="dxa"/>
            <w:vAlign w:val="center"/>
          </w:tcPr>
          <w:p w14:paraId="19D5668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Краеведческий проект «История моего района»</w:t>
            </w:r>
          </w:p>
        </w:tc>
        <w:tc>
          <w:tcPr>
            <w:tcW w:w="986" w:type="dxa"/>
          </w:tcPr>
          <w:p w14:paraId="2ACA902D" w14:textId="4878AC18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D156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3809C6FF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Сентябрь 2026 года — май 2027 года</w:t>
            </w:r>
          </w:p>
        </w:tc>
        <w:tc>
          <w:tcPr>
            <w:tcW w:w="2580" w:type="dxa"/>
            <w:vAlign w:val="center"/>
          </w:tcPr>
          <w:p w14:paraId="6A23E46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музея; классные руководители</w:t>
            </w:r>
          </w:p>
        </w:tc>
        <w:tc>
          <w:tcPr>
            <w:tcW w:w="3634" w:type="dxa"/>
          </w:tcPr>
          <w:p w14:paraId="28C4172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6893339D" w14:textId="05B8805F" w:rsidTr="000935A9">
        <w:trPr>
          <w:jc w:val="center"/>
        </w:trPr>
        <w:tc>
          <w:tcPr>
            <w:tcW w:w="4592" w:type="dxa"/>
            <w:vAlign w:val="center"/>
          </w:tcPr>
          <w:p w14:paraId="16457AB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Выставка «Старые школьные принадлежности»</w:t>
            </w:r>
          </w:p>
        </w:tc>
        <w:tc>
          <w:tcPr>
            <w:tcW w:w="986" w:type="dxa"/>
          </w:tcPr>
          <w:p w14:paraId="02817D80" w14:textId="3540D8E9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D156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3CB841C3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Декабрь 2026 года</w:t>
            </w:r>
          </w:p>
        </w:tc>
        <w:tc>
          <w:tcPr>
            <w:tcW w:w="2580" w:type="dxa"/>
            <w:vAlign w:val="center"/>
          </w:tcPr>
          <w:p w14:paraId="03BF9A6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3634" w:type="dxa"/>
          </w:tcPr>
          <w:p w14:paraId="12216A2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6B920A8A" w14:textId="26F1D8AC" w:rsidTr="000935A9">
        <w:trPr>
          <w:jc w:val="center"/>
        </w:trPr>
        <w:tc>
          <w:tcPr>
            <w:tcW w:w="4592" w:type="dxa"/>
            <w:vAlign w:val="center"/>
          </w:tcPr>
          <w:p w14:paraId="722FF1D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Проект «История одной семейной реликвии»</w:t>
            </w:r>
          </w:p>
        </w:tc>
        <w:tc>
          <w:tcPr>
            <w:tcW w:w="986" w:type="dxa"/>
          </w:tcPr>
          <w:p w14:paraId="345D9CD9" w14:textId="6AC22968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D156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0656FF4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Январь–март 2027 года</w:t>
            </w:r>
          </w:p>
        </w:tc>
        <w:tc>
          <w:tcPr>
            <w:tcW w:w="2580" w:type="dxa"/>
            <w:vAlign w:val="center"/>
          </w:tcPr>
          <w:p w14:paraId="528C4DD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3634" w:type="dxa"/>
          </w:tcPr>
          <w:p w14:paraId="2712000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0C107535" w14:textId="7898A3B9" w:rsidTr="000935A9">
        <w:trPr>
          <w:jc w:val="center"/>
        </w:trPr>
        <w:tc>
          <w:tcPr>
            <w:tcW w:w="4592" w:type="dxa"/>
            <w:vAlign w:val="center"/>
          </w:tcPr>
          <w:p w14:paraId="5CAB322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Выставка «Великая Отечественная война в семейных архивах»</w:t>
            </w:r>
          </w:p>
        </w:tc>
        <w:tc>
          <w:tcPr>
            <w:tcW w:w="986" w:type="dxa"/>
          </w:tcPr>
          <w:p w14:paraId="2EAF5909" w14:textId="701FD89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D156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17F76C76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14:paraId="0A08BB9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3634" w:type="dxa"/>
          </w:tcPr>
          <w:p w14:paraId="12CDE87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69366EBA" w14:textId="005C0B9B" w:rsidTr="000935A9">
        <w:trPr>
          <w:jc w:val="center"/>
        </w:trPr>
        <w:tc>
          <w:tcPr>
            <w:tcW w:w="4592" w:type="dxa"/>
            <w:vAlign w:val="center"/>
          </w:tcPr>
          <w:p w14:paraId="6E6D295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Встреча с ветеранами педагогического труда и местными краеведами</w:t>
            </w:r>
          </w:p>
        </w:tc>
        <w:tc>
          <w:tcPr>
            <w:tcW w:w="986" w:type="dxa"/>
          </w:tcPr>
          <w:p w14:paraId="6CD74265" w14:textId="1CBFD525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D156D4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191B169A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580" w:type="dxa"/>
            <w:vAlign w:val="center"/>
          </w:tcPr>
          <w:p w14:paraId="3F3ED9C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3634" w:type="dxa"/>
          </w:tcPr>
          <w:p w14:paraId="6635DBC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842CCEE" w14:textId="77777777" w:rsidR="00726B0A" w:rsidRPr="00027D8D" w:rsidRDefault="00726B0A">
      <w:pPr>
        <w:spacing w:after="0"/>
        <w:rPr>
          <w:rFonts w:cs="Times New Roman"/>
          <w:sz w:val="24"/>
          <w:szCs w:val="24"/>
        </w:rPr>
      </w:pPr>
    </w:p>
    <w:p w14:paraId="65BCADDC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lastRenderedPageBreak/>
        <w:t>ВАРИАТИВНЫЙ МОДУЛЬ «ДОБРОВОЛЬЧЕСКАЯ ДЕЯТЕЛЬНОСТЬ (ВОЛОНТЁРСТВО)»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69"/>
        <w:gridCol w:w="1724"/>
        <w:gridCol w:w="2580"/>
        <w:gridCol w:w="3600"/>
      </w:tblGrid>
      <w:tr w:rsidR="00AA1362" w:rsidRPr="00027D8D" w14:paraId="4458365B" w14:textId="47784F1E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1266C43D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69" w:type="dxa"/>
            <w:shd w:val="clear" w:color="auto" w:fill="D9EAF7"/>
            <w:vAlign w:val="center"/>
          </w:tcPr>
          <w:p w14:paraId="0B83208B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24" w:type="dxa"/>
            <w:shd w:val="clear" w:color="auto" w:fill="D9EAF7"/>
            <w:vAlign w:val="center"/>
          </w:tcPr>
          <w:p w14:paraId="408439CE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14:paraId="2BAA6E5A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00" w:type="dxa"/>
            <w:shd w:val="clear" w:color="auto" w:fill="D9EAF7"/>
          </w:tcPr>
          <w:p w14:paraId="6D800E5C" w14:textId="06BCD055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BE7498" w14:paraId="13300F89" w14:textId="64B3BECE" w:rsidTr="00805693">
        <w:trPr>
          <w:jc w:val="center"/>
        </w:trPr>
        <w:tc>
          <w:tcPr>
            <w:tcW w:w="4592" w:type="dxa"/>
            <w:vAlign w:val="center"/>
          </w:tcPr>
          <w:p w14:paraId="072A1BB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Акция заботы о животных «Лапа помощи»</w:t>
            </w:r>
          </w:p>
        </w:tc>
        <w:tc>
          <w:tcPr>
            <w:tcW w:w="969" w:type="dxa"/>
          </w:tcPr>
          <w:p w14:paraId="757659CD" w14:textId="72538138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4F7C80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58600642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Октябрь 2026 года; март 2027 года</w:t>
            </w:r>
          </w:p>
        </w:tc>
        <w:tc>
          <w:tcPr>
            <w:tcW w:w="2580" w:type="dxa"/>
            <w:vAlign w:val="center"/>
          </w:tcPr>
          <w:p w14:paraId="76DCE45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социальный педагог</w:t>
            </w:r>
          </w:p>
        </w:tc>
        <w:tc>
          <w:tcPr>
            <w:tcW w:w="3600" w:type="dxa"/>
          </w:tcPr>
          <w:p w14:paraId="5EABC78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4FBB7EF3" w14:textId="7F11F541" w:rsidTr="00805693">
        <w:trPr>
          <w:jc w:val="center"/>
        </w:trPr>
        <w:tc>
          <w:tcPr>
            <w:tcW w:w="4592" w:type="dxa"/>
            <w:vAlign w:val="center"/>
          </w:tcPr>
          <w:p w14:paraId="35D0A40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Экологическая акция по раздельному сбору макулатуры и безопасного вторичного сырья</w:t>
            </w:r>
          </w:p>
        </w:tc>
        <w:tc>
          <w:tcPr>
            <w:tcW w:w="969" w:type="dxa"/>
          </w:tcPr>
          <w:p w14:paraId="20328A26" w14:textId="45BABE8F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4F7C80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4DEA9E35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14:paraId="3CC43F4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Классные руководители; ответственный работник школы</w:t>
            </w:r>
          </w:p>
        </w:tc>
        <w:tc>
          <w:tcPr>
            <w:tcW w:w="3600" w:type="dxa"/>
          </w:tcPr>
          <w:p w14:paraId="6EFACAC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02A930CA" w14:textId="264314FB" w:rsidTr="00805693">
        <w:trPr>
          <w:jc w:val="center"/>
        </w:trPr>
        <w:tc>
          <w:tcPr>
            <w:tcW w:w="4592" w:type="dxa"/>
            <w:vAlign w:val="center"/>
          </w:tcPr>
          <w:p w14:paraId="6701FE0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Творческая акция «Открытка добра» для пожилых людей и ветеранов педагогического труда</w:t>
            </w:r>
          </w:p>
        </w:tc>
        <w:tc>
          <w:tcPr>
            <w:tcW w:w="969" w:type="dxa"/>
          </w:tcPr>
          <w:p w14:paraId="527C2764" w14:textId="6A988C6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4F7C80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00000C09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Октябрь 2026 года; февраль–май 2027 года</w:t>
            </w:r>
          </w:p>
        </w:tc>
        <w:tc>
          <w:tcPr>
            <w:tcW w:w="2580" w:type="dxa"/>
            <w:vAlign w:val="center"/>
          </w:tcPr>
          <w:p w14:paraId="1CDA6D8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600" w:type="dxa"/>
          </w:tcPr>
          <w:p w14:paraId="7688BA6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58B9451C" w14:textId="7664A7E2" w:rsidTr="00805693">
        <w:trPr>
          <w:jc w:val="center"/>
        </w:trPr>
        <w:tc>
          <w:tcPr>
            <w:tcW w:w="4592" w:type="dxa"/>
            <w:vAlign w:val="center"/>
          </w:tcPr>
          <w:p w14:paraId="2FC154A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Проект «Книжка в подарок»</w:t>
            </w:r>
          </w:p>
        </w:tc>
        <w:tc>
          <w:tcPr>
            <w:tcW w:w="969" w:type="dxa"/>
          </w:tcPr>
          <w:p w14:paraId="26D87484" w14:textId="470AF424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4F7C80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58FAB622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Декабрь 2026 года</w:t>
            </w:r>
          </w:p>
        </w:tc>
        <w:tc>
          <w:tcPr>
            <w:tcW w:w="2580" w:type="dxa"/>
            <w:vAlign w:val="center"/>
          </w:tcPr>
          <w:p w14:paraId="252A097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Школьный библиотекарь; социальный педагог</w:t>
            </w:r>
          </w:p>
        </w:tc>
        <w:tc>
          <w:tcPr>
            <w:tcW w:w="3600" w:type="dxa"/>
          </w:tcPr>
          <w:p w14:paraId="0E89839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2A3FDF22" w14:textId="4C8AD0E9" w:rsidTr="00805693">
        <w:trPr>
          <w:jc w:val="center"/>
        </w:trPr>
        <w:tc>
          <w:tcPr>
            <w:tcW w:w="4592" w:type="dxa"/>
            <w:vAlign w:val="center"/>
          </w:tcPr>
          <w:p w14:paraId="569D363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Благотворительная ярмарка детских творческих работ при наличии локального порядка</w:t>
            </w:r>
          </w:p>
        </w:tc>
        <w:tc>
          <w:tcPr>
            <w:tcW w:w="969" w:type="dxa"/>
          </w:tcPr>
          <w:p w14:paraId="6834A24E" w14:textId="0E40F460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4F7C80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4643867E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Декабрь 2026 года или апрель 2027 года</w:t>
            </w:r>
          </w:p>
        </w:tc>
        <w:tc>
          <w:tcPr>
            <w:tcW w:w="2580" w:type="dxa"/>
            <w:vAlign w:val="center"/>
          </w:tcPr>
          <w:p w14:paraId="278B68C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</w:t>
            </w:r>
          </w:p>
        </w:tc>
        <w:tc>
          <w:tcPr>
            <w:tcW w:w="3600" w:type="dxa"/>
          </w:tcPr>
          <w:p w14:paraId="047D614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6D3310C4" w14:textId="590A749A" w:rsidTr="00805693">
        <w:trPr>
          <w:jc w:val="center"/>
        </w:trPr>
        <w:tc>
          <w:tcPr>
            <w:tcW w:w="4592" w:type="dxa"/>
            <w:vAlign w:val="center"/>
          </w:tcPr>
          <w:p w14:paraId="6F5FD55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День добрых дел</w:t>
            </w:r>
          </w:p>
        </w:tc>
        <w:tc>
          <w:tcPr>
            <w:tcW w:w="969" w:type="dxa"/>
          </w:tcPr>
          <w:p w14:paraId="4A888170" w14:textId="2C8C4705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4F7C80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71DA71E3" w14:textId="25A0DFFC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Сентябрь 2026</w:t>
            </w:r>
          </w:p>
        </w:tc>
        <w:tc>
          <w:tcPr>
            <w:tcW w:w="2580" w:type="dxa"/>
            <w:vAlign w:val="center"/>
          </w:tcPr>
          <w:p w14:paraId="6450074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00" w:type="dxa"/>
          </w:tcPr>
          <w:p w14:paraId="0128298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A2AFCE2" w14:textId="7CCE54B1" w:rsidTr="00805693">
        <w:trPr>
          <w:jc w:val="center"/>
        </w:trPr>
        <w:tc>
          <w:tcPr>
            <w:tcW w:w="4592" w:type="dxa"/>
            <w:vAlign w:val="center"/>
          </w:tcPr>
          <w:p w14:paraId="5B172C5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Итоговая встреча «Маленькие дела — большая помощь»</w:t>
            </w:r>
          </w:p>
        </w:tc>
        <w:tc>
          <w:tcPr>
            <w:tcW w:w="969" w:type="dxa"/>
          </w:tcPr>
          <w:p w14:paraId="230C9FE8" w14:textId="76FF56D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4F7C80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24" w:type="dxa"/>
            <w:vAlign w:val="center"/>
          </w:tcPr>
          <w:p w14:paraId="365F57C1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580" w:type="dxa"/>
            <w:vAlign w:val="center"/>
          </w:tcPr>
          <w:p w14:paraId="02B6641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 xml:space="preserve">Советник директора по воспитанию и взаимодействию с детскими общественными </w:t>
            </w:r>
            <w:r w:rsidRPr="00027D8D">
              <w:rPr>
                <w:rFonts w:cs="Times New Roman"/>
                <w:sz w:val="24"/>
                <w:szCs w:val="24"/>
                <w:lang w:val="ru-RU"/>
              </w:rPr>
              <w:lastRenderedPageBreak/>
              <w:t>объединениями</w:t>
            </w:r>
          </w:p>
        </w:tc>
        <w:tc>
          <w:tcPr>
            <w:tcW w:w="3600" w:type="dxa"/>
          </w:tcPr>
          <w:p w14:paraId="1294080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4E342FDD" w14:textId="77777777" w:rsidR="00726B0A" w:rsidRPr="00027D8D" w:rsidRDefault="00726B0A">
      <w:pPr>
        <w:spacing w:after="0"/>
        <w:rPr>
          <w:rFonts w:cs="Times New Roman"/>
          <w:sz w:val="24"/>
          <w:szCs w:val="24"/>
          <w:lang w:val="ru-RU"/>
        </w:rPr>
      </w:pPr>
    </w:p>
    <w:p w14:paraId="431CFFE3" w14:textId="77777777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>ВАРИАТИВНЫЙ МОДУЛЬ «ШКОЛЬНЫЕ СПОРТИВНЫЕ КЛУБЫ» (ПРИ НАЛИЧИИ)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86"/>
        <w:gridCol w:w="1707"/>
        <w:gridCol w:w="2580"/>
        <w:gridCol w:w="3634"/>
      </w:tblGrid>
      <w:tr w:rsidR="00AA1362" w:rsidRPr="00027D8D" w14:paraId="173F8DAB" w14:textId="56DFA621" w:rsidTr="00AA1362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4A916FB2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86" w:type="dxa"/>
            <w:shd w:val="clear" w:color="auto" w:fill="D9EAF7"/>
            <w:vAlign w:val="center"/>
          </w:tcPr>
          <w:p w14:paraId="4876DD66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07" w:type="dxa"/>
            <w:shd w:val="clear" w:color="auto" w:fill="D9EAF7"/>
            <w:vAlign w:val="center"/>
          </w:tcPr>
          <w:p w14:paraId="131874D0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14:paraId="2C46127A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34" w:type="dxa"/>
            <w:shd w:val="clear" w:color="auto" w:fill="D9EAF7"/>
          </w:tcPr>
          <w:p w14:paraId="5CF53566" w14:textId="14910261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BE7498" w14:paraId="5492E7D2" w14:textId="460E7C18" w:rsidTr="00B74C99">
        <w:trPr>
          <w:jc w:val="center"/>
        </w:trPr>
        <w:tc>
          <w:tcPr>
            <w:tcW w:w="4592" w:type="dxa"/>
            <w:vAlign w:val="center"/>
          </w:tcPr>
          <w:p w14:paraId="7C2A873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Работа спортивных секций школьного спортивного клуба</w:t>
            </w:r>
          </w:p>
        </w:tc>
        <w:tc>
          <w:tcPr>
            <w:tcW w:w="986" w:type="dxa"/>
          </w:tcPr>
          <w:p w14:paraId="0691A492" w14:textId="33A664C2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A15D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1C631E07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 по расписанию</w:t>
            </w:r>
          </w:p>
        </w:tc>
        <w:tc>
          <w:tcPr>
            <w:tcW w:w="2580" w:type="dxa"/>
            <w:vAlign w:val="center"/>
          </w:tcPr>
          <w:p w14:paraId="2183B3B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Руководитель школьного спортивного клуба; учитель физической культуры</w:t>
            </w:r>
          </w:p>
        </w:tc>
        <w:tc>
          <w:tcPr>
            <w:tcW w:w="3634" w:type="dxa"/>
          </w:tcPr>
          <w:p w14:paraId="34BB9018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BE7498" w14:paraId="2100AB14" w14:textId="1A93A75D" w:rsidTr="00B74C99">
        <w:trPr>
          <w:jc w:val="center"/>
        </w:trPr>
        <w:tc>
          <w:tcPr>
            <w:tcW w:w="4592" w:type="dxa"/>
            <w:vAlign w:val="center"/>
          </w:tcPr>
          <w:p w14:paraId="22D449C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День здоровья «Движение — это жизнь»</w:t>
            </w:r>
          </w:p>
        </w:tc>
        <w:tc>
          <w:tcPr>
            <w:tcW w:w="986" w:type="dxa"/>
          </w:tcPr>
          <w:p w14:paraId="451FB6CE" w14:textId="306D3C49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A15D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6CB4D04E" w14:textId="74482BF0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До 6 Сентября 2026 года; апрель 2027 года</w:t>
            </w:r>
          </w:p>
        </w:tc>
        <w:tc>
          <w:tcPr>
            <w:tcW w:w="2580" w:type="dxa"/>
            <w:vAlign w:val="center"/>
          </w:tcPr>
          <w:p w14:paraId="6FA8278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классные руководители</w:t>
            </w:r>
          </w:p>
        </w:tc>
        <w:tc>
          <w:tcPr>
            <w:tcW w:w="3634" w:type="dxa"/>
          </w:tcPr>
          <w:p w14:paraId="2D88489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0157DC6A" w14:textId="6054BBD7" w:rsidTr="00B74C99">
        <w:trPr>
          <w:jc w:val="center"/>
        </w:trPr>
        <w:tc>
          <w:tcPr>
            <w:tcW w:w="4592" w:type="dxa"/>
            <w:vAlign w:val="center"/>
          </w:tcPr>
          <w:p w14:paraId="31AFD3B1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Турнир по мини-футболу</w:t>
            </w:r>
          </w:p>
        </w:tc>
        <w:tc>
          <w:tcPr>
            <w:tcW w:w="986" w:type="dxa"/>
          </w:tcPr>
          <w:p w14:paraId="4158F455" w14:textId="6721D7BE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A15D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0CA24237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Ноябрь 2026 года</w:t>
            </w:r>
          </w:p>
        </w:tc>
        <w:tc>
          <w:tcPr>
            <w:tcW w:w="2580" w:type="dxa"/>
            <w:vAlign w:val="center"/>
          </w:tcPr>
          <w:p w14:paraId="47D2E99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634" w:type="dxa"/>
          </w:tcPr>
          <w:p w14:paraId="2DB706C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38B46118" w14:textId="618C4B7F" w:rsidTr="00B74C99">
        <w:trPr>
          <w:jc w:val="center"/>
        </w:trPr>
        <w:tc>
          <w:tcPr>
            <w:tcW w:w="4592" w:type="dxa"/>
            <w:vAlign w:val="center"/>
          </w:tcPr>
          <w:p w14:paraId="22AF757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«Весёлые старты»</w:t>
            </w:r>
          </w:p>
        </w:tc>
        <w:tc>
          <w:tcPr>
            <w:tcW w:w="986" w:type="dxa"/>
          </w:tcPr>
          <w:p w14:paraId="403A67D1" w14:textId="7C3BCB5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A15D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1BAD9F7F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Один раз в полугодие, по графику параллелей</w:t>
            </w:r>
          </w:p>
        </w:tc>
        <w:tc>
          <w:tcPr>
            <w:tcW w:w="2580" w:type="dxa"/>
            <w:vAlign w:val="center"/>
          </w:tcPr>
          <w:p w14:paraId="6ECC8FC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634" w:type="dxa"/>
          </w:tcPr>
          <w:p w14:paraId="5E39385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04FC63F9" w14:textId="5433C024" w:rsidTr="00B74C99">
        <w:trPr>
          <w:jc w:val="center"/>
        </w:trPr>
        <w:tc>
          <w:tcPr>
            <w:tcW w:w="4592" w:type="dxa"/>
            <w:vAlign w:val="center"/>
          </w:tcPr>
          <w:p w14:paraId="7AFD982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Шахматный турнир</w:t>
            </w:r>
          </w:p>
        </w:tc>
        <w:tc>
          <w:tcPr>
            <w:tcW w:w="986" w:type="dxa"/>
          </w:tcPr>
          <w:p w14:paraId="6DC3FAF8" w14:textId="7244C77F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A15D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127FE96B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Март 2027 года</w:t>
            </w:r>
          </w:p>
        </w:tc>
        <w:tc>
          <w:tcPr>
            <w:tcW w:w="2580" w:type="dxa"/>
            <w:vAlign w:val="center"/>
          </w:tcPr>
          <w:p w14:paraId="502A61F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 (при наличии)</w:t>
            </w:r>
          </w:p>
        </w:tc>
        <w:tc>
          <w:tcPr>
            <w:tcW w:w="3634" w:type="dxa"/>
          </w:tcPr>
          <w:p w14:paraId="605F110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46F1DB2C" w14:textId="3A1DEFBF" w:rsidTr="00B74C99">
        <w:trPr>
          <w:jc w:val="center"/>
        </w:trPr>
        <w:tc>
          <w:tcPr>
            <w:tcW w:w="4592" w:type="dxa"/>
            <w:vAlign w:val="center"/>
          </w:tcPr>
          <w:p w14:paraId="6193FFE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Подготовка и участие в мероприятиях комплекса ГТО с учётом возраста и медицинского допуска</w:t>
            </w:r>
          </w:p>
        </w:tc>
        <w:tc>
          <w:tcPr>
            <w:tcW w:w="986" w:type="dxa"/>
          </w:tcPr>
          <w:p w14:paraId="05CC2BF7" w14:textId="2EB2A41C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A15D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04BF5250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14:paraId="3AC587A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634" w:type="dxa"/>
          </w:tcPr>
          <w:p w14:paraId="29834BED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21933A7F" w14:textId="2D049F43" w:rsidTr="00B74C99">
        <w:trPr>
          <w:jc w:val="center"/>
        </w:trPr>
        <w:tc>
          <w:tcPr>
            <w:tcW w:w="4592" w:type="dxa"/>
            <w:vAlign w:val="center"/>
          </w:tcPr>
          <w:p w14:paraId="47720817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Спортивные мастер-классы с приглашёнными тренерами</w:t>
            </w:r>
          </w:p>
        </w:tc>
        <w:tc>
          <w:tcPr>
            <w:tcW w:w="986" w:type="dxa"/>
          </w:tcPr>
          <w:p w14:paraId="7CAD43C7" w14:textId="5FEA9571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2A15DB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1E0E18F0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14:paraId="1DDF7B8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тренеры — по согласованию</w:t>
            </w:r>
          </w:p>
        </w:tc>
        <w:tc>
          <w:tcPr>
            <w:tcW w:w="3634" w:type="dxa"/>
          </w:tcPr>
          <w:p w14:paraId="255E90DA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6D56CADA" w14:textId="77777777" w:rsidR="00C35608" w:rsidRPr="00027D8D" w:rsidRDefault="00C35608" w:rsidP="00173FAB">
      <w:pPr>
        <w:spacing w:before="180" w:after="80"/>
        <w:rPr>
          <w:rFonts w:cs="Times New Roman"/>
          <w:b/>
          <w:sz w:val="24"/>
          <w:szCs w:val="24"/>
          <w:lang w:val="ru-RU"/>
        </w:rPr>
      </w:pPr>
    </w:p>
    <w:p w14:paraId="01B4FC3E" w14:textId="35432E5F" w:rsidR="00726B0A" w:rsidRPr="00027D8D" w:rsidRDefault="000C4DE0">
      <w:pPr>
        <w:spacing w:before="180" w:after="80"/>
        <w:jc w:val="center"/>
        <w:rPr>
          <w:rFonts w:cs="Times New Roman"/>
          <w:sz w:val="24"/>
          <w:szCs w:val="24"/>
        </w:rPr>
      </w:pPr>
      <w:r w:rsidRPr="00027D8D">
        <w:rPr>
          <w:rFonts w:cs="Times New Roman"/>
          <w:b/>
          <w:sz w:val="24"/>
          <w:szCs w:val="24"/>
        </w:rPr>
        <w:t>ВАРИАТИВНЫЙ МОДУЛЬ «НАСТАВНИЧЕСТВО»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986"/>
        <w:gridCol w:w="1707"/>
        <w:gridCol w:w="2580"/>
        <w:gridCol w:w="3634"/>
      </w:tblGrid>
      <w:tr w:rsidR="00AA1362" w:rsidRPr="00027D8D" w14:paraId="6CCC42B9" w14:textId="22D68601" w:rsidTr="00C35608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14:paraId="173D8FF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lastRenderedPageBreak/>
              <w:t>Дела, события, мероприятия</w:t>
            </w:r>
          </w:p>
        </w:tc>
        <w:tc>
          <w:tcPr>
            <w:tcW w:w="986" w:type="dxa"/>
            <w:shd w:val="clear" w:color="auto" w:fill="D9EAF7"/>
            <w:vAlign w:val="center"/>
          </w:tcPr>
          <w:p w14:paraId="2FC9E954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07" w:type="dxa"/>
            <w:shd w:val="clear" w:color="auto" w:fill="D9EAF7"/>
            <w:vAlign w:val="center"/>
          </w:tcPr>
          <w:p w14:paraId="70091521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14:paraId="277C761F" w14:textId="77777777" w:rsidR="00AA1362" w:rsidRPr="00027D8D" w:rsidRDefault="00AA13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34" w:type="dxa"/>
            <w:shd w:val="clear" w:color="auto" w:fill="D9EAF7"/>
          </w:tcPr>
          <w:p w14:paraId="1ADFA7C3" w14:textId="1A15113E" w:rsidR="00AA1362" w:rsidRPr="00027D8D" w:rsidRDefault="00C3560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27D8D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EF3737" w:rsidRPr="00027D8D" w14:paraId="74DF292C" w14:textId="11339DB0" w:rsidTr="00845844">
        <w:trPr>
          <w:jc w:val="center"/>
        </w:trPr>
        <w:tc>
          <w:tcPr>
            <w:tcW w:w="4592" w:type="dxa"/>
            <w:vAlign w:val="center"/>
          </w:tcPr>
          <w:p w14:paraId="7328ADA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Педагогическое наставничество в проектной и творческой деятельности</w:t>
            </w:r>
          </w:p>
        </w:tc>
        <w:tc>
          <w:tcPr>
            <w:tcW w:w="986" w:type="dxa"/>
          </w:tcPr>
          <w:p w14:paraId="7A9A3EEC" w14:textId="2A2AB195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84B2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0A6CD58E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14:paraId="0C4958C5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Учителя основной школы</w:t>
            </w:r>
          </w:p>
        </w:tc>
        <w:tc>
          <w:tcPr>
            <w:tcW w:w="3634" w:type="dxa"/>
          </w:tcPr>
          <w:p w14:paraId="0435251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69D54F36" w14:textId="05DD512F" w:rsidTr="00845844">
        <w:trPr>
          <w:jc w:val="center"/>
        </w:trPr>
        <w:tc>
          <w:tcPr>
            <w:tcW w:w="4592" w:type="dxa"/>
            <w:vAlign w:val="center"/>
          </w:tcPr>
          <w:p w14:paraId="303B7240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Программа взаимопомощи «Старшие помогают младшим»</w:t>
            </w:r>
          </w:p>
        </w:tc>
        <w:tc>
          <w:tcPr>
            <w:tcW w:w="986" w:type="dxa"/>
          </w:tcPr>
          <w:p w14:paraId="739ABF10" w14:textId="5CC59CB1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84B2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12A0C366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В течение учебного года, в возрастосообразных формах</w:t>
            </w:r>
          </w:p>
        </w:tc>
        <w:tc>
          <w:tcPr>
            <w:tcW w:w="2580" w:type="dxa"/>
            <w:vAlign w:val="center"/>
          </w:tcPr>
          <w:p w14:paraId="3C74D9D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634" w:type="dxa"/>
          </w:tcPr>
          <w:p w14:paraId="1680196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027D8D" w14:paraId="27913D81" w14:textId="4B5BF131" w:rsidTr="00845844">
        <w:trPr>
          <w:jc w:val="center"/>
        </w:trPr>
        <w:tc>
          <w:tcPr>
            <w:tcW w:w="4592" w:type="dxa"/>
            <w:vAlign w:val="center"/>
          </w:tcPr>
          <w:p w14:paraId="374CC979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Индивидуальное наставническое сопровождение обучающихся, испытывающих трудности в социализации</w:t>
            </w:r>
          </w:p>
        </w:tc>
        <w:tc>
          <w:tcPr>
            <w:tcW w:w="986" w:type="dxa"/>
          </w:tcPr>
          <w:p w14:paraId="17D9EE4B" w14:textId="738B695D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84B2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1E9763BA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По индивидуальному плану</w:t>
            </w:r>
          </w:p>
        </w:tc>
        <w:tc>
          <w:tcPr>
            <w:tcW w:w="2580" w:type="dxa"/>
            <w:vAlign w:val="center"/>
          </w:tcPr>
          <w:p w14:paraId="30D99E0E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Социальный педагог; педагог-психолог</w:t>
            </w:r>
          </w:p>
        </w:tc>
        <w:tc>
          <w:tcPr>
            <w:tcW w:w="3634" w:type="dxa"/>
          </w:tcPr>
          <w:p w14:paraId="2140BE0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F3737" w:rsidRPr="00BE7498" w14:paraId="581BACA8" w14:textId="4BC76C49" w:rsidTr="00845844">
        <w:trPr>
          <w:jc w:val="center"/>
        </w:trPr>
        <w:tc>
          <w:tcPr>
            <w:tcW w:w="4592" w:type="dxa"/>
            <w:vAlign w:val="center"/>
          </w:tcPr>
          <w:p w14:paraId="09F13D1B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Наставничество в деятельности детских инициатив и школьных медиа</w:t>
            </w:r>
          </w:p>
        </w:tc>
        <w:tc>
          <w:tcPr>
            <w:tcW w:w="986" w:type="dxa"/>
          </w:tcPr>
          <w:p w14:paraId="06C1F3FA" w14:textId="6D36D943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84B2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59B97604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14:paraId="3AF15A22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ответственный за школьный медиацентр (при наличии)</w:t>
            </w:r>
          </w:p>
        </w:tc>
        <w:tc>
          <w:tcPr>
            <w:tcW w:w="3634" w:type="dxa"/>
          </w:tcPr>
          <w:p w14:paraId="3C920084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F3737" w:rsidRPr="00027D8D" w14:paraId="3AF87ACC" w14:textId="482A932E" w:rsidTr="00845844">
        <w:trPr>
          <w:jc w:val="center"/>
        </w:trPr>
        <w:tc>
          <w:tcPr>
            <w:tcW w:w="4592" w:type="dxa"/>
            <w:vAlign w:val="center"/>
          </w:tcPr>
          <w:p w14:paraId="38BB8EDC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027D8D">
              <w:rPr>
                <w:rFonts w:cs="Times New Roman"/>
                <w:sz w:val="24"/>
                <w:szCs w:val="24"/>
                <w:lang w:val="ru-RU"/>
              </w:rPr>
              <w:t>Итоговая встреча «Чему мы научились друг у друга»</w:t>
            </w:r>
          </w:p>
        </w:tc>
        <w:tc>
          <w:tcPr>
            <w:tcW w:w="986" w:type="dxa"/>
          </w:tcPr>
          <w:p w14:paraId="0E6461FF" w14:textId="0008AE4A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B84B29">
              <w:rPr>
                <w:rFonts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07" w:type="dxa"/>
            <w:vAlign w:val="center"/>
          </w:tcPr>
          <w:p w14:paraId="3C101F78" w14:textId="77777777" w:rsidR="00EF3737" w:rsidRPr="00027D8D" w:rsidRDefault="00EF3737" w:rsidP="00EF373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580" w:type="dxa"/>
            <w:vAlign w:val="center"/>
          </w:tcPr>
          <w:p w14:paraId="51942266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  <w:r w:rsidRPr="00027D8D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634" w:type="dxa"/>
          </w:tcPr>
          <w:p w14:paraId="245D33A3" w14:textId="77777777" w:rsidR="00EF3737" w:rsidRPr="00027D8D" w:rsidRDefault="00EF3737" w:rsidP="00EF373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98BB27B" w14:textId="77777777" w:rsidR="00726B0A" w:rsidRPr="00027D8D" w:rsidRDefault="00726B0A">
      <w:pPr>
        <w:spacing w:after="0"/>
        <w:rPr>
          <w:rFonts w:cs="Times New Roman"/>
          <w:sz w:val="24"/>
          <w:szCs w:val="24"/>
        </w:rPr>
      </w:pPr>
    </w:p>
    <w:p w14:paraId="2F4B18BD" w14:textId="77777777" w:rsidR="00726B0A" w:rsidRPr="00027D8D" w:rsidRDefault="000C4DE0" w:rsidP="009426EF">
      <w:pPr>
        <w:pStyle w:val="1"/>
        <w:spacing w:before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27D8D">
        <w:rPr>
          <w:rFonts w:ascii="Times New Roman" w:hAnsi="Times New Roman" w:cs="Times New Roman"/>
          <w:sz w:val="24"/>
          <w:szCs w:val="24"/>
          <w:lang w:val="ru-RU"/>
        </w:rPr>
        <w:t>Организационные условия реализации календарного плана воспитательной работы</w:t>
      </w:r>
    </w:p>
    <w:p w14:paraId="6F00CE65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1. </w:t>
      </w:r>
      <w:r w:rsidRPr="00027D8D">
        <w:rPr>
          <w:rFonts w:cs="Times New Roman"/>
          <w:sz w:val="24"/>
          <w:szCs w:val="24"/>
          <w:lang w:val="ru-RU"/>
        </w:rPr>
        <w:t>План реализуется в соответствии с рабочей программой воспитания и календарным учебным графиком образовательной организации.</w:t>
      </w:r>
    </w:p>
    <w:p w14:paraId="0CFADA54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2. </w:t>
      </w:r>
      <w:r w:rsidRPr="00027D8D">
        <w:rPr>
          <w:rFonts w:cs="Times New Roman"/>
          <w:sz w:val="24"/>
          <w:szCs w:val="24"/>
          <w:lang w:val="ru-RU"/>
        </w:rPr>
        <w:t>Конкретные даты мероприятий могут уточняться отдельными приказами, графиками и планами.</w:t>
      </w:r>
    </w:p>
    <w:p w14:paraId="0E966FB5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3. </w:t>
      </w:r>
      <w:r w:rsidRPr="00027D8D">
        <w:rPr>
          <w:rFonts w:cs="Times New Roman"/>
          <w:sz w:val="24"/>
          <w:szCs w:val="24"/>
          <w:lang w:val="ru-RU"/>
        </w:rPr>
        <w:t>Мероприятия, приходящиеся на выходные и нерабочие праздничные дни, проводятся накануне, в ближайший учебный день либо в течение тематической недели.</w:t>
      </w:r>
    </w:p>
    <w:p w14:paraId="3C482628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4. </w:t>
      </w:r>
      <w:r w:rsidRPr="00027D8D">
        <w:rPr>
          <w:rFonts w:cs="Times New Roman"/>
          <w:sz w:val="24"/>
          <w:szCs w:val="24"/>
          <w:lang w:val="ru-RU"/>
        </w:rPr>
        <w:t>При проведении экскурсий, походов, соревнований и иных выездных мероприятий оформляются необходимые распорядительные документы, проводятся инструктажи и обеспечивается сопровождение.</w:t>
      </w:r>
    </w:p>
    <w:p w14:paraId="36EC973C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5. </w:t>
      </w:r>
      <w:r w:rsidRPr="00027D8D">
        <w:rPr>
          <w:rFonts w:cs="Times New Roman"/>
          <w:sz w:val="24"/>
          <w:szCs w:val="24"/>
          <w:lang w:val="ru-RU"/>
        </w:rPr>
        <w:t>Обеспечивается соблюдение требований безопасности, охраны здоровья и санитарных требований.</w:t>
      </w:r>
    </w:p>
    <w:p w14:paraId="2D72B64F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6. </w:t>
      </w:r>
      <w:r w:rsidRPr="00027D8D">
        <w:rPr>
          <w:rFonts w:cs="Times New Roman"/>
          <w:sz w:val="24"/>
          <w:szCs w:val="24"/>
          <w:lang w:val="ru-RU"/>
        </w:rPr>
        <w:t>Участие родителей (законных представителей), социальных партнёров и приглашённых специалистов осуществляется добровольно и по согласованию.</w:t>
      </w:r>
    </w:p>
    <w:p w14:paraId="24C8C28D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lastRenderedPageBreak/>
        <w:t xml:space="preserve">7. </w:t>
      </w:r>
      <w:r w:rsidRPr="00027D8D">
        <w:rPr>
          <w:rFonts w:cs="Times New Roman"/>
          <w:sz w:val="24"/>
          <w:szCs w:val="24"/>
          <w:lang w:val="ru-RU"/>
        </w:rPr>
        <w:t>Учитываются возрастные, индивидуальные и особые образовательные потребности обучающихся. Для обучающихся с ОВЗ и инвалидностью создаются специальные условия.</w:t>
      </w:r>
    </w:p>
    <w:p w14:paraId="44DC6A7F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8. </w:t>
      </w:r>
      <w:r w:rsidRPr="00027D8D">
        <w:rPr>
          <w:rFonts w:cs="Times New Roman"/>
          <w:sz w:val="24"/>
          <w:szCs w:val="24"/>
          <w:lang w:val="ru-RU"/>
        </w:rPr>
        <w:t>При создании и публикации фото-, аудио- и видеоматериалов соблюдаются требования законодательства о персональных данных, об охране изображения гражданина и локальные акты школы.</w:t>
      </w:r>
    </w:p>
    <w:p w14:paraId="56EE6AB8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9. </w:t>
      </w:r>
      <w:r w:rsidRPr="00027D8D">
        <w:rPr>
          <w:rFonts w:cs="Times New Roman"/>
          <w:sz w:val="24"/>
          <w:szCs w:val="24"/>
          <w:lang w:val="ru-RU"/>
        </w:rPr>
        <w:t>Мероприятия календарного плана не должны приводить к превышению допустимой образовательной нагрузки.</w:t>
      </w:r>
    </w:p>
    <w:p w14:paraId="1380F3DB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10. </w:t>
      </w:r>
      <w:r w:rsidRPr="00027D8D">
        <w:rPr>
          <w:rFonts w:cs="Times New Roman"/>
          <w:sz w:val="24"/>
          <w:szCs w:val="24"/>
          <w:lang w:val="ru-RU"/>
        </w:rPr>
        <w:t>План может корректироваться в течение учебного года приказом директора с учётом изменений федеральных, региональных и муниципальных календарей, погодных условий, требований безопасности и фактических возможностей школы.</w:t>
      </w:r>
    </w:p>
    <w:p w14:paraId="5517D852" w14:textId="77777777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11. </w:t>
      </w:r>
      <w:r w:rsidRPr="00027D8D">
        <w:rPr>
          <w:rFonts w:cs="Times New Roman"/>
          <w:sz w:val="24"/>
          <w:szCs w:val="24"/>
          <w:lang w:val="ru-RU"/>
        </w:rPr>
        <w:t>Памятные, праздничные и юбилейные даты перед утверждением плана повторно сверяются с официальными источниками и календарём образовательных событий на 2026/2027 учебный год.</w:t>
      </w:r>
    </w:p>
    <w:p w14:paraId="43F93B02" w14:textId="5EE8CBD4" w:rsidR="00726B0A" w:rsidRPr="00027D8D" w:rsidRDefault="000C4DE0" w:rsidP="009426EF">
      <w:pPr>
        <w:spacing w:after="0" w:line="240" w:lineRule="auto"/>
        <w:ind w:hanging="340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b/>
          <w:sz w:val="24"/>
          <w:szCs w:val="24"/>
          <w:lang w:val="ru-RU"/>
        </w:rPr>
        <w:t xml:space="preserve">12. </w:t>
      </w:r>
      <w:r w:rsidRPr="00027D8D">
        <w:rPr>
          <w:rFonts w:cs="Times New Roman"/>
          <w:sz w:val="24"/>
          <w:szCs w:val="24"/>
          <w:lang w:val="ru-RU"/>
        </w:rPr>
        <w:t>После официального опубликования федерального календарного плана воспитательной работы на 2026/2027 учебный год план школы сопоставляется с ним и при необходимости корректируется.</w:t>
      </w:r>
    </w:p>
    <w:p w14:paraId="3F1E64D9" w14:textId="77777777" w:rsidR="009426EF" w:rsidRPr="00027D8D" w:rsidRDefault="009426EF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</w:p>
    <w:p w14:paraId="4B59A107" w14:textId="520FB1A2" w:rsidR="00726B0A" w:rsidRPr="00027D8D" w:rsidRDefault="000C4DE0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sz w:val="24"/>
          <w:szCs w:val="24"/>
          <w:lang w:val="ru-RU"/>
        </w:rPr>
        <w:t>Профориентационная работа в 6–9 классах организуется в соответствии с Единой моделью профориентации, включая курс «Россия — мои горизонты», профессиональные пробы, экскурсии, диагностику интересов и информационное сопровождение выбора дальнейшего образовательного маршрута.</w:t>
      </w:r>
    </w:p>
    <w:p w14:paraId="48837990" w14:textId="2EFDEFE4" w:rsidR="00726B0A" w:rsidRPr="00027D8D" w:rsidRDefault="000C4DE0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sz w:val="24"/>
          <w:szCs w:val="24"/>
          <w:lang w:val="ru-RU"/>
        </w:rPr>
        <w:t xml:space="preserve">Заместитель директора по воспитательной работе </w:t>
      </w:r>
      <w:r w:rsidR="009426EF" w:rsidRPr="00027D8D">
        <w:rPr>
          <w:rFonts w:cs="Times New Roman"/>
          <w:sz w:val="24"/>
          <w:szCs w:val="24"/>
          <w:lang w:val="ru-RU"/>
        </w:rPr>
        <w:t>Крицкая Н.С.</w:t>
      </w:r>
    </w:p>
    <w:p w14:paraId="56E55E74" w14:textId="77777777" w:rsidR="00726B0A" w:rsidRPr="00027D8D" w:rsidRDefault="00726B0A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</w:p>
    <w:p w14:paraId="3865789C" w14:textId="77777777" w:rsidR="00726B0A" w:rsidRPr="00027D8D" w:rsidRDefault="000C4DE0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sz w:val="24"/>
          <w:szCs w:val="24"/>
          <w:lang w:val="ru-RU"/>
        </w:rPr>
        <w:t>Рассмотрено на заседании педагогического совета</w:t>
      </w:r>
    </w:p>
    <w:p w14:paraId="27D0C4CD" w14:textId="77777777" w:rsidR="00442AA4" w:rsidRPr="00027D8D" w:rsidRDefault="000C4DE0" w:rsidP="009426EF">
      <w:pPr>
        <w:spacing w:after="0" w:line="240" w:lineRule="auto"/>
        <w:rPr>
          <w:rFonts w:cs="Times New Roman"/>
          <w:sz w:val="24"/>
          <w:szCs w:val="24"/>
          <w:lang w:val="ru-RU"/>
        </w:rPr>
      </w:pPr>
      <w:r w:rsidRPr="00027D8D">
        <w:rPr>
          <w:rFonts w:cs="Times New Roman"/>
          <w:sz w:val="24"/>
          <w:szCs w:val="24"/>
          <w:lang w:val="ru-RU"/>
        </w:rPr>
        <w:t>протокол от «___» __________ 2026 г. № ___</w:t>
      </w:r>
    </w:p>
    <w:p w14:paraId="4368EC1F" w14:textId="77777777" w:rsidR="00726B0A" w:rsidRPr="00027D8D" w:rsidRDefault="00726B0A" w:rsidP="00442AA4">
      <w:pPr>
        <w:rPr>
          <w:rFonts w:cs="Times New Roman"/>
          <w:sz w:val="24"/>
          <w:szCs w:val="24"/>
          <w:lang w:val="ru-RU"/>
        </w:rPr>
      </w:pPr>
    </w:p>
    <w:sectPr w:rsidR="00726B0A" w:rsidRPr="00027D8D" w:rsidSect="00C756FE">
      <w:footerReference w:type="default" r:id="rId8"/>
      <w:pgSz w:w="15840" w:h="12240" w:orient="landscape"/>
      <w:pgMar w:top="765" w:right="794" w:bottom="765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1B9F1" w14:textId="77777777" w:rsidR="00487E28" w:rsidRDefault="00487E28">
      <w:pPr>
        <w:spacing w:after="0" w:line="240" w:lineRule="auto"/>
      </w:pPr>
      <w:r>
        <w:separator/>
      </w:r>
    </w:p>
  </w:endnote>
  <w:endnote w:type="continuationSeparator" w:id="0">
    <w:p w14:paraId="1E00ED2E" w14:textId="77777777" w:rsidR="00487E28" w:rsidRDefault="00487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5DA4C" w14:textId="4A55CFCA" w:rsidR="00726B0A" w:rsidRDefault="000C4DE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42051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E9EEB" w14:textId="77777777" w:rsidR="00487E28" w:rsidRDefault="00487E28">
      <w:pPr>
        <w:spacing w:after="0" w:line="240" w:lineRule="auto"/>
      </w:pPr>
      <w:r>
        <w:separator/>
      </w:r>
    </w:p>
  </w:footnote>
  <w:footnote w:type="continuationSeparator" w:id="0">
    <w:p w14:paraId="1B60D993" w14:textId="77777777" w:rsidR="00487E28" w:rsidRDefault="00487E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597DB2"/>
    <w:multiLevelType w:val="hybridMultilevel"/>
    <w:tmpl w:val="C8700D14"/>
    <w:lvl w:ilvl="0" w:tplc="1DEEBCE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D39459AE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53E3122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3FFC09A8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DF762DB6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2EFCCD12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D5D6310E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5B1E17F6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87ECE362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01F363AD"/>
    <w:multiLevelType w:val="hybridMultilevel"/>
    <w:tmpl w:val="4F026AF4"/>
    <w:lvl w:ilvl="0" w:tplc="AB6AA11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62609050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B8121D34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D40A21A6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59B88302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53DEBB34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293AE1D8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B9CA189E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A4944D8E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074170E7"/>
    <w:multiLevelType w:val="hybridMultilevel"/>
    <w:tmpl w:val="2DEAF7FE"/>
    <w:lvl w:ilvl="0" w:tplc="573025E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6E8E886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FB5827CA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E7043E7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7856D654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059463A8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9CE4766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6F6AC268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AD0AD0A6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0E517E90"/>
    <w:multiLevelType w:val="hybridMultilevel"/>
    <w:tmpl w:val="E9EEF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1C3AF4"/>
    <w:multiLevelType w:val="hybridMultilevel"/>
    <w:tmpl w:val="B93A92CA"/>
    <w:lvl w:ilvl="0" w:tplc="CF8CECE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1130CCB2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4D144CCE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0B28754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1ED8B706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D01E84DC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9022DFAA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2D0EE044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34C834DA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10361D38"/>
    <w:multiLevelType w:val="hybridMultilevel"/>
    <w:tmpl w:val="29A038D2"/>
    <w:lvl w:ilvl="0" w:tplc="2C983BF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BB04234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11C8910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D9AF91A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EAAA1C4C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E5C3238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18E44B14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D086278E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E5AC8E3E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156C02C4"/>
    <w:multiLevelType w:val="hybridMultilevel"/>
    <w:tmpl w:val="977E3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730B1A"/>
    <w:multiLevelType w:val="hybridMultilevel"/>
    <w:tmpl w:val="4D6A3A48"/>
    <w:lvl w:ilvl="0" w:tplc="4E3EFB94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299236D0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49FE024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97702D9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DF5A08D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592AF9E8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04184B8E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D736BD5C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156C47F6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1C0C20E0"/>
    <w:multiLevelType w:val="hybridMultilevel"/>
    <w:tmpl w:val="EA9643D6"/>
    <w:lvl w:ilvl="0" w:tplc="D70809D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8C40D5C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C3201CD0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ACC6A9E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D890C14E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6410125A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4E4AFBB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F9F02EA0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2C423B32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22FF4D8A"/>
    <w:multiLevelType w:val="hybridMultilevel"/>
    <w:tmpl w:val="BC884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6AB"/>
    <w:multiLevelType w:val="hybridMultilevel"/>
    <w:tmpl w:val="706A23E0"/>
    <w:lvl w:ilvl="0" w:tplc="CE14495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F5AD01E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A258A7F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0AEC6D5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CDEEB184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8FB230F0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C11CFD74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F2121C94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997EFF7C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28A165C7"/>
    <w:multiLevelType w:val="hybridMultilevel"/>
    <w:tmpl w:val="7D9C5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BA6EE8"/>
    <w:multiLevelType w:val="hybridMultilevel"/>
    <w:tmpl w:val="EF68E80A"/>
    <w:lvl w:ilvl="0" w:tplc="7EF85EA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23C21C5C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46CEA41A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484549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D91C926A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80CA3C80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7F5C944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9AAC2408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B42C68C6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2C0740E0"/>
    <w:multiLevelType w:val="hybridMultilevel"/>
    <w:tmpl w:val="2FB24070"/>
    <w:lvl w:ilvl="0" w:tplc="536E35E8">
      <w:start w:val="1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0ACD798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57644C2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60C8E0E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0502F14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258FF1C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A4A2E4A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2BAFE84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888E27A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0793F2F"/>
    <w:multiLevelType w:val="hybridMultilevel"/>
    <w:tmpl w:val="4168BEDC"/>
    <w:lvl w:ilvl="0" w:tplc="995CEB3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28943DAC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4C8860C0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FA08E06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08A29EFA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4CF23020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6242ECA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68AAD800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0DA722C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3140332C"/>
    <w:multiLevelType w:val="hybridMultilevel"/>
    <w:tmpl w:val="D94A7F80"/>
    <w:lvl w:ilvl="0" w:tplc="D55E3942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1494B07C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F1F83882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5E708310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5EA89D6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4FD63B94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E5CA300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9C166AB8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A2DA312E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33FB5B8A"/>
    <w:multiLevelType w:val="hybridMultilevel"/>
    <w:tmpl w:val="29F4FD7C"/>
    <w:lvl w:ilvl="0" w:tplc="25FC8E2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877E59C6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73CAAFF2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7D021F78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95EE643A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7F00CB90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01FC5DC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BABC38E8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7E9CA3EE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35832BF6"/>
    <w:multiLevelType w:val="hybridMultilevel"/>
    <w:tmpl w:val="5C523E84"/>
    <w:lvl w:ilvl="0" w:tplc="AB22A5A0">
      <w:start w:val="1"/>
      <w:numFmt w:val="decimal"/>
      <w:lvlText w:val="%1."/>
      <w:lvlJc w:val="left"/>
      <w:pPr>
        <w:ind w:left="815" w:hanging="6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084312">
      <w:numFmt w:val="bullet"/>
      <w:lvlText w:val="•"/>
      <w:lvlJc w:val="left"/>
      <w:pPr>
        <w:ind w:left="1277" w:hanging="658"/>
      </w:pPr>
      <w:rPr>
        <w:lang w:val="ru-RU" w:eastAsia="en-US" w:bidi="ar-SA"/>
      </w:rPr>
    </w:lvl>
    <w:lvl w:ilvl="2" w:tplc="58CC0BD4">
      <w:numFmt w:val="bullet"/>
      <w:lvlText w:val="•"/>
      <w:lvlJc w:val="left"/>
      <w:pPr>
        <w:ind w:left="1735" w:hanging="658"/>
      </w:pPr>
      <w:rPr>
        <w:lang w:val="ru-RU" w:eastAsia="en-US" w:bidi="ar-SA"/>
      </w:rPr>
    </w:lvl>
    <w:lvl w:ilvl="3" w:tplc="4386C29A">
      <w:numFmt w:val="bullet"/>
      <w:lvlText w:val="•"/>
      <w:lvlJc w:val="left"/>
      <w:pPr>
        <w:ind w:left="2193" w:hanging="658"/>
      </w:pPr>
      <w:rPr>
        <w:lang w:val="ru-RU" w:eastAsia="en-US" w:bidi="ar-SA"/>
      </w:rPr>
    </w:lvl>
    <w:lvl w:ilvl="4" w:tplc="0AD262C2">
      <w:numFmt w:val="bullet"/>
      <w:lvlText w:val="•"/>
      <w:lvlJc w:val="left"/>
      <w:pPr>
        <w:ind w:left="2650" w:hanging="658"/>
      </w:pPr>
      <w:rPr>
        <w:lang w:val="ru-RU" w:eastAsia="en-US" w:bidi="ar-SA"/>
      </w:rPr>
    </w:lvl>
    <w:lvl w:ilvl="5" w:tplc="1510661E">
      <w:numFmt w:val="bullet"/>
      <w:lvlText w:val="•"/>
      <w:lvlJc w:val="left"/>
      <w:pPr>
        <w:ind w:left="3108" w:hanging="658"/>
      </w:pPr>
      <w:rPr>
        <w:lang w:val="ru-RU" w:eastAsia="en-US" w:bidi="ar-SA"/>
      </w:rPr>
    </w:lvl>
    <w:lvl w:ilvl="6" w:tplc="270C80EA">
      <w:numFmt w:val="bullet"/>
      <w:lvlText w:val="•"/>
      <w:lvlJc w:val="left"/>
      <w:pPr>
        <w:ind w:left="3566" w:hanging="658"/>
      </w:pPr>
      <w:rPr>
        <w:lang w:val="ru-RU" w:eastAsia="en-US" w:bidi="ar-SA"/>
      </w:rPr>
    </w:lvl>
    <w:lvl w:ilvl="7" w:tplc="31B42376">
      <w:numFmt w:val="bullet"/>
      <w:lvlText w:val="•"/>
      <w:lvlJc w:val="left"/>
      <w:pPr>
        <w:ind w:left="4023" w:hanging="658"/>
      </w:pPr>
      <w:rPr>
        <w:lang w:val="ru-RU" w:eastAsia="en-US" w:bidi="ar-SA"/>
      </w:rPr>
    </w:lvl>
    <w:lvl w:ilvl="8" w:tplc="D5F81AD4">
      <w:numFmt w:val="bullet"/>
      <w:lvlText w:val="•"/>
      <w:lvlJc w:val="left"/>
      <w:pPr>
        <w:ind w:left="4481" w:hanging="658"/>
      </w:pPr>
      <w:rPr>
        <w:lang w:val="ru-RU" w:eastAsia="en-US" w:bidi="ar-SA"/>
      </w:rPr>
    </w:lvl>
  </w:abstractNum>
  <w:abstractNum w:abstractNumId="27" w15:restartNumberingAfterBreak="0">
    <w:nsid w:val="364B2B69"/>
    <w:multiLevelType w:val="hybridMultilevel"/>
    <w:tmpl w:val="134CBA92"/>
    <w:lvl w:ilvl="0" w:tplc="110EB04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B4FA54C8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FAC4E3C8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75C49E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DBB8AC8A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3868E30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6A4ED378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57248378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2026AE2C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 w15:restartNumberingAfterBreak="0">
    <w:nsid w:val="3E7128A7"/>
    <w:multiLevelType w:val="hybridMultilevel"/>
    <w:tmpl w:val="7F80DD36"/>
    <w:lvl w:ilvl="0" w:tplc="0F6C03C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26B67530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120EEFC6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47FC044A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76A415A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8A14AAA2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7D720E94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190D0E4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435A35E0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455A63AA"/>
    <w:multiLevelType w:val="hybridMultilevel"/>
    <w:tmpl w:val="62CA4DD4"/>
    <w:lvl w:ilvl="0" w:tplc="162283A4">
      <w:start w:val="1"/>
      <w:numFmt w:val="decimal"/>
      <w:lvlText w:val="%1."/>
      <w:lvlJc w:val="left"/>
      <w:pPr>
        <w:ind w:left="441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301F50">
      <w:numFmt w:val="bullet"/>
      <w:lvlText w:val="•"/>
      <w:lvlJc w:val="left"/>
      <w:pPr>
        <w:ind w:left="935" w:hanging="332"/>
      </w:pPr>
      <w:rPr>
        <w:lang w:val="ru-RU" w:eastAsia="en-US" w:bidi="ar-SA"/>
      </w:rPr>
    </w:lvl>
    <w:lvl w:ilvl="2" w:tplc="950097FE">
      <w:numFmt w:val="bullet"/>
      <w:lvlText w:val="•"/>
      <w:lvlJc w:val="left"/>
      <w:pPr>
        <w:ind w:left="1431" w:hanging="332"/>
      </w:pPr>
      <w:rPr>
        <w:lang w:val="ru-RU" w:eastAsia="en-US" w:bidi="ar-SA"/>
      </w:rPr>
    </w:lvl>
    <w:lvl w:ilvl="3" w:tplc="96548CF6">
      <w:numFmt w:val="bullet"/>
      <w:lvlText w:val="•"/>
      <w:lvlJc w:val="left"/>
      <w:pPr>
        <w:ind w:left="1927" w:hanging="332"/>
      </w:pPr>
      <w:rPr>
        <w:lang w:val="ru-RU" w:eastAsia="en-US" w:bidi="ar-SA"/>
      </w:rPr>
    </w:lvl>
    <w:lvl w:ilvl="4" w:tplc="1D28CBA8">
      <w:numFmt w:val="bullet"/>
      <w:lvlText w:val="•"/>
      <w:lvlJc w:val="left"/>
      <w:pPr>
        <w:ind w:left="2422" w:hanging="332"/>
      </w:pPr>
      <w:rPr>
        <w:lang w:val="ru-RU" w:eastAsia="en-US" w:bidi="ar-SA"/>
      </w:rPr>
    </w:lvl>
    <w:lvl w:ilvl="5" w:tplc="72D022D6">
      <w:numFmt w:val="bullet"/>
      <w:lvlText w:val="•"/>
      <w:lvlJc w:val="left"/>
      <w:pPr>
        <w:ind w:left="2918" w:hanging="332"/>
      </w:pPr>
      <w:rPr>
        <w:lang w:val="ru-RU" w:eastAsia="en-US" w:bidi="ar-SA"/>
      </w:rPr>
    </w:lvl>
    <w:lvl w:ilvl="6" w:tplc="C24ED1BA">
      <w:numFmt w:val="bullet"/>
      <w:lvlText w:val="•"/>
      <w:lvlJc w:val="left"/>
      <w:pPr>
        <w:ind w:left="3414" w:hanging="332"/>
      </w:pPr>
      <w:rPr>
        <w:lang w:val="ru-RU" w:eastAsia="en-US" w:bidi="ar-SA"/>
      </w:rPr>
    </w:lvl>
    <w:lvl w:ilvl="7" w:tplc="7048D5C4">
      <w:numFmt w:val="bullet"/>
      <w:lvlText w:val="•"/>
      <w:lvlJc w:val="left"/>
      <w:pPr>
        <w:ind w:left="3909" w:hanging="332"/>
      </w:pPr>
      <w:rPr>
        <w:lang w:val="ru-RU" w:eastAsia="en-US" w:bidi="ar-SA"/>
      </w:rPr>
    </w:lvl>
    <w:lvl w:ilvl="8" w:tplc="772A060C">
      <w:numFmt w:val="bullet"/>
      <w:lvlText w:val="•"/>
      <w:lvlJc w:val="left"/>
      <w:pPr>
        <w:ind w:left="4405" w:hanging="332"/>
      </w:pPr>
      <w:rPr>
        <w:lang w:val="ru-RU" w:eastAsia="en-US" w:bidi="ar-SA"/>
      </w:rPr>
    </w:lvl>
  </w:abstractNum>
  <w:abstractNum w:abstractNumId="30" w15:restartNumberingAfterBreak="0">
    <w:nsid w:val="4660168D"/>
    <w:multiLevelType w:val="hybridMultilevel"/>
    <w:tmpl w:val="B8D8CDA6"/>
    <w:lvl w:ilvl="0" w:tplc="0E368D56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85DE0B2C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FCCCC056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58148C4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4CEED08E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73FAD4AA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1236F3BE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D58B5CC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4A4C798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1" w15:restartNumberingAfterBreak="0">
    <w:nsid w:val="4A6A0994"/>
    <w:multiLevelType w:val="hybridMultilevel"/>
    <w:tmpl w:val="4F4C6CDA"/>
    <w:lvl w:ilvl="0" w:tplc="6A9A35D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30A7170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4A43FE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9184EC4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B2667F7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51FCAAA4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EEE2DA48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B85882B6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07A49C82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4FC21CDC"/>
    <w:multiLevelType w:val="hybridMultilevel"/>
    <w:tmpl w:val="950EA770"/>
    <w:lvl w:ilvl="0" w:tplc="2682C7B0">
      <w:start w:val="1"/>
      <w:numFmt w:val="decimal"/>
      <w:lvlText w:val="%1."/>
      <w:lvlJc w:val="left"/>
      <w:pPr>
        <w:ind w:left="292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32276C2">
      <w:numFmt w:val="bullet"/>
      <w:lvlText w:val="•"/>
      <w:lvlJc w:val="left"/>
      <w:pPr>
        <w:ind w:left="809" w:hanging="183"/>
      </w:pPr>
      <w:rPr>
        <w:lang w:val="ru-RU" w:eastAsia="en-US" w:bidi="ar-SA"/>
      </w:rPr>
    </w:lvl>
    <w:lvl w:ilvl="2" w:tplc="4B601D4C">
      <w:numFmt w:val="bullet"/>
      <w:lvlText w:val="•"/>
      <w:lvlJc w:val="left"/>
      <w:pPr>
        <w:ind w:left="1319" w:hanging="183"/>
      </w:pPr>
      <w:rPr>
        <w:lang w:val="ru-RU" w:eastAsia="en-US" w:bidi="ar-SA"/>
      </w:rPr>
    </w:lvl>
    <w:lvl w:ilvl="3" w:tplc="51EE6DB8">
      <w:numFmt w:val="bullet"/>
      <w:lvlText w:val="•"/>
      <w:lvlJc w:val="left"/>
      <w:pPr>
        <w:ind w:left="1829" w:hanging="183"/>
      </w:pPr>
      <w:rPr>
        <w:lang w:val="ru-RU" w:eastAsia="en-US" w:bidi="ar-SA"/>
      </w:rPr>
    </w:lvl>
    <w:lvl w:ilvl="4" w:tplc="9976F046">
      <w:numFmt w:val="bullet"/>
      <w:lvlText w:val="•"/>
      <w:lvlJc w:val="left"/>
      <w:pPr>
        <w:ind w:left="2338" w:hanging="183"/>
      </w:pPr>
      <w:rPr>
        <w:lang w:val="ru-RU" w:eastAsia="en-US" w:bidi="ar-SA"/>
      </w:rPr>
    </w:lvl>
    <w:lvl w:ilvl="5" w:tplc="58D074B4">
      <w:numFmt w:val="bullet"/>
      <w:lvlText w:val="•"/>
      <w:lvlJc w:val="left"/>
      <w:pPr>
        <w:ind w:left="2848" w:hanging="183"/>
      </w:pPr>
      <w:rPr>
        <w:lang w:val="ru-RU" w:eastAsia="en-US" w:bidi="ar-SA"/>
      </w:rPr>
    </w:lvl>
    <w:lvl w:ilvl="6" w:tplc="82880236">
      <w:numFmt w:val="bullet"/>
      <w:lvlText w:val="•"/>
      <w:lvlJc w:val="left"/>
      <w:pPr>
        <w:ind w:left="3358" w:hanging="183"/>
      </w:pPr>
      <w:rPr>
        <w:lang w:val="ru-RU" w:eastAsia="en-US" w:bidi="ar-SA"/>
      </w:rPr>
    </w:lvl>
    <w:lvl w:ilvl="7" w:tplc="3B745B2E">
      <w:numFmt w:val="bullet"/>
      <w:lvlText w:val="•"/>
      <w:lvlJc w:val="left"/>
      <w:pPr>
        <w:ind w:left="3867" w:hanging="183"/>
      </w:pPr>
      <w:rPr>
        <w:lang w:val="ru-RU" w:eastAsia="en-US" w:bidi="ar-SA"/>
      </w:rPr>
    </w:lvl>
    <w:lvl w:ilvl="8" w:tplc="8E34C1A0">
      <w:numFmt w:val="bullet"/>
      <w:lvlText w:val="•"/>
      <w:lvlJc w:val="left"/>
      <w:pPr>
        <w:ind w:left="4377" w:hanging="183"/>
      </w:pPr>
      <w:rPr>
        <w:lang w:val="ru-RU" w:eastAsia="en-US" w:bidi="ar-SA"/>
      </w:rPr>
    </w:lvl>
  </w:abstractNum>
  <w:abstractNum w:abstractNumId="33" w15:restartNumberingAfterBreak="0">
    <w:nsid w:val="51EB5FEB"/>
    <w:multiLevelType w:val="hybridMultilevel"/>
    <w:tmpl w:val="2F0E7232"/>
    <w:lvl w:ilvl="0" w:tplc="4364DCE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70DE6CEC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1378250E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D4C415FE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3BE5222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4BA8E846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8A58D7CA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00005752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3D3EEF46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 w15:restartNumberingAfterBreak="0">
    <w:nsid w:val="56291FD5"/>
    <w:multiLevelType w:val="hybridMultilevel"/>
    <w:tmpl w:val="D3EC9BDC"/>
    <w:lvl w:ilvl="0" w:tplc="F716B84E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02BE6B68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F6260DA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E8E66050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31560E5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8FB82BD8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0DECFA0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B62678CE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D8304366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5" w15:restartNumberingAfterBreak="0">
    <w:nsid w:val="56E43D7E"/>
    <w:multiLevelType w:val="hybridMultilevel"/>
    <w:tmpl w:val="8C8C4282"/>
    <w:lvl w:ilvl="0" w:tplc="CD188B6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7B1A1230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FAA2C46A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9C2818F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7FA0B47A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26841A06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7E0E3EA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08CB248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2AD23744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6" w15:restartNumberingAfterBreak="0">
    <w:nsid w:val="589052FE"/>
    <w:multiLevelType w:val="hybridMultilevel"/>
    <w:tmpl w:val="424CF38E"/>
    <w:lvl w:ilvl="0" w:tplc="2F58AF00">
      <w:start w:val="1"/>
      <w:numFmt w:val="decimal"/>
      <w:lvlText w:val="%1."/>
      <w:lvlJc w:val="left"/>
      <w:pPr>
        <w:ind w:left="815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A8D6C0">
      <w:numFmt w:val="bullet"/>
      <w:lvlText w:val="•"/>
      <w:lvlJc w:val="left"/>
      <w:pPr>
        <w:ind w:left="1277" w:hanging="346"/>
      </w:pPr>
      <w:rPr>
        <w:lang w:val="ru-RU" w:eastAsia="en-US" w:bidi="ar-SA"/>
      </w:rPr>
    </w:lvl>
    <w:lvl w:ilvl="2" w:tplc="4004630A">
      <w:numFmt w:val="bullet"/>
      <w:lvlText w:val="•"/>
      <w:lvlJc w:val="left"/>
      <w:pPr>
        <w:ind w:left="1735" w:hanging="346"/>
      </w:pPr>
      <w:rPr>
        <w:lang w:val="ru-RU" w:eastAsia="en-US" w:bidi="ar-SA"/>
      </w:rPr>
    </w:lvl>
    <w:lvl w:ilvl="3" w:tplc="03FC306C">
      <w:numFmt w:val="bullet"/>
      <w:lvlText w:val="•"/>
      <w:lvlJc w:val="left"/>
      <w:pPr>
        <w:ind w:left="2193" w:hanging="346"/>
      </w:pPr>
      <w:rPr>
        <w:lang w:val="ru-RU" w:eastAsia="en-US" w:bidi="ar-SA"/>
      </w:rPr>
    </w:lvl>
    <w:lvl w:ilvl="4" w:tplc="F0BE6ED6">
      <w:numFmt w:val="bullet"/>
      <w:lvlText w:val="•"/>
      <w:lvlJc w:val="left"/>
      <w:pPr>
        <w:ind w:left="2650" w:hanging="346"/>
      </w:pPr>
      <w:rPr>
        <w:lang w:val="ru-RU" w:eastAsia="en-US" w:bidi="ar-SA"/>
      </w:rPr>
    </w:lvl>
    <w:lvl w:ilvl="5" w:tplc="7B7600BE">
      <w:numFmt w:val="bullet"/>
      <w:lvlText w:val="•"/>
      <w:lvlJc w:val="left"/>
      <w:pPr>
        <w:ind w:left="3108" w:hanging="346"/>
      </w:pPr>
      <w:rPr>
        <w:lang w:val="ru-RU" w:eastAsia="en-US" w:bidi="ar-SA"/>
      </w:rPr>
    </w:lvl>
    <w:lvl w:ilvl="6" w:tplc="C19AA39A">
      <w:numFmt w:val="bullet"/>
      <w:lvlText w:val="•"/>
      <w:lvlJc w:val="left"/>
      <w:pPr>
        <w:ind w:left="3566" w:hanging="346"/>
      </w:pPr>
      <w:rPr>
        <w:lang w:val="ru-RU" w:eastAsia="en-US" w:bidi="ar-SA"/>
      </w:rPr>
    </w:lvl>
    <w:lvl w:ilvl="7" w:tplc="CF6CEC0C">
      <w:numFmt w:val="bullet"/>
      <w:lvlText w:val="•"/>
      <w:lvlJc w:val="left"/>
      <w:pPr>
        <w:ind w:left="4023" w:hanging="346"/>
      </w:pPr>
      <w:rPr>
        <w:lang w:val="ru-RU" w:eastAsia="en-US" w:bidi="ar-SA"/>
      </w:rPr>
    </w:lvl>
    <w:lvl w:ilvl="8" w:tplc="0E9AA4B8">
      <w:numFmt w:val="bullet"/>
      <w:lvlText w:val="•"/>
      <w:lvlJc w:val="left"/>
      <w:pPr>
        <w:ind w:left="4481" w:hanging="346"/>
      </w:pPr>
      <w:rPr>
        <w:lang w:val="ru-RU" w:eastAsia="en-US" w:bidi="ar-SA"/>
      </w:rPr>
    </w:lvl>
  </w:abstractNum>
  <w:abstractNum w:abstractNumId="37" w15:restartNumberingAfterBreak="0">
    <w:nsid w:val="5F1C02D2"/>
    <w:multiLevelType w:val="hybridMultilevel"/>
    <w:tmpl w:val="D6700F5A"/>
    <w:lvl w:ilvl="0" w:tplc="41FAA044">
      <w:start w:val="1"/>
      <w:numFmt w:val="decimal"/>
      <w:lvlText w:val="%1."/>
      <w:lvlJc w:val="left"/>
      <w:pPr>
        <w:ind w:left="643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ECC522">
      <w:numFmt w:val="bullet"/>
      <w:lvlText w:val="•"/>
      <w:lvlJc w:val="left"/>
      <w:pPr>
        <w:ind w:left="1115" w:hanging="485"/>
      </w:pPr>
      <w:rPr>
        <w:lang w:val="ru-RU" w:eastAsia="en-US" w:bidi="ar-SA"/>
      </w:rPr>
    </w:lvl>
    <w:lvl w:ilvl="2" w:tplc="287C8EAA">
      <w:numFmt w:val="bullet"/>
      <w:lvlText w:val="•"/>
      <w:lvlJc w:val="left"/>
      <w:pPr>
        <w:ind w:left="1591" w:hanging="485"/>
      </w:pPr>
      <w:rPr>
        <w:lang w:val="ru-RU" w:eastAsia="en-US" w:bidi="ar-SA"/>
      </w:rPr>
    </w:lvl>
    <w:lvl w:ilvl="3" w:tplc="9F9813B4">
      <w:numFmt w:val="bullet"/>
      <w:lvlText w:val="•"/>
      <w:lvlJc w:val="left"/>
      <w:pPr>
        <w:ind w:left="2067" w:hanging="485"/>
      </w:pPr>
      <w:rPr>
        <w:lang w:val="ru-RU" w:eastAsia="en-US" w:bidi="ar-SA"/>
      </w:rPr>
    </w:lvl>
    <w:lvl w:ilvl="4" w:tplc="263648B0">
      <w:numFmt w:val="bullet"/>
      <w:lvlText w:val="•"/>
      <w:lvlJc w:val="left"/>
      <w:pPr>
        <w:ind w:left="2542" w:hanging="485"/>
      </w:pPr>
      <w:rPr>
        <w:lang w:val="ru-RU" w:eastAsia="en-US" w:bidi="ar-SA"/>
      </w:rPr>
    </w:lvl>
    <w:lvl w:ilvl="5" w:tplc="02FAA8BE">
      <w:numFmt w:val="bullet"/>
      <w:lvlText w:val="•"/>
      <w:lvlJc w:val="left"/>
      <w:pPr>
        <w:ind w:left="3018" w:hanging="485"/>
      </w:pPr>
      <w:rPr>
        <w:lang w:val="ru-RU" w:eastAsia="en-US" w:bidi="ar-SA"/>
      </w:rPr>
    </w:lvl>
    <w:lvl w:ilvl="6" w:tplc="ECC84C34">
      <w:numFmt w:val="bullet"/>
      <w:lvlText w:val="•"/>
      <w:lvlJc w:val="left"/>
      <w:pPr>
        <w:ind w:left="3494" w:hanging="485"/>
      </w:pPr>
      <w:rPr>
        <w:lang w:val="ru-RU" w:eastAsia="en-US" w:bidi="ar-SA"/>
      </w:rPr>
    </w:lvl>
    <w:lvl w:ilvl="7" w:tplc="DCA2F640">
      <w:numFmt w:val="bullet"/>
      <w:lvlText w:val="•"/>
      <w:lvlJc w:val="left"/>
      <w:pPr>
        <w:ind w:left="3969" w:hanging="485"/>
      </w:pPr>
      <w:rPr>
        <w:lang w:val="ru-RU" w:eastAsia="en-US" w:bidi="ar-SA"/>
      </w:rPr>
    </w:lvl>
    <w:lvl w:ilvl="8" w:tplc="76422DF0">
      <w:numFmt w:val="bullet"/>
      <w:lvlText w:val="•"/>
      <w:lvlJc w:val="left"/>
      <w:pPr>
        <w:ind w:left="4445" w:hanging="485"/>
      </w:pPr>
      <w:rPr>
        <w:lang w:val="ru-RU" w:eastAsia="en-US" w:bidi="ar-SA"/>
      </w:rPr>
    </w:lvl>
  </w:abstractNum>
  <w:abstractNum w:abstractNumId="38" w15:restartNumberingAfterBreak="0">
    <w:nsid w:val="69830AA6"/>
    <w:multiLevelType w:val="hybridMultilevel"/>
    <w:tmpl w:val="42B47128"/>
    <w:lvl w:ilvl="0" w:tplc="892AA250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4356B7A2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4B00D7D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90D4801A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08C02D3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16E25F1A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EFAEA79A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7318CFE6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480ECC8A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9" w15:restartNumberingAfterBreak="0">
    <w:nsid w:val="77BF1B06"/>
    <w:multiLevelType w:val="hybridMultilevel"/>
    <w:tmpl w:val="BC884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39"/>
  </w:num>
  <w:num w:numId="2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5"/>
  </w:num>
  <w:num w:numId="33">
    <w:abstractNumId w:val="20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1964"/>
    <w:rsid w:val="00027D8D"/>
    <w:rsid w:val="00034616"/>
    <w:rsid w:val="0006063C"/>
    <w:rsid w:val="000A63B8"/>
    <w:rsid w:val="000A7708"/>
    <w:rsid w:val="000C4DE0"/>
    <w:rsid w:val="000F6379"/>
    <w:rsid w:val="00103968"/>
    <w:rsid w:val="0015074B"/>
    <w:rsid w:val="00173FAB"/>
    <w:rsid w:val="001C0EDC"/>
    <w:rsid w:val="001E42AA"/>
    <w:rsid w:val="001F79ED"/>
    <w:rsid w:val="0020646E"/>
    <w:rsid w:val="00241A19"/>
    <w:rsid w:val="00250789"/>
    <w:rsid w:val="0029639D"/>
    <w:rsid w:val="002969D9"/>
    <w:rsid w:val="00296AE0"/>
    <w:rsid w:val="002F18C6"/>
    <w:rsid w:val="00314074"/>
    <w:rsid w:val="00326F90"/>
    <w:rsid w:val="003E23BF"/>
    <w:rsid w:val="00420511"/>
    <w:rsid w:val="00442AA4"/>
    <w:rsid w:val="00475825"/>
    <w:rsid w:val="00487E28"/>
    <w:rsid w:val="00495EA8"/>
    <w:rsid w:val="004A1795"/>
    <w:rsid w:val="004C059F"/>
    <w:rsid w:val="004F71C1"/>
    <w:rsid w:val="004F7EBA"/>
    <w:rsid w:val="00502EE4"/>
    <w:rsid w:val="00514851"/>
    <w:rsid w:val="00583B46"/>
    <w:rsid w:val="005B446F"/>
    <w:rsid w:val="005D790A"/>
    <w:rsid w:val="006A38CF"/>
    <w:rsid w:val="006B10D6"/>
    <w:rsid w:val="00726B0A"/>
    <w:rsid w:val="00726CA2"/>
    <w:rsid w:val="007446D1"/>
    <w:rsid w:val="00754E9E"/>
    <w:rsid w:val="00761915"/>
    <w:rsid w:val="007678A9"/>
    <w:rsid w:val="007803F5"/>
    <w:rsid w:val="00793B7F"/>
    <w:rsid w:val="007971DC"/>
    <w:rsid w:val="00801C48"/>
    <w:rsid w:val="00810EE6"/>
    <w:rsid w:val="0081287E"/>
    <w:rsid w:val="00834EBE"/>
    <w:rsid w:val="00835FD9"/>
    <w:rsid w:val="008665DD"/>
    <w:rsid w:val="008C7416"/>
    <w:rsid w:val="008D5A28"/>
    <w:rsid w:val="00912E1C"/>
    <w:rsid w:val="00913C43"/>
    <w:rsid w:val="00915778"/>
    <w:rsid w:val="009426EF"/>
    <w:rsid w:val="009D1165"/>
    <w:rsid w:val="00A10D3F"/>
    <w:rsid w:val="00A21F55"/>
    <w:rsid w:val="00A316D7"/>
    <w:rsid w:val="00A9026C"/>
    <w:rsid w:val="00AA1362"/>
    <w:rsid w:val="00AA1D8D"/>
    <w:rsid w:val="00AE2329"/>
    <w:rsid w:val="00B41D24"/>
    <w:rsid w:val="00B47730"/>
    <w:rsid w:val="00B61755"/>
    <w:rsid w:val="00B91B39"/>
    <w:rsid w:val="00BD607E"/>
    <w:rsid w:val="00BE7498"/>
    <w:rsid w:val="00C15650"/>
    <w:rsid w:val="00C1703D"/>
    <w:rsid w:val="00C35608"/>
    <w:rsid w:val="00C727BE"/>
    <w:rsid w:val="00C756FE"/>
    <w:rsid w:val="00CA74D2"/>
    <w:rsid w:val="00CB0664"/>
    <w:rsid w:val="00CE08E3"/>
    <w:rsid w:val="00CE3AD7"/>
    <w:rsid w:val="00CF21F9"/>
    <w:rsid w:val="00D15585"/>
    <w:rsid w:val="00D76929"/>
    <w:rsid w:val="00DB37C2"/>
    <w:rsid w:val="00E27410"/>
    <w:rsid w:val="00E3099E"/>
    <w:rsid w:val="00E31A93"/>
    <w:rsid w:val="00E952C5"/>
    <w:rsid w:val="00EA73B2"/>
    <w:rsid w:val="00EE01CA"/>
    <w:rsid w:val="00EF3737"/>
    <w:rsid w:val="00F12C5D"/>
    <w:rsid w:val="00F21DA9"/>
    <w:rsid w:val="00F268B4"/>
    <w:rsid w:val="00F27690"/>
    <w:rsid w:val="00F4773B"/>
    <w:rsid w:val="00F84AE8"/>
    <w:rsid w:val="00FC693F"/>
    <w:rsid w:val="00FE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681CB"/>
  <w14:defaultImageDpi w14:val="300"/>
  <w15:docId w15:val="{606BFEFD-694C-47B3-B442-7103C612D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E23B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2AA4"/>
    <w:rPr>
      <w:color w:val="0000FF" w:themeColor="hyperlink"/>
      <w:u w:val="single"/>
    </w:rPr>
  </w:style>
  <w:style w:type="paragraph" w:customStyle="1" w:styleId="TableParagraph">
    <w:name w:val="Table Paragraph"/>
    <w:basedOn w:val="a1"/>
    <w:uiPriority w:val="1"/>
    <w:qFormat/>
    <w:rsid w:val="004C059F"/>
    <w:pPr>
      <w:widowControl w:val="0"/>
      <w:autoSpaceDE w:val="0"/>
      <w:autoSpaceDN w:val="0"/>
      <w:spacing w:after="0" w:line="240" w:lineRule="auto"/>
      <w:ind w:left="105"/>
    </w:pPr>
    <w:rPr>
      <w:rFonts w:cs="Times New Roman"/>
      <w:sz w:val="22"/>
      <w:lang w:val="ru-RU"/>
    </w:rPr>
  </w:style>
  <w:style w:type="paragraph" w:customStyle="1" w:styleId="Default">
    <w:name w:val="Default"/>
    <w:rsid w:val="006B10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6EB069-24CD-4279-A475-B70DCBB5A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3341</TotalTime>
  <Pages>57</Pages>
  <Words>11454</Words>
  <Characters>65288</Characters>
  <Application>Microsoft Office Word</Application>
  <DocSecurity>0</DocSecurity>
  <Lines>544</Lines>
  <Paragraphs>153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Администратор</cp:lastModifiedBy>
  <cp:revision>35</cp:revision>
  <dcterms:created xsi:type="dcterms:W3CDTF">2013-12-23T23:15:00Z</dcterms:created>
  <dcterms:modified xsi:type="dcterms:W3CDTF">2026-08-18T09:44:00Z</dcterms:modified>
  <cp:category/>
</cp:coreProperties>
</file>