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263D7" w14:textId="77777777" w:rsidR="00726B0A" w:rsidRPr="00442AA4" w:rsidRDefault="000C4DE0">
      <w:pPr>
        <w:rPr>
          <w:lang w:val="ru-RU"/>
        </w:rPr>
      </w:pPr>
      <w:r w:rsidRPr="00442AA4">
        <w:rPr>
          <w:b/>
          <w:sz w:val="24"/>
          <w:lang w:val="ru-RU"/>
        </w:rPr>
        <w:t>ВЫПИСКА ИЗ ООП ООО</w:t>
      </w:r>
    </w:p>
    <w:p w14:paraId="076B4609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                        «Утверждено»</w:t>
      </w:r>
    </w:p>
    <w:p w14:paraId="396A749A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Директор МБОУ СОШ № 5 </w:t>
      </w:r>
    </w:p>
    <w:p w14:paraId="44080DAA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                              г. Батайск</w:t>
      </w:r>
    </w:p>
    <w:p w14:paraId="040104CF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2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___________ /</w:t>
      </w:r>
      <w:proofErr w:type="spellStart"/>
      <w:r w:rsidRPr="00C35608">
        <w:rPr>
          <w:rFonts w:cs="Times New Roman"/>
          <w:b/>
          <w:w w:val="0"/>
          <w:sz w:val="24"/>
          <w:szCs w:val="24"/>
          <w:lang w:val="ru-RU"/>
        </w:rPr>
        <w:t>Шуптиева</w:t>
      </w:r>
      <w:proofErr w:type="spellEnd"/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Е.А./</w:t>
      </w:r>
    </w:p>
    <w:p w14:paraId="1D63C10D" w14:textId="784DFDAB" w:rsidR="00C35608" w:rsidRDefault="00C35608" w:rsidP="00C35608">
      <w:pPr>
        <w:spacing w:before="320"/>
        <w:jc w:val="right"/>
        <w:rPr>
          <w:rFonts w:cs="Times New Roman"/>
          <w:b/>
          <w:w w:val="0"/>
          <w:sz w:val="22"/>
          <w:lang w:val="ru-RU"/>
        </w:rPr>
      </w:pPr>
      <w:r w:rsidRPr="00C35608">
        <w:rPr>
          <w:rFonts w:cs="Times New Roman"/>
          <w:b/>
          <w:w w:val="0"/>
          <w:sz w:val="22"/>
          <w:lang w:val="ru-RU"/>
        </w:rPr>
        <w:t xml:space="preserve">    </w:t>
      </w:r>
      <w:r>
        <w:rPr>
          <w:rFonts w:cs="Times New Roman"/>
          <w:b/>
          <w:w w:val="0"/>
          <w:sz w:val="22"/>
          <w:lang w:val="ru-RU"/>
        </w:rPr>
        <w:t>Пр.</w:t>
      </w:r>
      <w:proofErr w:type="gramStart"/>
      <w:r>
        <w:rPr>
          <w:rFonts w:cs="Times New Roman"/>
          <w:b/>
          <w:w w:val="0"/>
          <w:sz w:val="22"/>
          <w:lang w:val="ru-RU"/>
        </w:rPr>
        <w:t>№</w:t>
      </w:r>
      <w:r w:rsidRPr="00C35608">
        <w:rPr>
          <w:rFonts w:cs="Times New Roman"/>
          <w:b/>
          <w:w w:val="0"/>
          <w:sz w:val="22"/>
          <w:lang w:val="ru-RU"/>
        </w:rPr>
        <w:t xml:space="preserve">  _</w:t>
      </w:r>
      <w:proofErr w:type="gramEnd"/>
      <w:r w:rsidRPr="00C35608">
        <w:rPr>
          <w:rFonts w:cs="Times New Roman"/>
          <w:b/>
          <w:w w:val="0"/>
          <w:sz w:val="22"/>
          <w:lang w:val="ru-RU"/>
        </w:rPr>
        <w:t>_______</w:t>
      </w:r>
      <w:r>
        <w:rPr>
          <w:rFonts w:cs="Times New Roman"/>
          <w:b/>
          <w:w w:val="0"/>
          <w:sz w:val="22"/>
          <w:lang w:val="ru-RU"/>
        </w:rPr>
        <w:t>от</w:t>
      </w:r>
      <w:r w:rsidRPr="00C35608">
        <w:rPr>
          <w:rFonts w:cs="Times New Roman"/>
          <w:b/>
          <w:w w:val="0"/>
          <w:sz w:val="22"/>
          <w:lang w:val="ru-RU"/>
        </w:rPr>
        <w:t>___________2026 г.</w:t>
      </w:r>
    </w:p>
    <w:p w14:paraId="620CACB7" w14:textId="3F077D6E" w:rsidR="00726B0A" w:rsidRPr="00442AA4" w:rsidRDefault="000C4DE0" w:rsidP="00C35608">
      <w:pPr>
        <w:spacing w:before="320"/>
        <w:jc w:val="center"/>
        <w:rPr>
          <w:lang w:val="ru-RU"/>
        </w:rPr>
      </w:pPr>
      <w:r w:rsidRPr="00442AA4">
        <w:rPr>
          <w:b/>
          <w:sz w:val="28"/>
          <w:lang w:val="ru-RU"/>
        </w:rPr>
        <w:t>КАЛЕНДАРНЫЙ ПЛАН</w:t>
      </w:r>
      <w:r w:rsidRPr="00442AA4">
        <w:rPr>
          <w:b/>
          <w:sz w:val="28"/>
          <w:lang w:val="ru-RU"/>
        </w:rPr>
        <w:br/>
        <w:t>ВОСПИТАТЕЛЬНОЙ РАБОТЫ</w:t>
      </w:r>
      <w:r w:rsidRPr="00442AA4">
        <w:rPr>
          <w:b/>
          <w:sz w:val="28"/>
          <w:lang w:val="ru-RU"/>
        </w:rPr>
        <w:br/>
        <w:t>НА 2026/2027 УЧЕБНЫЙ ГОД</w:t>
      </w:r>
      <w:r w:rsidRPr="00442AA4">
        <w:rPr>
          <w:b/>
          <w:sz w:val="28"/>
          <w:lang w:val="ru-RU"/>
        </w:rPr>
        <w:br/>
        <w:t>НА УРОВНЕ ОСНОВНОГО ОБЩЕГО ОБРАЗОВАНИЯ</w:t>
      </w:r>
      <w:r w:rsidRPr="00442AA4">
        <w:rPr>
          <w:b/>
          <w:sz w:val="28"/>
          <w:lang w:val="ru-RU"/>
        </w:rPr>
        <w:br/>
      </w:r>
    </w:p>
    <w:p w14:paraId="1B4AD7AD" w14:textId="77777777" w:rsidR="00726B0A" w:rsidRPr="00442AA4" w:rsidRDefault="000C4DE0">
      <w:pPr>
        <w:jc w:val="both"/>
        <w:rPr>
          <w:lang w:val="ru-RU"/>
        </w:rPr>
      </w:pPr>
      <w:r w:rsidRPr="00442AA4">
        <w:rPr>
          <w:lang w:val="ru-RU"/>
        </w:rPr>
        <w:t>Календарный план воспитательной работы является частью рабочей программы воспитания основной образовательной программы основного общего образования. Он конкретизирует содержание инвариантных и вариативных модулей, определяет основные дела, события, мероприятия, сроки их реализации, состав участников и ответственных исполнителей. План разработан с учётом федеральной образовательной программы начального общего образования, федеральной рабочей программы воспитания, календарного учебного графика и Примерного календаря образовательных событий и памятных дат на 2026/2027 учебный год (версия 3.1 от 08.06.2026). Сентябрь–декабрь относятся к 2026 году, январь–май — к 2027 году. Мероприятия Года единства народов России проводятся в 2026 году. В 2027 году продолжается системная работа по укреплению общероссийской гражданской идентичности, межнационального согласия и уважения к культуре народов России.</w:t>
      </w:r>
    </w:p>
    <w:p w14:paraId="2140D09B" w14:textId="77777777" w:rsidR="00726B0A" w:rsidRPr="00442AA4" w:rsidRDefault="000C4DE0">
      <w:pPr>
        <w:jc w:val="both"/>
        <w:rPr>
          <w:lang w:val="ru-RU"/>
        </w:rPr>
      </w:pPr>
      <w:r w:rsidRPr="00442AA4">
        <w:rPr>
          <w:b/>
          <w:lang w:val="ru-RU"/>
        </w:rPr>
        <w:t xml:space="preserve">Особенности периода: </w:t>
      </w:r>
      <w:r w:rsidRPr="00442AA4">
        <w:rPr>
          <w:lang w:val="ru-RU"/>
        </w:rPr>
        <w:t>2017–2027 годы — Десятилетие детства; 2022–2031 годы — Десятилетие науки и технологий в России; 2026 год — Год единства народов России. Обозначение 2027 года как Года географии используется только после официального утверждения соответствующего решения.</w:t>
      </w:r>
    </w:p>
    <w:p w14:paraId="4E8F8C18" w14:textId="77777777" w:rsidR="00726B0A" w:rsidRPr="00C35608" w:rsidRDefault="000C4DE0">
      <w:pPr>
        <w:pStyle w:val="1"/>
        <w:rPr>
          <w:rFonts w:ascii="Times New Roman" w:hAnsi="Times New Roman" w:cs="Times New Roman"/>
        </w:rPr>
      </w:pPr>
      <w:proofErr w:type="spellStart"/>
      <w:r w:rsidRPr="00C35608">
        <w:rPr>
          <w:rFonts w:ascii="Times New Roman" w:hAnsi="Times New Roman" w:cs="Times New Roman"/>
        </w:rPr>
        <w:t>Нормативная</w:t>
      </w:r>
      <w:proofErr w:type="spellEnd"/>
      <w:r w:rsidRPr="00C35608">
        <w:rPr>
          <w:rFonts w:ascii="Times New Roman" w:hAnsi="Times New Roman" w:cs="Times New Roman"/>
        </w:rPr>
        <w:t xml:space="preserve"> </w:t>
      </w:r>
      <w:proofErr w:type="spellStart"/>
      <w:r w:rsidRPr="00C35608">
        <w:rPr>
          <w:rFonts w:ascii="Times New Roman" w:hAnsi="Times New Roman" w:cs="Times New Roman"/>
        </w:rPr>
        <w:t>основа</w:t>
      </w:r>
      <w:proofErr w:type="spellEnd"/>
    </w:p>
    <w:p w14:paraId="73FE60FD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Федеральный закон от 29.12.2012 № 273-ФЗ «Об образовании в Российской Федерации» (в действующей редакции).</w:t>
      </w:r>
    </w:p>
    <w:p w14:paraId="00DBB5D0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 xml:space="preserve">Федеральный государственный образовательный стандарт основного общего образования, утверждённый приказом </w:t>
      </w:r>
      <w:proofErr w:type="spellStart"/>
      <w:r w:rsidRPr="00442AA4">
        <w:rPr>
          <w:lang w:val="ru-RU"/>
        </w:rPr>
        <w:t>Минпросвещения</w:t>
      </w:r>
      <w:proofErr w:type="spellEnd"/>
      <w:r w:rsidRPr="00442AA4">
        <w:rPr>
          <w:lang w:val="ru-RU"/>
        </w:rPr>
        <w:t xml:space="preserve"> России от 31.05.2021 № 287 (в действующей редакции).</w:t>
      </w:r>
    </w:p>
    <w:p w14:paraId="07DA8F42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 xml:space="preserve">Федеральная образовательная программа основного общего образования, утверждённая приказом </w:t>
      </w:r>
      <w:proofErr w:type="spellStart"/>
      <w:r w:rsidRPr="00442AA4">
        <w:rPr>
          <w:lang w:val="ru-RU"/>
        </w:rPr>
        <w:t>Минпросвещения</w:t>
      </w:r>
      <w:proofErr w:type="spellEnd"/>
      <w:r w:rsidRPr="00442AA4">
        <w:rPr>
          <w:lang w:val="ru-RU"/>
        </w:rPr>
        <w:t xml:space="preserve"> России от 18.05.2023 № 370 (в действующей редакции).</w:t>
      </w:r>
    </w:p>
    <w:p w14:paraId="66B68E46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Федеральная рабочая программа воспитания и федеральный календарный план воспитательной работы, включённые в ФОП ООО.</w:t>
      </w:r>
    </w:p>
    <w:p w14:paraId="047CFAB9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Порядок организации и осуществления образовательной деятельности по основным общеобразовательным программам — в редакции, действующей в 2026/2027 учебном году.</w:t>
      </w:r>
    </w:p>
    <w:p w14:paraId="49AB3A90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Санитарные правила и гигиенические нормативы, действующие в 2026/2027 учебном году.</w:t>
      </w:r>
    </w:p>
    <w:p w14:paraId="48F2785C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Стратегия комплексной безопасности детей в Российской Федерации на период до 2030 года.</w:t>
      </w:r>
    </w:p>
    <w:p w14:paraId="1900374B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lastRenderedPageBreak/>
        <w:t>Нормативные и методические документы по использованию государственной символики в образовательных организациях.</w:t>
      </w:r>
    </w:p>
    <w:p w14:paraId="3855F1DE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Основная образовательная программа НОО, рабочая программа воспитания, календарный учебный график и локальные нормативные акты [полное наименование образовательной организации].</w:t>
      </w:r>
    </w:p>
    <w:p w14:paraId="542C9F46" w14:textId="77777777" w:rsidR="00726B0A" w:rsidRPr="00C35608" w:rsidRDefault="000C4DE0">
      <w:pPr>
        <w:pStyle w:val="1"/>
        <w:rPr>
          <w:rFonts w:ascii="Times New Roman" w:hAnsi="Times New Roman" w:cs="Times New Roman"/>
          <w:lang w:val="ru-RU"/>
        </w:rPr>
      </w:pPr>
      <w:r w:rsidRPr="00C35608">
        <w:rPr>
          <w:rFonts w:ascii="Times New Roman" w:hAnsi="Times New Roman" w:cs="Times New Roman"/>
          <w:lang w:val="ru-RU"/>
        </w:rPr>
        <w:t>Календарный план по модулям</w:t>
      </w:r>
    </w:p>
    <w:p w14:paraId="4EE72129" w14:textId="77777777" w:rsidR="00726B0A" w:rsidRPr="00C756FE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C756FE">
        <w:rPr>
          <w:rFonts w:cs="Times New Roman"/>
          <w:b/>
          <w:sz w:val="24"/>
          <w:szCs w:val="24"/>
          <w:lang w:val="ru-RU"/>
        </w:rPr>
        <w:t>МОДУЛЬ «УРОЧНАЯ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50"/>
        <w:gridCol w:w="1040"/>
        <w:gridCol w:w="1653"/>
        <w:gridCol w:w="2665"/>
        <w:gridCol w:w="3680"/>
      </w:tblGrid>
      <w:tr w:rsidR="00C756FE" w:rsidRPr="00027D8D" w14:paraId="053FFE5B" w14:textId="775080CC" w:rsidTr="000A63B8">
        <w:trPr>
          <w:tblHeader/>
          <w:jc w:val="center"/>
        </w:trPr>
        <w:tc>
          <w:tcPr>
            <w:tcW w:w="5050" w:type="dxa"/>
            <w:shd w:val="clear" w:color="auto" w:fill="D9EAF7"/>
            <w:vAlign w:val="center"/>
          </w:tcPr>
          <w:p w14:paraId="13F00ED8" w14:textId="77777777" w:rsidR="00C756FE" w:rsidRPr="00027D8D" w:rsidRDefault="00C756FE" w:rsidP="00C756FE">
            <w:pPr>
              <w:ind w:left="-2296" w:firstLine="2296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040" w:type="dxa"/>
            <w:shd w:val="clear" w:color="auto" w:fill="D9EAF7"/>
            <w:vAlign w:val="center"/>
          </w:tcPr>
          <w:p w14:paraId="7B762BFD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653" w:type="dxa"/>
            <w:shd w:val="clear" w:color="auto" w:fill="D9EAF7"/>
            <w:vAlign w:val="center"/>
          </w:tcPr>
          <w:p w14:paraId="7F827999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665" w:type="dxa"/>
            <w:shd w:val="clear" w:color="auto" w:fill="D9EAF7"/>
            <w:vAlign w:val="center"/>
          </w:tcPr>
          <w:p w14:paraId="4B7FE9FA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80" w:type="dxa"/>
            <w:shd w:val="clear" w:color="auto" w:fill="D9EAF7"/>
          </w:tcPr>
          <w:p w14:paraId="666A0280" w14:textId="7564876D" w:rsidR="00C756FE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C756FE" w:rsidRPr="00D318BF" w14:paraId="65A147E7" w14:textId="0BEED407" w:rsidTr="000A63B8">
        <w:trPr>
          <w:jc w:val="center"/>
        </w:trPr>
        <w:tc>
          <w:tcPr>
            <w:tcW w:w="5050" w:type="dxa"/>
            <w:vAlign w:val="center"/>
          </w:tcPr>
          <w:p w14:paraId="030D9712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Использование воспитательного потенциала содержания учебных предметов для формирования уважения к семье, труду, Отечеству, культуре и природе России</w:t>
            </w:r>
          </w:p>
        </w:tc>
        <w:tc>
          <w:tcPr>
            <w:tcW w:w="1040" w:type="dxa"/>
            <w:vAlign w:val="center"/>
          </w:tcPr>
          <w:p w14:paraId="3B692EE2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4D38676C" w14:textId="41AA0BEE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</w:t>
            </w:r>
            <w:r w:rsidR="00001964" w:rsidRPr="00027D8D">
              <w:rPr>
                <w:rFonts w:cs="Times New Roman"/>
                <w:sz w:val="24"/>
                <w:szCs w:val="24"/>
                <w:lang w:val="ru-RU"/>
              </w:rPr>
              <w:t xml:space="preserve"> 1 раз в четверть</w:t>
            </w:r>
          </w:p>
        </w:tc>
        <w:tc>
          <w:tcPr>
            <w:tcW w:w="2665" w:type="dxa"/>
            <w:vAlign w:val="center"/>
          </w:tcPr>
          <w:p w14:paraId="07E48A7B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учителя-предметники</w:t>
            </w:r>
          </w:p>
        </w:tc>
        <w:tc>
          <w:tcPr>
            <w:tcW w:w="3680" w:type="dxa"/>
          </w:tcPr>
          <w:p w14:paraId="6448B6C1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30D3A62D" w14:textId="5497FC61" w:rsidTr="000A63B8">
        <w:trPr>
          <w:jc w:val="center"/>
        </w:trPr>
        <w:tc>
          <w:tcPr>
            <w:tcW w:w="5050" w:type="dxa"/>
            <w:vAlign w:val="center"/>
          </w:tcPr>
          <w:p w14:paraId="77506419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учебные занятия «Государственные символы России»</w:t>
            </w:r>
          </w:p>
        </w:tc>
        <w:tc>
          <w:tcPr>
            <w:tcW w:w="1040" w:type="dxa"/>
            <w:vAlign w:val="center"/>
          </w:tcPr>
          <w:p w14:paraId="621D0499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1AF98F74" w14:textId="77777777" w:rsidR="00761915" w:rsidRPr="00027D8D" w:rsidRDefault="00761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09.09.</w:t>
            </w:r>
            <w:r w:rsidR="00C756FE" w:rsidRPr="00027D8D">
              <w:rPr>
                <w:rFonts w:cs="Times New Roman"/>
                <w:sz w:val="24"/>
                <w:szCs w:val="24"/>
              </w:rPr>
              <w:t>2026</w:t>
            </w:r>
          </w:p>
          <w:p w14:paraId="0E46429E" w14:textId="1CD12015" w:rsidR="00C756FE" w:rsidRPr="00027D8D" w:rsidRDefault="00761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04.12.</w:t>
            </w:r>
            <w:r w:rsidR="00C756FE" w:rsidRPr="00027D8D">
              <w:rPr>
                <w:rFonts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2665" w:type="dxa"/>
            <w:vAlign w:val="center"/>
          </w:tcPr>
          <w:p w14:paraId="3876637E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680" w:type="dxa"/>
          </w:tcPr>
          <w:p w14:paraId="65B9EF26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56FE" w:rsidRPr="00D318BF" w14:paraId="59EA39E2" w14:textId="291883CF" w:rsidTr="000A63B8">
        <w:trPr>
          <w:jc w:val="center"/>
        </w:trPr>
        <w:tc>
          <w:tcPr>
            <w:tcW w:w="5050" w:type="dxa"/>
            <w:vAlign w:val="center"/>
          </w:tcPr>
          <w:p w14:paraId="429AD82D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Интеграция материалов Года единства народов России: языки, традиции, культура и общая история народов страны</w:t>
            </w:r>
          </w:p>
        </w:tc>
        <w:tc>
          <w:tcPr>
            <w:tcW w:w="1040" w:type="dxa"/>
            <w:vAlign w:val="center"/>
          </w:tcPr>
          <w:p w14:paraId="4964094B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1DC55F02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65" w:type="dxa"/>
            <w:vAlign w:val="center"/>
          </w:tcPr>
          <w:p w14:paraId="37DAA49F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учитель музыки; учитель изобразительного искусства</w:t>
            </w:r>
          </w:p>
        </w:tc>
        <w:tc>
          <w:tcPr>
            <w:tcW w:w="3680" w:type="dxa"/>
          </w:tcPr>
          <w:p w14:paraId="2C857178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32F1BD15" w14:textId="165ED732" w:rsidTr="000A63B8">
        <w:trPr>
          <w:jc w:val="center"/>
        </w:trPr>
        <w:tc>
          <w:tcPr>
            <w:tcW w:w="5050" w:type="dxa"/>
            <w:vAlign w:val="center"/>
          </w:tcPr>
          <w:p w14:paraId="09BB6FF1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памяти ко Дню окончания Второй мировой войны</w:t>
            </w:r>
          </w:p>
        </w:tc>
        <w:tc>
          <w:tcPr>
            <w:tcW w:w="1040" w:type="dxa"/>
            <w:vAlign w:val="center"/>
          </w:tcPr>
          <w:p w14:paraId="76C2260C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653" w:type="dxa"/>
            <w:vAlign w:val="center"/>
          </w:tcPr>
          <w:p w14:paraId="113A8EBA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02.09.2026</w:t>
            </w:r>
          </w:p>
        </w:tc>
        <w:tc>
          <w:tcPr>
            <w:tcW w:w="2665" w:type="dxa"/>
            <w:vAlign w:val="center"/>
          </w:tcPr>
          <w:p w14:paraId="0E822C7F" w14:textId="1FBE9C7A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="00761915" w:rsidRPr="00027D8D">
              <w:rPr>
                <w:rFonts w:cs="Times New Roman"/>
                <w:sz w:val="24"/>
                <w:szCs w:val="24"/>
                <w:lang w:val="ru-RU"/>
              </w:rPr>
              <w:t xml:space="preserve"> истории и обществознания</w:t>
            </w:r>
          </w:p>
        </w:tc>
        <w:tc>
          <w:tcPr>
            <w:tcW w:w="3680" w:type="dxa"/>
          </w:tcPr>
          <w:p w14:paraId="4F726165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56FE" w:rsidRPr="00D318BF" w14:paraId="3566254E" w14:textId="720F3D6D" w:rsidTr="000A63B8">
        <w:trPr>
          <w:jc w:val="center"/>
        </w:trPr>
        <w:tc>
          <w:tcPr>
            <w:tcW w:w="5050" w:type="dxa"/>
            <w:vAlign w:val="center"/>
          </w:tcPr>
          <w:p w14:paraId="7EEFAA43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гражданской ответственности ко Дню солидарности в борьбе с терроризмом</w:t>
            </w:r>
          </w:p>
        </w:tc>
        <w:tc>
          <w:tcPr>
            <w:tcW w:w="1040" w:type="dxa"/>
            <w:vAlign w:val="center"/>
          </w:tcPr>
          <w:p w14:paraId="4B63D229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653" w:type="dxa"/>
            <w:vAlign w:val="center"/>
          </w:tcPr>
          <w:p w14:paraId="4F82589E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2665" w:type="dxa"/>
            <w:vAlign w:val="center"/>
          </w:tcPr>
          <w:p w14:paraId="0D564708" w14:textId="77777777" w:rsidR="00C756FE" w:rsidRPr="00027D8D" w:rsidRDefault="00761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Советники</w:t>
            </w:r>
            <w:r w:rsidR="00C756FE" w:rsidRPr="00027D8D">
              <w:rPr>
                <w:rFonts w:cs="Times New Roman"/>
                <w:sz w:val="24"/>
                <w:szCs w:val="24"/>
                <w:lang w:val="ru-RU"/>
              </w:rPr>
              <w:t>; социальный педагог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568E8A8D" w14:textId="27B61E14" w:rsidR="00761915" w:rsidRPr="00027D8D" w:rsidRDefault="00761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680" w:type="dxa"/>
          </w:tcPr>
          <w:p w14:paraId="4DB4615A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370D5C87" w14:textId="1C07A31F" w:rsidTr="000A63B8">
        <w:trPr>
          <w:jc w:val="center"/>
        </w:trPr>
        <w:tc>
          <w:tcPr>
            <w:tcW w:w="5050" w:type="dxa"/>
            <w:vAlign w:val="center"/>
          </w:tcPr>
          <w:p w14:paraId="2AB1F243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задания к Международному дню распространения грамотности и Дню языков народов России</w:t>
            </w:r>
          </w:p>
        </w:tc>
        <w:tc>
          <w:tcPr>
            <w:tcW w:w="1040" w:type="dxa"/>
            <w:vAlign w:val="center"/>
          </w:tcPr>
          <w:p w14:paraId="07A7AE6A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46DAC338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08.09.2026</w:t>
            </w:r>
          </w:p>
        </w:tc>
        <w:tc>
          <w:tcPr>
            <w:tcW w:w="2665" w:type="dxa"/>
            <w:vAlign w:val="center"/>
          </w:tcPr>
          <w:p w14:paraId="51800359" w14:textId="7103069D" w:rsidR="00C756FE" w:rsidRPr="00027D8D" w:rsidRDefault="0076191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680" w:type="dxa"/>
          </w:tcPr>
          <w:p w14:paraId="6C09A58A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56FE" w:rsidRPr="00D318BF" w14:paraId="3AABA513" w14:textId="492091B3" w:rsidTr="000A63B8">
        <w:trPr>
          <w:jc w:val="center"/>
        </w:trPr>
        <w:tc>
          <w:tcPr>
            <w:tcW w:w="5050" w:type="dxa"/>
            <w:vAlign w:val="center"/>
          </w:tcPr>
          <w:p w14:paraId="16A36FCD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Музыкально-познавательный урок к 120-летию со дня рождения Д. Д. Шостаковича</w:t>
            </w:r>
          </w:p>
        </w:tc>
        <w:tc>
          <w:tcPr>
            <w:tcW w:w="1040" w:type="dxa"/>
            <w:vAlign w:val="center"/>
          </w:tcPr>
          <w:p w14:paraId="1704CD43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653" w:type="dxa"/>
            <w:vAlign w:val="center"/>
          </w:tcPr>
          <w:p w14:paraId="2E434940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25.09.2026</w:t>
            </w:r>
          </w:p>
        </w:tc>
        <w:tc>
          <w:tcPr>
            <w:tcW w:w="2665" w:type="dxa"/>
            <w:vAlign w:val="center"/>
          </w:tcPr>
          <w:p w14:paraId="665DE1C8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музыки; учителя основной школы</w:t>
            </w:r>
          </w:p>
        </w:tc>
        <w:tc>
          <w:tcPr>
            <w:tcW w:w="3680" w:type="dxa"/>
          </w:tcPr>
          <w:p w14:paraId="01824F88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D318BF" w14:paraId="65EE56B5" w14:textId="7F31BD2A" w:rsidTr="000A63B8">
        <w:trPr>
          <w:jc w:val="center"/>
        </w:trPr>
        <w:tc>
          <w:tcPr>
            <w:tcW w:w="5050" w:type="dxa"/>
            <w:vAlign w:val="center"/>
          </w:tcPr>
          <w:p w14:paraId="65E8A790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Литературно-словарные задания к 225-летию со дня рождения В. И. Даля</w:t>
            </w:r>
          </w:p>
        </w:tc>
        <w:tc>
          <w:tcPr>
            <w:tcW w:w="1040" w:type="dxa"/>
            <w:vAlign w:val="center"/>
          </w:tcPr>
          <w:p w14:paraId="29711B1A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653" w:type="dxa"/>
            <w:vAlign w:val="center"/>
          </w:tcPr>
          <w:p w14:paraId="73297B79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20–23.11.2026</w:t>
            </w:r>
          </w:p>
        </w:tc>
        <w:tc>
          <w:tcPr>
            <w:tcW w:w="2665" w:type="dxa"/>
            <w:vAlign w:val="center"/>
          </w:tcPr>
          <w:p w14:paraId="1972D8A8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3680" w:type="dxa"/>
          </w:tcPr>
          <w:p w14:paraId="3232ED45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24C9179B" w14:textId="66C53C91" w:rsidTr="000A63B8">
        <w:trPr>
          <w:jc w:val="center"/>
        </w:trPr>
        <w:tc>
          <w:tcPr>
            <w:tcW w:w="5050" w:type="dxa"/>
            <w:vAlign w:val="center"/>
          </w:tcPr>
          <w:p w14:paraId="03814802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Познавательное занятие к 315-летию со дня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рождения М. В. Ломоносова</w:t>
            </w:r>
          </w:p>
        </w:tc>
        <w:tc>
          <w:tcPr>
            <w:tcW w:w="1040" w:type="dxa"/>
            <w:vAlign w:val="center"/>
          </w:tcPr>
          <w:p w14:paraId="11B41792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7–9</w:t>
            </w:r>
          </w:p>
        </w:tc>
        <w:tc>
          <w:tcPr>
            <w:tcW w:w="1653" w:type="dxa"/>
            <w:vAlign w:val="center"/>
          </w:tcPr>
          <w:p w14:paraId="44F90146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19.11.2026</w:t>
            </w:r>
          </w:p>
        </w:tc>
        <w:tc>
          <w:tcPr>
            <w:tcW w:w="2665" w:type="dxa"/>
            <w:vAlign w:val="center"/>
          </w:tcPr>
          <w:p w14:paraId="1FB2ADFA" w14:textId="708D031E" w:rsidR="00C756FE" w:rsidRPr="00027D8D" w:rsidRDefault="00761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физики;</w:t>
            </w:r>
          </w:p>
        </w:tc>
        <w:tc>
          <w:tcPr>
            <w:tcW w:w="3680" w:type="dxa"/>
          </w:tcPr>
          <w:p w14:paraId="37B171F9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D318BF" w14:paraId="37C8A603" w14:textId="2D6E3B7E" w:rsidTr="000A63B8">
        <w:trPr>
          <w:jc w:val="center"/>
        </w:trPr>
        <w:tc>
          <w:tcPr>
            <w:tcW w:w="5050" w:type="dxa"/>
            <w:vAlign w:val="center"/>
          </w:tcPr>
          <w:p w14:paraId="519B493C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Историко-литературное занятие к 260-летию со дня рождения Н. М. Карамзина</w:t>
            </w:r>
          </w:p>
        </w:tc>
        <w:tc>
          <w:tcPr>
            <w:tcW w:w="1040" w:type="dxa"/>
            <w:vAlign w:val="center"/>
          </w:tcPr>
          <w:p w14:paraId="4D5557EA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653" w:type="dxa"/>
            <w:vAlign w:val="center"/>
          </w:tcPr>
          <w:p w14:paraId="5E1A9308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11.12.2026</w:t>
            </w:r>
          </w:p>
        </w:tc>
        <w:tc>
          <w:tcPr>
            <w:tcW w:w="2665" w:type="dxa"/>
            <w:vAlign w:val="center"/>
          </w:tcPr>
          <w:p w14:paraId="3C8790BE" w14:textId="652B9EE1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</w:t>
            </w:r>
            <w:r w:rsidR="00761915" w:rsidRPr="00027D8D">
              <w:rPr>
                <w:rFonts w:cs="Times New Roman"/>
                <w:sz w:val="24"/>
                <w:szCs w:val="24"/>
                <w:lang w:val="ru-RU"/>
              </w:rPr>
              <w:t>русского языка и литературы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; школьный библиотекарь</w:t>
            </w:r>
          </w:p>
        </w:tc>
        <w:tc>
          <w:tcPr>
            <w:tcW w:w="3680" w:type="dxa"/>
          </w:tcPr>
          <w:p w14:paraId="78ED2909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09B201AD" w14:textId="3D4C3D6C" w:rsidTr="000A63B8">
        <w:trPr>
          <w:jc w:val="center"/>
        </w:trPr>
        <w:tc>
          <w:tcPr>
            <w:tcW w:w="5050" w:type="dxa"/>
            <w:vAlign w:val="center"/>
          </w:tcPr>
          <w:p w14:paraId="27958487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Виртуальная географическая экспедиция к 200-летию со дня рождения П. П. Семёнова-Тян-Шанского</w:t>
            </w:r>
          </w:p>
        </w:tc>
        <w:tc>
          <w:tcPr>
            <w:tcW w:w="1040" w:type="dxa"/>
            <w:vAlign w:val="center"/>
          </w:tcPr>
          <w:p w14:paraId="2E09F4CD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653" w:type="dxa"/>
            <w:vAlign w:val="center"/>
          </w:tcPr>
          <w:p w14:paraId="4F013A6F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после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каникул</w:t>
            </w:r>
            <w:proofErr w:type="spellEnd"/>
          </w:p>
        </w:tc>
        <w:tc>
          <w:tcPr>
            <w:tcW w:w="2665" w:type="dxa"/>
            <w:vAlign w:val="center"/>
          </w:tcPr>
          <w:p w14:paraId="7D2B859E" w14:textId="6FDBB8BE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</w:t>
            </w:r>
            <w:proofErr w:type="spellEnd"/>
            <w:r w:rsidR="00761915" w:rsidRPr="00027D8D">
              <w:rPr>
                <w:rFonts w:cs="Times New Roman"/>
                <w:sz w:val="24"/>
                <w:szCs w:val="24"/>
                <w:lang w:val="ru-RU"/>
              </w:rPr>
              <w:t>ь географии</w:t>
            </w:r>
          </w:p>
        </w:tc>
        <w:tc>
          <w:tcPr>
            <w:tcW w:w="3680" w:type="dxa"/>
          </w:tcPr>
          <w:p w14:paraId="30DD3B84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56FE" w:rsidRPr="00027D8D" w14:paraId="4D2D589C" w14:textId="32410448" w:rsidTr="000A63B8">
        <w:trPr>
          <w:jc w:val="center"/>
        </w:trPr>
        <w:tc>
          <w:tcPr>
            <w:tcW w:w="5050" w:type="dxa"/>
            <w:vAlign w:val="center"/>
          </w:tcPr>
          <w:p w14:paraId="0CF70651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изобразительного искусства к 195-летию со дня рождения И. И. Шишкина</w:t>
            </w:r>
          </w:p>
        </w:tc>
        <w:tc>
          <w:tcPr>
            <w:tcW w:w="1040" w:type="dxa"/>
            <w:vAlign w:val="center"/>
          </w:tcPr>
          <w:p w14:paraId="7BBA1B4D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2DB65CEC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25.01.2027</w:t>
            </w:r>
          </w:p>
        </w:tc>
        <w:tc>
          <w:tcPr>
            <w:tcW w:w="2665" w:type="dxa"/>
            <w:vAlign w:val="center"/>
          </w:tcPr>
          <w:p w14:paraId="48179EA1" w14:textId="5B4B4190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Учитель изобразительного искусства; </w:t>
            </w:r>
          </w:p>
        </w:tc>
        <w:tc>
          <w:tcPr>
            <w:tcW w:w="3680" w:type="dxa"/>
          </w:tcPr>
          <w:p w14:paraId="034E0305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D318BF" w14:paraId="4F0EE768" w14:textId="62D68785" w:rsidTr="000A63B8">
        <w:trPr>
          <w:jc w:val="center"/>
        </w:trPr>
        <w:tc>
          <w:tcPr>
            <w:tcW w:w="5050" w:type="dxa"/>
            <w:vAlign w:val="center"/>
          </w:tcPr>
          <w:p w14:paraId="5FAD3582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Литературная мастерская к 130-летию со дня рождения В. П. Катаева</w:t>
            </w:r>
          </w:p>
        </w:tc>
        <w:tc>
          <w:tcPr>
            <w:tcW w:w="1040" w:type="dxa"/>
            <w:vAlign w:val="center"/>
          </w:tcPr>
          <w:p w14:paraId="12EA9817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653" w:type="dxa"/>
            <w:vAlign w:val="center"/>
          </w:tcPr>
          <w:p w14:paraId="4CD9785B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28.01.2027</w:t>
            </w:r>
          </w:p>
        </w:tc>
        <w:tc>
          <w:tcPr>
            <w:tcW w:w="2665" w:type="dxa"/>
            <w:vAlign w:val="center"/>
          </w:tcPr>
          <w:p w14:paraId="4DEB1845" w14:textId="0538D59B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</w:t>
            </w:r>
            <w:r w:rsidR="00761915" w:rsidRPr="00027D8D">
              <w:rPr>
                <w:rFonts w:cs="Times New Roman"/>
                <w:sz w:val="24"/>
                <w:szCs w:val="24"/>
                <w:lang w:val="ru-RU"/>
              </w:rPr>
              <w:t>русского языка и литературы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; школьный библиотекарь</w:t>
            </w:r>
          </w:p>
        </w:tc>
        <w:tc>
          <w:tcPr>
            <w:tcW w:w="3680" w:type="dxa"/>
          </w:tcPr>
          <w:p w14:paraId="5B19D5B4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D318BF" w14:paraId="0EE6B9A9" w14:textId="092849D0" w:rsidTr="000A63B8">
        <w:trPr>
          <w:jc w:val="center"/>
        </w:trPr>
        <w:tc>
          <w:tcPr>
            <w:tcW w:w="5050" w:type="dxa"/>
            <w:vAlign w:val="center"/>
          </w:tcPr>
          <w:p w14:paraId="09D0608B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Литературная гостиная к 145-летию со дня рождения К. И. Чуковского</w:t>
            </w:r>
          </w:p>
        </w:tc>
        <w:tc>
          <w:tcPr>
            <w:tcW w:w="1040" w:type="dxa"/>
            <w:vAlign w:val="center"/>
          </w:tcPr>
          <w:p w14:paraId="1A146D38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1CAEC414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31.03.2027</w:t>
            </w:r>
          </w:p>
        </w:tc>
        <w:tc>
          <w:tcPr>
            <w:tcW w:w="2665" w:type="dxa"/>
            <w:vAlign w:val="center"/>
          </w:tcPr>
          <w:p w14:paraId="77A4F8B9" w14:textId="7B7A0AF8" w:rsidR="00C756FE" w:rsidRPr="00027D8D" w:rsidRDefault="0091577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русского языка и литературы</w:t>
            </w:r>
            <w:r w:rsidR="00C756FE" w:rsidRPr="00027D8D">
              <w:rPr>
                <w:rFonts w:cs="Times New Roman"/>
                <w:sz w:val="24"/>
                <w:szCs w:val="24"/>
                <w:lang w:val="ru-RU"/>
              </w:rPr>
              <w:t>; школьный библиотекарь</w:t>
            </w:r>
          </w:p>
        </w:tc>
        <w:tc>
          <w:tcPr>
            <w:tcW w:w="3680" w:type="dxa"/>
          </w:tcPr>
          <w:p w14:paraId="69A467DB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0FD3C49C" w14:textId="63313EB5" w:rsidTr="000A63B8">
        <w:trPr>
          <w:jc w:val="center"/>
        </w:trPr>
        <w:tc>
          <w:tcPr>
            <w:tcW w:w="5050" w:type="dxa"/>
            <w:vAlign w:val="center"/>
          </w:tcPr>
          <w:p w14:paraId="446D43F6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Читательское занятие к 125-летию со дня рождения В. А. Осеевой</w:t>
            </w:r>
          </w:p>
        </w:tc>
        <w:tc>
          <w:tcPr>
            <w:tcW w:w="1040" w:type="dxa"/>
            <w:vAlign w:val="center"/>
          </w:tcPr>
          <w:p w14:paraId="2ED51DB8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40E1DE28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30.04.2027</w:t>
            </w:r>
          </w:p>
        </w:tc>
        <w:tc>
          <w:tcPr>
            <w:tcW w:w="2665" w:type="dxa"/>
            <w:vAlign w:val="center"/>
          </w:tcPr>
          <w:p w14:paraId="341474DB" w14:textId="6B185930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</w:t>
            </w:r>
          </w:p>
        </w:tc>
        <w:tc>
          <w:tcPr>
            <w:tcW w:w="3680" w:type="dxa"/>
          </w:tcPr>
          <w:p w14:paraId="733F9325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756FE" w:rsidRPr="00027D8D" w14:paraId="34903BFC" w14:textId="68FCFA22" w:rsidTr="000A63B8">
        <w:trPr>
          <w:jc w:val="center"/>
        </w:trPr>
        <w:tc>
          <w:tcPr>
            <w:tcW w:w="5050" w:type="dxa"/>
            <w:vAlign w:val="center"/>
          </w:tcPr>
          <w:p w14:paraId="4A2A6059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Проектно-исследовательские задания экологической и краеведческой направленности</w:t>
            </w:r>
          </w:p>
        </w:tc>
        <w:tc>
          <w:tcPr>
            <w:tcW w:w="1040" w:type="dxa"/>
            <w:vAlign w:val="center"/>
          </w:tcPr>
          <w:p w14:paraId="56BF21B4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7D7CDB64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665" w:type="dxa"/>
            <w:vAlign w:val="center"/>
          </w:tcPr>
          <w:p w14:paraId="39F985D6" w14:textId="4F339C3E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>биологии и географии</w:t>
            </w:r>
          </w:p>
        </w:tc>
        <w:tc>
          <w:tcPr>
            <w:tcW w:w="3680" w:type="dxa"/>
          </w:tcPr>
          <w:p w14:paraId="4C14E8C1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56FE" w:rsidRPr="00D318BF" w14:paraId="32755FB2" w14:textId="59321E5C" w:rsidTr="000A63B8">
        <w:trPr>
          <w:jc w:val="center"/>
        </w:trPr>
        <w:tc>
          <w:tcPr>
            <w:tcW w:w="5050" w:type="dxa"/>
            <w:vAlign w:val="center"/>
          </w:tcPr>
          <w:p w14:paraId="1C59F2D6" w14:textId="77777777" w:rsidR="00C756FE" w:rsidRPr="00027D8D" w:rsidRDefault="00C756FE">
            <w:pPr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Предметные игровые недели по русскому языку, литературному чтению, математике и окружающему миру</w:t>
            </w:r>
          </w:p>
        </w:tc>
        <w:tc>
          <w:tcPr>
            <w:tcW w:w="1040" w:type="dxa"/>
            <w:vAlign w:val="center"/>
          </w:tcPr>
          <w:p w14:paraId="41C5CFBD" w14:textId="77777777" w:rsidR="00C756FE" w:rsidRPr="00027D8D" w:rsidRDefault="00C756FE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653" w:type="dxa"/>
            <w:vAlign w:val="center"/>
          </w:tcPr>
          <w:p w14:paraId="5CBF50E3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отдельному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665" w:type="dxa"/>
            <w:vAlign w:val="center"/>
          </w:tcPr>
          <w:p w14:paraId="328EFC64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работе; учителя основной школы</w:t>
            </w:r>
          </w:p>
        </w:tc>
        <w:tc>
          <w:tcPr>
            <w:tcW w:w="3680" w:type="dxa"/>
          </w:tcPr>
          <w:p w14:paraId="72C39EFD" w14:textId="77777777" w:rsidR="00C756FE" w:rsidRPr="00027D8D" w:rsidRDefault="00C756F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BE5018F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1E1DF0A6" w14:textId="77777777" w:rsidR="00C35608" w:rsidRPr="00027D8D" w:rsidRDefault="00C35608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5E489F50" w14:textId="77777777" w:rsidR="00C35608" w:rsidRPr="00027D8D" w:rsidRDefault="00C35608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6C9F93B4" w14:textId="77777777" w:rsidR="00C35608" w:rsidRPr="00027D8D" w:rsidRDefault="00C35608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7B79B93E" w14:textId="2314B63A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lastRenderedPageBreak/>
        <w:t>МОДУЛЬ «ВНЕУРОЧНАЯ ДЕЯТЕЛЬНОСТЬ И ДОПОЛНИТЕЛЬНОЕ ОБРАЗОВАНИЕ»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7"/>
        <w:gridCol w:w="993"/>
        <w:gridCol w:w="1559"/>
        <w:gridCol w:w="2835"/>
        <w:gridCol w:w="3585"/>
      </w:tblGrid>
      <w:tr w:rsidR="008C7416" w:rsidRPr="00027D8D" w14:paraId="05A385AD" w14:textId="2410F6A0" w:rsidTr="000A63B8">
        <w:trPr>
          <w:tblHeader/>
          <w:jc w:val="center"/>
        </w:trPr>
        <w:tc>
          <w:tcPr>
            <w:tcW w:w="4927" w:type="dxa"/>
            <w:shd w:val="clear" w:color="auto" w:fill="D9EAF7"/>
            <w:vAlign w:val="center"/>
          </w:tcPr>
          <w:p w14:paraId="07C467C1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93" w:type="dxa"/>
            <w:shd w:val="clear" w:color="auto" w:fill="D9EAF7"/>
            <w:vAlign w:val="center"/>
          </w:tcPr>
          <w:p w14:paraId="14CCFDB4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59" w:type="dxa"/>
            <w:shd w:val="clear" w:color="auto" w:fill="D9EAF7"/>
            <w:vAlign w:val="center"/>
          </w:tcPr>
          <w:p w14:paraId="172DAAC6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835" w:type="dxa"/>
            <w:shd w:val="clear" w:color="auto" w:fill="D9EAF7"/>
            <w:vAlign w:val="center"/>
          </w:tcPr>
          <w:p w14:paraId="4DFD333D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585" w:type="dxa"/>
            <w:shd w:val="clear" w:color="auto" w:fill="D9EAF7"/>
          </w:tcPr>
          <w:p w14:paraId="39D20B87" w14:textId="40F248EA" w:rsidR="008C7416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8C7416" w:rsidRPr="00027D8D" w14:paraId="798F4417" w14:textId="4A1104BF" w:rsidTr="000A63B8">
        <w:trPr>
          <w:jc w:val="center"/>
        </w:trPr>
        <w:tc>
          <w:tcPr>
            <w:tcW w:w="4927" w:type="dxa"/>
            <w:vAlign w:val="center"/>
          </w:tcPr>
          <w:p w14:paraId="6D4C0181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Курс внеурочной деятельности «Разговоры о важном» по федеральной программе и календарю тем</w:t>
            </w:r>
          </w:p>
        </w:tc>
        <w:tc>
          <w:tcPr>
            <w:tcW w:w="993" w:type="dxa"/>
            <w:vAlign w:val="center"/>
          </w:tcPr>
          <w:p w14:paraId="17E2B2E5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559" w:type="dxa"/>
            <w:vAlign w:val="center"/>
          </w:tcPr>
          <w:p w14:paraId="6EF5A693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Еженедельно по понедельникам, по расписанию</w:t>
            </w:r>
          </w:p>
        </w:tc>
        <w:tc>
          <w:tcPr>
            <w:tcW w:w="2835" w:type="dxa"/>
            <w:vAlign w:val="center"/>
          </w:tcPr>
          <w:p w14:paraId="610435C2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585" w:type="dxa"/>
          </w:tcPr>
          <w:p w14:paraId="09EFF0E7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C7416" w:rsidRPr="00D318BF" w14:paraId="6A4678F4" w14:textId="54F97567" w:rsidTr="000A63B8">
        <w:trPr>
          <w:jc w:val="center"/>
        </w:trPr>
        <w:tc>
          <w:tcPr>
            <w:tcW w:w="4927" w:type="dxa"/>
            <w:vAlign w:val="center"/>
          </w:tcPr>
          <w:p w14:paraId="083426C9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Деятельность первичного отделения Движения Первых</w:t>
            </w:r>
          </w:p>
        </w:tc>
        <w:tc>
          <w:tcPr>
            <w:tcW w:w="993" w:type="dxa"/>
            <w:vAlign w:val="center"/>
          </w:tcPr>
          <w:p w14:paraId="53C0AD62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559" w:type="dxa"/>
            <w:vAlign w:val="center"/>
          </w:tcPr>
          <w:p w14:paraId="21C86391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плану первичного отделения</w:t>
            </w:r>
          </w:p>
        </w:tc>
        <w:tc>
          <w:tcPr>
            <w:tcW w:w="2835" w:type="dxa"/>
            <w:vAlign w:val="center"/>
          </w:tcPr>
          <w:p w14:paraId="1FA078C9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85" w:type="dxa"/>
          </w:tcPr>
          <w:p w14:paraId="0119E60F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C7416" w:rsidRPr="00027D8D" w14:paraId="2D2C4186" w14:textId="599B87AB" w:rsidTr="000A63B8">
        <w:trPr>
          <w:jc w:val="center"/>
        </w:trPr>
        <w:tc>
          <w:tcPr>
            <w:tcW w:w="4927" w:type="dxa"/>
            <w:vAlign w:val="center"/>
          </w:tcPr>
          <w:p w14:paraId="2C9B22DA" w14:textId="54CE52CB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Курс </w:t>
            </w:r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>«</w:t>
            </w:r>
            <w:r w:rsidR="00915778" w:rsidRPr="00027D8D">
              <w:rPr>
                <w:rFonts w:eastAsia="Calibri" w:cs="Times New Roman"/>
                <w:sz w:val="24"/>
                <w:szCs w:val="24"/>
                <w:lang w:val="ru-RU"/>
              </w:rPr>
              <w:t>Финансовая грамотность»</w:t>
            </w:r>
          </w:p>
        </w:tc>
        <w:tc>
          <w:tcPr>
            <w:tcW w:w="993" w:type="dxa"/>
            <w:vAlign w:val="center"/>
          </w:tcPr>
          <w:p w14:paraId="5694C27C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559" w:type="dxa"/>
            <w:vAlign w:val="center"/>
          </w:tcPr>
          <w:p w14:paraId="23F5FF37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Еженедельно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2F4CB799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3EB08A22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C7416" w:rsidRPr="00D318BF" w14:paraId="5CB9A02F" w14:textId="15B00595" w:rsidTr="000A63B8">
        <w:trPr>
          <w:jc w:val="center"/>
        </w:trPr>
        <w:tc>
          <w:tcPr>
            <w:tcW w:w="4927" w:type="dxa"/>
            <w:vAlign w:val="center"/>
          </w:tcPr>
          <w:p w14:paraId="15DA7C76" w14:textId="02DB3DC5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Исследовательское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объединение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>Проектная деятельность</w:t>
            </w:r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14:paraId="79E578FB" w14:textId="72653E73" w:rsidR="008C7416" w:rsidRPr="00027D8D" w:rsidRDefault="0091577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  <w:r w:rsidR="008C7416" w:rsidRPr="00027D8D">
              <w:rPr>
                <w:rFonts w:cs="Times New Roman"/>
                <w:sz w:val="24"/>
                <w:szCs w:val="24"/>
              </w:rPr>
              <w:t>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35F2546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Еженедельно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2425E472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педагог дополнительного образования (при наличии)</w:t>
            </w:r>
          </w:p>
        </w:tc>
        <w:tc>
          <w:tcPr>
            <w:tcW w:w="3585" w:type="dxa"/>
          </w:tcPr>
          <w:p w14:paraId="1CD2E6B2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C7416" w:rsidRPr="00D318BF" w14:paraId="7CF523F6" w14:textId="61E8EBAA" w:rsidTr="000A63B8">
        <w:trPr>
          <w:jc w:val="center"/>
        </w:trPr>
        <w:tc>
          <w:tcPr>
            <w:tcW w:w="4927" w:type="dxa"/>
            <w:vAlign w:val="center"/>
          </w:tcPr>
          <w:p w14:paraId="584322CF" w14:textId="1F75AE12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915778" w:rsidRPr="00027D8D">
              <w:rPr>
                <w:rFonts w:eastAsia="Calibri" w:cs="Times New Roman"/>
                <w:sz w:val="24"/>
                <w:szCs w:val="24"/>
                <w:lang w:val="ru-RU"/>
              </w:rPr>
              <w:t xml:space="preserve">Кружок </w:t>
            </w:r>
            <w:r w:rsidR="00915778" w:rsidRPr="00027D8D">
              <w:rPr>
                <w:rFonts w:eastAsia="Bookman Old Style" w:cs="Times New Roman"/>
                <w:sz w:val="24"/>
                <w:szCs w:val="24"/>
                <w:lang w:val="ru-RU"/>
              </w:rPr>
              <w:t>«Я-Ты-Он-Она-вместе целая страна»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vAlign w:val="center"/>
          </w:tcPr>
          <w:p w14:paraId="229B4315" w14:textId="07E1FC10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</w:t>
            </w:r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vAlign w:val="center"/>
          </w:tcPr>
          <w:p w14:paraId="396934FA" w14:textId="5551500C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>май</w:t>
            </w:r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  <w:vAlign w:val="center"/>
          </w:tcPr>
          <w:p w14:paraId="14222514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наличии); учитель изобразительного искусства</w:t>
            </w:r>
          </w:p>
        </w:tc>
        <w:tc>
          <w:tcPr>
            <w:tcW w:w="3585" w:type="dxa"/>
          </w:tcPr>
          <w:p w14:paraId="3FA5D105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C7416" w:rsidRPr="00027D8D" w14:paraId="7830ACD2" w14:textId="575074BF" w:rsidTr="000A63B8">
        <w:trPr>
          <w:jc w:val="center"/>
        </w:trPr>
        <w:tc>
          <w:tcPr>
            <w:tcW w:w="4927" w:type="dxa"/>
            <w:vAlign w:val="center"/>
          </w:tcPr>
          <w:p w14:paraId="6371A14E" w14:textId="45472DEF" w:rsidR="008C7416" w:rsidRPr="00027D8D" w:rsidRDefault="0091577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Медиаграмотность</w:t>
            </w:r>
            <w:proofErr w:type="spellEnd"/>
          </w:p>
        </w:tc>
        <w:tc>
          <w:tcPr>
            <w:tcW w:w="993" w:type="dxa"/>
            <w:vAlign w:val="center"/>
          </w:tcPr>
          <w:p w14:paraId="194620CE" w14:textId="7C884C4A" w:rsidR="008C7416" w:rsidRPr="00027D8D" w:rsidRDefault="0091577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  <w:r w:rsidR="008C7416" w:rsidRPr="00027D8D">
              <w:rPr>
                <w:rFonts w:cs="Times New Roman"/>
                <w:sz w:val="24"/>
                <w:szCs w:val="24"/>
              </w:rPr>
              <w:t>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2652ECB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6EC0DECF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3585" w:type="dxa"/>
          </w:tcPr>
          <w:p w14:paraId="449BAB9D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C7416" w:rsidRPr="00D318BF" w14:paraId="65B7A769" w14:textId="231372EA" w:rsidTr="000A63B8">
        <w:trPr>
          <w:jc w:val="center"/>
        </w:trPr>
        <w:tc>
          <w:tcPr>
            <w:tcW w:w="4927" w:type="dxa"/>
            <w:vAlign w:val="center"/>
          </w:tcPr>
          <w:p w14:paraId="7E62FDC7" w14:textId="3826F8BE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студия</w:t>
            </w:r>
            <w:proofErr w:type="spellEnd"/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 xml:space="preserve"> «Муза»</w:t>
            </w:r>
          </w:p>
        </w:tc>
        <w:tc>
          <w:tcPr>
            <w:tcW w:w="993" w:type="dxa"/>
            <w:vAlign w:val="center"/>
          </w:tcPr>
          <w:p w14:paraId="36AEC77C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559" w:type="dxa"/>
            <w:vAlign w:val="center"/>
          </w:tcPr>
          <w:p w14:paraId="6A27B430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наличии</w:t>
            </w:r>
            <w:proofErr w:type="spellEnd"/>
          </w:p>
        </w:tc>
        <w:tc>
          <w:tcPr>
            <w:tcW w:w="2835" w:type="dxa"/>
            <w:vAlign w:val="center"/>
          </w:tcPr>
          <w:p w14:paraId="103894F8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педагог дополнительного образования</w:t>
            </w:r>
          </w:p>
        </w:tc>
        <w:tc>
          <w:tcPr>
            <w:tcW w:w="3585" w:type="dxa"/>
          </w:tcPr>
          <w:p w14:paraId="3C2C3C6C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2CC11BBB" w14:textId="77777777" w:rsidTr="00F60EF4">
        <w:trPr>
          <w:jc w:val="center"/>
        </w:trPr>
        <w:tc>
          <w:tcPr>
            <w:tcW w:w="4927" w:type="dxa"/>
            <w:vAlign w:val="center"/>
          </w:tcPr>
          <w:p w14:paraId="73CF1E1D" w14:textId="5360F8D1" w:rsidR="00F4773B" w:rsidRPr="00027D8D" w:rsidRDefault="00F4773B" w:rsidP="00F4773B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Великие достижения соотечественников</w:t>
            </w:r>
          </w:p>
        </w:tc>
        <w:tc>
          <w:tcPr>
            <w:tcW w:w="993" w:type="dxa"/>
            <w:vAlign w:val="center"/>
          </w:tcPr>
          <w:p w14:paraId="6BC34661" w14:textId="0A87CA02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vAlign w:val="center"/>
          </w:tcPr>
          <w:p w14:paraId="3D6FDD37" w14:textId="7C555808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07866911" w14:textId="55254681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4A795BBC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4E6CEE13" w14:textId="77777777" w:rsidTr="00F60EF4">
        <w:trPr>
          <w:jc w:val="center"/>
        </w:trPr>
        <w:tc>
          <w:tcPr>
            <w:tcW w:w="4927" w:type="dxa"/>
            <w:vAlign w:val="center"/>
          </w:tcPr>
          <w:p w14:paraId="191EA59E" w14:textId="7997C8C6" w:rsidR="00F4773B" w:rsidRPr="00027D8D" w:rsidRDefault="00F4773B" w:rsidP="00F4773B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В мире профессий</w:t>
            </w:r>
          </w:p>
        </w:tc>
        <w:tc>
          <w:tcPr>
            <w:tcW w:w="993" w:type="dxa"/>
            <w:vAlign w:val="center"/>
          </w:tcPr>
          <w:p w14:paraId="47C46308" w14:textId="5C98B59B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1559" w:type="dxa"/>
            <w:vAlign w:val="center"/>
          </w:tcPr>
          <w:p w14:paraId="5418126E" w14:textId="711F27E2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расписанию</w:t>
            </w:r>
            <w:proofErr w:type="spellEnd"/>
          </w:p>
        </w:tc>
        <w:tc>
          <w:tcPr>
            <w:tcW w:w="2835" w:type="dxa"/>
          </w:tcPr>
          <w:p w14:paraId="3A87EEB6" w14:textId="120EAE50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школы</w:t>
            </w:r>
            <w:proofErr w:type="spellEnd"/>
          </w:p>
        </w:tc>
        <w:tc>
          <w:tcPr>
            <w:tcW w:w="3585" w:type="dxa"/>
          </w:tcPr>
          <w:p w14:paraId="0BDD936A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D5A28" w:rsidRPr="00027D8D" w14:paraId="2613F420" w14:textId="77777777" w:rsidTr="000A63B8">
        <w:trPr>
          <w:jc w:val="center"/>
        </w:trPr>
        <w:tc>
          <w:tcPr>
            <w:tcW w:w="4927" w:type="dxa"/>
            <w:vAlign w:val="center"/>
          </w:tcPr>
          <w:p w14:paraId="474C0E4D" w14:textId="668928B8" w:rsidR="008D5A28" w:rsidRPr="00027D8D" w:rsidRDefault="008D5A28" w:rsidP="008D5A28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Юнармия</w:t>
            </w:r>
            <w:proofErr w:type="spellEnd"/>
          </w:p>
        </w:tc>
        <w:tc>
          <w:tcPr>
            <w:tcW w:w="993" w:type="dxa"/>
            <w:vAlign w:val="center"/>
          </w:tcPr>
          <w:p w14:paraId="4BCD84E7" w14:textId="1C62A029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  <w:vAlign w:val="center"/>
          </w:tcPr>
          <w:p w14:paraId="26705F19" w14:textId="534A0867" w:rsidR="008D5A28" w:rsidRPr="00027D8D" w:rsidRDefault="008D5A28" w:rsidP="008D5A2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3FFCF901" w14:textId="78B669C8" w:rsidR="008D5A28" w:rsidRPr="00027D8D" w:rsidRDefault="00F4773B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ОБЗР</w:t>
            </w:r>
          </w:p>
        </w:tc>
        <w:tc>
          <w:tcPr>
            <w:tcW w:w="3585" w:type="dxa"/>
          </w:tcPr>
          <w:p w14:paraId="66E97AAC" w14:textId="7777777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D5A28" w:rsidRPr="00027D8D" w14:paraId="6B476FEB" w14:textId="77777777" w:rsidTr="000A63B8">
        <w:trPr>
          <w:jc w:val="center"/>
        </w:trPr>
        <w:tc>
          <w:tcPr>
            <w:tcW w:w="4927" w:type="dxa"/>
            <w:vAlign w:val="center"/>
          </w:tcPr>
          <w:p w14:paraId="534AFDF3" w14:textId="2BBA260F" w:rsidR="008D5A28" w:rsidRPr="00027D8D" w:rsidRDefault="008D5A28" w:rsidP="008D5A28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 xml:space="preserve">Школьное объединение </w:t>
            </w:r>
            <w:proofErr w:type="gramStart"/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« Движение</w:t>
            </w:r>
            <w:proofErr w:type="gramEnd"/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 xml:space="preserve"> Первых»</w:t>
            </w:r>
          </w:p>
        </w:tc>
        <w:tc>
          <w:tcPr>
            <w:tcW w:w="993" w:type="dxa"/>
            <w:vAlign w:val="center"/>
          </w:tcPr>
          <w:p w14:paraId="7EFD3402" w14:textId="0FA5A3A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vAlign w:val="center"/>
          </w:tcPr>
          <w:p w14:paraId="52C11DAC" w14:textId="4CB0C16E" w:rsidR="008D5A28" w:rsidRPr="00027D8D" w:rsidRDefault="008D5A28" w:rsidP="008D5A2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559C2D85" w14:textId="1CA996E0" w:rsidR="008D5A28" w:rsidRPr="00027D8D" w:rsidRDefault="00F4773B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3585" w:type="dxa"/>
          </w:tcPr>
          <w:p w14:paraId="638B1F95" w14:textId="7777777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D5A28" w:rsidRPr="00027D8D" w14:paraId="1E834C73" w14:textId="77777777" w:rsidTr="000A63B8">
        <w:trPr>
          <w:jc w:val="center"/>
        </w:trPr>
        <w:tc>
          <w:tcPr>
            <w:tcW w:w="4927" w:type="dxa"/>
            <w:vAlign w:val="center"/>
          </w:tcPr>
          <w:p w14:paraId="02213161" w14:textId="3CE27246" w:rsidR="008D5A28" w:rsidRPr="00027D8D" w:rsidRDefault="008D5A28" w:rsidP="008D5A28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ЮИД</w:t>
            </w:r>
          </w:p>
        </w:tc>
        <w:tc>
          <w:tcPr>
            <w:tcW w:w="993" w:type="dxa"/>
            <w:vAlign w:val="center"/>
          </w:tcPr>
          <w:p w14:paraId="4E700C56" w14:textId="49FA7A9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1559" w:type="dxa"/>
            <w:vAlign w:val="center"/>
          </w:tcPr>
          <w:p w14:paraId="3B961EA1" w14:textId="33F9744D" w:rsidR="008D5A28" w:rsidRPr="00027D8D" w:rsidRDefault="008D5A28" w:rsidP="008D5A2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0921D9BD" w14:textId="0997CD05" w:rsidR="008D5A28" w:rsidRPr="00027D8D" w:rsidRDefault="00F4773B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3585" w:type="dxa"/>
          </w:tcPr>
          <w:p w14:paraId="72AAD391" w14:textId="7777777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5492CFB0" w14:textId="77777777" w:rsidTr="005C363F">
        <w:trPr>
          <w:jc w:val="center"/>
        </w:trPr>
        <w:tc>
          <w:tcPr>
            <w:tcW w:w="4927" w:type="dxa"/>
            <w:vAlign w:val="center"/>
          </w:tcPr>
          <w:p w14:paraId="0148CAB2" w14:textId="46C28171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Семьеведение</w:t>
            </w:r>
            <w:proofErr w:type="spellEnd"/>
          </w:p>
        </w:tc>
        <w:tc>
          <w:tcPr>
            <w:tcW w:w="993" w:type="dxa"/>
            <w:vAlign w:val="center"/>
          </w:tcPr>
          <w:p w14:paraId="6094B639" w14:textId="293DDC0E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59" w:type="dxa"/>
            <w:vAlign w:val="center"/>
          </w:tcPr>
          <w:p w14:paraId="441FA550" w14:textId="03EF7190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0D15D5FE" w14:textId="485E3A4B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19BF2247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6B8D12A7" w14:textId="77777777" w:rsidTr="005C363F">
        <w:trPr>
          <w:jc w:val="center"/>
        </w:trPr>
        <w:tc>
          <w:tcPr>
            <w:tcW w:w="4927" w:type="dxa"/>
            <w:vAlign w:val="center"/>
          </w:tcPr>
          <w:p w14:paraId="75CF953A" w14:textId="069DCC61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Живая планета</w:t>
            </w:r>
          </w:p>
        </w:tc>
        <w:tc>
          <w:tcPr>
            <w:tcW w:w="993" w:type="dxa"/>
            <w:vAlign w:val="center"/>
          </w:tcPr>
          <w:p w14:paraId="379CC05E" w14:textId="1F1F84A5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1559" w:type="dxa"/>
            <w:vAlign w:val="center"/>
          </w:tcPr>
          <w:p w14:paraId="138C9803" w14:textId="13E44EA6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13B077F8" w14:textId="61EF3765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73F72681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2A93CC5D" w14:textId="77777777" w:rsidTr="005C363F">
        <w:trPr>
          <w:jc w:val="center"/>
        </w:trPr>
        <w:tc>
          <w:tcPr>
            <w:tcW w:w="4927" w:type="dxa"/>
            <w:vAlign w:val="center"/>
          </w:tcPr>
          <w:p w14:paraId="2097379B" w14:textId="7EB64FA8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В мире географии</w:t>
            </w:r>
          </w:p>
        </w:tc>
        <w:tc>
          <w:tcPr>
            <w:tcW w:w="993" w:type="dxa"/>
            <w:vAlign w:val="center"/>
          </w:tcPr>
          <w:p w14:paraId="643CEE2D" w14:textId="734CB701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vAlign w:val="center"/>
          </w:tcPr>
          <w:p w14:paraId="108A2F62" w14:textId="38A9E5A9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20487FD2" w14:textId="312D09F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185C5E21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3ED07677" w14:textId="77777777" w:rsidTr="00637E7F">
        <w:trPr>
          <w:jc w:val="center"/>
        </w:trPr>
        <w:tc>
          <w:tcPr>
            <w:tcW w:w="4927" w:type="dxa"/>
            <w:vAlign w:val="center"/>
          </w:tcPr>
          <w:p w14:paraId="22D17C92" w14:textId="67FA143B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Большая перемена</w:t>
            </w:r>
          </w:p>
        </w:tc>
        <w:tc>
          <w:tcPr>
            <w:tcW w:w="993" w:type="dxa"/>
            <w:vAlign w:val="center"/>
          </w:tcPr>
          <w:p w14:paraId="59A4A083" w14:textId="55E5A43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vAlign w:val="center"/>
          </w:tcPr>
          <w:p w14:paraId="1BAEB9A1" w14:textId="68DC5670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19140884" w14:textId="2270860D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30977E2E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0DDFEA92" w14:textId="77777777" w:rsidTr="00637E7F">
        <w:trPr>
          <w:jc w:val="center"/>
        </w:trPr>
        <w:tc>
          <w:tcPr>
            <w:tcW w:w="4927" w:type="dxa"/>
            <w:vAlign w:val="center"/>
          </w:tcPr>
          <w:p w14:paraId="5EBB3C12" w14:textId="7F5E2AE3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«Математический курс"</w:t>
            </w:r>
          </w:p>
        </w:tc>
        <w:tc>
          <w:tcPr>
            <w:tcW w:w="993" w:type="dxa"/>
            <w:vAlign w:val="center"/>
          </w:tcPr>
          <w:p w14:paraId="4FFC57B4" w14:textId="4AC20928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vAlign w:val="center"/>
          </w:tcPr>
          <w:p w14:paraId="1EBD7414" w14:textId="67ED02EB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651AD504" w14:textId="51D36595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516AEBAB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68E56094" w14:textId="77777777" w:rsidTr="00637E7F">
        <w:trPr>
          <w:jc w:val="center"/>
        </w:trPr>
        <w:tc>
          <w:tcPr>
            <w:tcW w:w="4927" w:type="dxa"/>
            <w:vAlign w:val="center"/>
          </w:tcPr>
          <w:p w14:paraId="15016F4E" w14:textId="4DAB3A7D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Подготовка к ВПР</w:t>
            </w:r>
          </w:p>
        </w:tc>
        <w:tc>
          <w:tcPr>
            <w:tcW w:w="993" w:type="dxa"/>
            <w:vAlign w:val="center"/>
          </w:tcPr>
          <w:p w14:paraId="7317C44C" w14:textId="10E63174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vAlign w:val="center"/>
          </w:tcPr>
          <w:p w14:paraId="71D283F4" w14:textId="0A95D15C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341D1AA8" w14:textId="35ECDC32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5B9471FA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30CF50D3" w14:textId="77777777" w:rsidTr="00637E7F">
        <w:trPr>
          <w:jc w:val="center"/>
        </w:trPr>
        <w:tc>
          <w:tcPr>
            <w:tcW w:w="4927" w:type="dxa"/>
            <w:vAlign w:val="center"/>
          </w:tcPr>
          <w:p w14:paraId="060DCDE6" w14:textId="4753AA10" w:rsidR="00F4773B" w:rsidRPr="00027D8D" w:rsidRDefault="00F4773B" w:rsidP="00F4773B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Курс «Секреты русского языка»</w:t>
            </w:r>
          </w:p>
        </w:tc>
        <w:tc>
          <w:tcPr>
            <w:tcW w:w="993" w:type="dxa"/>
            <w:vAlign w:val="center"/>
          </w:tcPr>
          <w:p w14:paraId="5AA0A5FA" w14:textId="0ECEFCCD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  <w:vAlign w:val="center"/>
          </w:tcPr>
          <w:p w14:paraId="600C5537" w14:textId="308D5DB0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542E0050" w14:textId="5AC8468D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585" w:type="dxa"/>
          </w:tcPr>
          <w:p w14:paraId="03CED508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D5A28" w:rsidRPr="00027D8D" w14:paraId="796D4AC0" w14:textId="77777777" w:rsidTr="000A63B8">
        <w:trPr>
          <w:jc w:val="center"/>
        </w:trPr>
        <w:tc>
          <w:tcPr>
            <w:tcW w:w="4927" w:type="dxa"/>
            <w:vAlign w:val="center"/>
          </w:tcPr>
          <w:p w14:paraId="4B130BC7" w14:textId="4D4E4DC9" w:rsidR="008D5A28" w:rsidRPr="00027D8D" w:rsidRDefault="008D5A28" w:rsidP="008D5A28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Волейбол</w:t>
            </w:r>
          </w:p>
        </w:tc>
        <w:tc>
          <w:tcPr>
            <w:tcW w:w="993" w:type="dxa"/>
            <w:vAlign w:val="center"/>
          </w:tcPr>
          <w:p w14:paraId="34B7BD44" w14:textId="1A3D3FEC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vAlign w:val="center"/>
          </w:tcPr>
          <w:p w14:paraId="07E4A9BB" w14:textId="3A4FE34F" w:rsidR="008D5A28" w:rsidRPr="00027D8D" w:rsidRDefault="008D5A28" w:rsidP="008D5A2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6A501E1B" w14:textId="3846295D" w:rsidR="008D5A28" w:rsidRPr="00027D8D" w:rsidRDefault="00F4773B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физической культуры</w:t>
            </w:r>
          </w:p>
        </w:tc>
        <w:tc>
          <w:tcPr>
            <w:tcW w:w="3585" w:type="dxa"/>
          </w:tcPr>
          <w:p w14:paraId="1E9FF456" w14:textId="7777777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D5A28" w:rsidRPr="00027D8D" w14:paraId="322AFC24" w14:textId="77777777" w:rsidTr="000A63B8">
        <w:trPr>
          <w:jc w:val="center"/>
        </w:trPr>
        <w:tc>
          <w:tcPr>
            <w:tcW w:w="4927" w:type="dxa"/>
            <w:vAlign w:val="center"/>
          </w:tcPr>
          <w:p w14:paraId="76DCFBCF" w14:textId="316C7396" w:rsidR="008D5A28" w:rsidRPr="00027D8D" w:rsidRDefault="008D5A28" w:rsidP="008D5A28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Баскетбол</w:t>
            </w:r>
          </w:p>
        </w:tc>
        <w:tc>
          <w:tcPr>
            <w:tcW w:w="993" w:type="dxa"/>
            <w:vAlign w:val="center"/>
          </w:tcPr>
          <w:p w14:paraId="16B52C50" w14:textId="0B5A237A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  <w:vAlign w:val="center"/>
          </w:tcPr>
          <w:p w14:paraId="3F71B322" w14:textId="25D01449" w:rsidR="008D5A28" w:rsidRPr="00027D8D" w:rsidRDefault="008D5A28" w:rsidP="008D5A2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07F1F06D" w14:textId="128B09C8" w:rsidR="008D5A28" w:rsidRPr="00027D8D" w:rsidRDefault="00F4773B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физической культуры</w:t>
            </w:r>
          </w:p>
        </w:tc>
        <w:tc>
          <w:tcPr>
            <w:tcW w:w="3585" w:type="dxa"/>
          </w:tcPr>
          <w:p w14:paraId="67A14D9A" w14:textId="7777777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D5A28" w:rsidRPr="00027D8D" w14:paraId="3AC8862E" w14:textId="77777777" w:rsidTr="000A63B8">
        <w:trPr>
          <w:jc w:val="center"/>
        </w:trPr>
        <w:tc>
          <w:tcPr>
            <w:tcW w:w="4927" w:type="dxa"/>
            <w:vAlign w:val="center"/>
          </w:tcPr>
          <w:p w14:paraId="129C63FF" w14:textId="1728C3D4" w:rsidR="008D5A28" w:rsidRPr="00027D8D" w:rsidRDefault="008D5A28" w:rsidP="008D5A28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Россия- мои горизонты</w:t>
            </w:r>
          </w:p>
        </w:tc>
        <w:tc>
          <w:tcPr>
            <w:tcW w:w="993" w:type="dxa"/>
            <w:vAlign w:val="center"/>
          </w:tcPr>
          <w:p w14:paraId="14B4DFB1" w14:textId="72F5ECCB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6-9</w:t>
            </w:r>
          </w:p>
        </w:tc>
        <w:tc>
          <w:tcPr>
            <w:tcW w:w="1559" w:type="dxa"/>
            <w:vAlign w:val="center"/>
          </w:tcPr>
          <w:p w14:paraId="79F649A9" w14:textId="3AA6EC0B" w:rsidR="008D5A28" w:rsidRPr="00027D8D" w:rsidRDefault="008D5A28" w:rsidP="008D5A2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7874D9B8" w14:textId="4BD1EE91" w:rsidR="008D5A28" w:rsidRPr="00027D8D" w:rsidRDefault="00F4773B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85" w:type="dxa"/>
          </w:tcPr>
          <w:p w14:paraId="35D15577" w14:textId="77777777" w:rsidR="008D5A28" w:rsidRPr="00027D8D" w:rsidRDefault="008D5A28" w:rsidP="008D5A2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C7416" w:rsidRPr="00027D8D" w14:paraId="556823DF" w14:textId="0816C4AB" w:rsidTr="000A63B8">
        <w:trPr>
          <w:jc w:val="center"/>
        </w:trPr>
        <w:tc>
          <w:tcPr>
            <w:tcW w:w="4927" w:type="dxa"/>
            <w:vAlign w:val="center"/>
          </w:tcPr>
          <w:p w14:paraId="519E659F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Шахматный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клуб</w:t>
            </w:r>
            <w:proofErr w:type="spellEnd"/>
          </w:p>
        </w:tc>
        <w:tc>
          <w:tcPr>
            <w:tcW w:w="993" w:type="dxa"/>
            <w:vAlign w:val="center"/>
          </w:tcPr>
          <w:p w14:paraId="44AD75FA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559" w:type="dxa"/>
            <w:vAlign w:val="center"/>
          </w:tcPr>
          <w:p w14:paraId="4D93E344" w14:textId="7ECB44F0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3D8293AD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дополнительного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585" w:type="dxa"/>
          </w:tcPr>
          <w:p w14:paraId="6C8387E5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C7416" w:rsidRPr="00D318BF" w14:paraId="21A74433" w14:textId="0D0149BD" w:rsidTr="000A63B8">
        <w:trPr>
          <w:jc w:val="center"/>
        </w:trPr>
        <w:tc>
          <w:tcPr>
            <w:tcW w:w="4927" w:type="dxa"/>
            <w:vAlign w:val="center"/>
          </w:tcPr>
          <w:p w14:paraId="1734FB8E" w14:textId="4DB22F19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секции школьного спортивного клуба</w:t>
            </w:r>
            <w:r w:rsidR="00915778" w:rsidRPr="00027D8D">
              <w:rPr>
                <w:rFonts w:cs="Times New Roman"/>
                <w:sz w:val="24"/>
                <w:szCs w:val="24"/>
                <w:lang w:val="ru-RU"/>
              </w:rPr>
              <w:t xml:space="preserve"> «Школа здоровья»</w:t>
            </w:r>
          </w:p>
        </w:tc>
        <w:tc>
          <w:tcPr>
            <w:tcW w:w="993" w:type="dxa"/>
            <w:vAlign w:val="center"/>
          </w:tcPr>
          <w:p w14:paraId="66A32C62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559" w:type="dxa"/>
            <w:vAlign w:val="center"/>
          </w:tcPr>
          <w:p w14:paraId="1CEA957A" w14:textId="7DA3F07F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6E75360B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  <w:tc>
          <w:tcPr>
            <w:tcW w:w="3585" w:type="dxa"/>
          </w:tcPr>
          <w:p w14:paraId="0576A0B8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C7416" w:rsidRPr="00D318BF" w14:paraId="2F966397" w14:textId="33006A24" w:rsidTr="000A63B8">
        <w:trPr>
          <w:jc w:val="center"/>
        </w:trPr>
        <w:tc>
          <w:tcPr>
            <w:tcW w:w="4927" w:type="dxa"/>
            <w:vAlign w:val="center"/>
          </w:tcPr>
          <w:p w14:paraId="28F02A47" w14:textId="60913F9D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Интеллектуальн</w:t>
            </w:r>
            <w:r w:rsidR="008D5A28" w:rsidRPr="00027D8D">
              <w:rPr>
                <w:rFonts w:cs="Times New Roman"/>
                <w:sz w:val="24"/>
                <w:szCs w:val="24"/>
                <w:lang w:val="ru-RU"/>
              </w:rPr>
              <w:t>ый</w:t>
            </w:r>
            <w:proofErr w:type="spellEnd"/>
            <w:r w:rsidR="008D5A28" w:rsidRPr="00027D8D">
              <w:rPr>
                <w:rFonts w:cs="Times New Roman"/>
                <w:sz w:val="24"/>
                <w:szCs w:val="24"/>
                <w:lang w:val="ru-RU"/>
              </w:rPr>
              <w:t xml:space="preserve"> клуб</w:t>
            </w:r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Юны</w:t>
            </w:r>
            <w:proofErr w:type="spellEnd"/>
            <w:r w:rsidR="008D5A28" w:rsidRPr="00027D8D">
              <w:rPr>
                <w:rFonts w:cs="Times New Roman"/>
                <w:sz w:val="24"/>
                <w:szCs w:val="24"/>
                <w:lang w:val="ru-RU"/>
              </w:rPr>
              <w:t>е музееведы</w:t>
            </w:r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14:paraId="20929FCA" w14:textId="2EEB3248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6–</w:t>
            </w:r>
            <w:r w:rsidR="00F4773B"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59" w:type="dxa"/>
            <w:vAlign w:val="center"/>
          </w:tcPr>
          <w:p w14:paraId="3408D27D" w14:textId="79A61684" w:rsidR="008C7416" w:rsidRPr="00027D8D" w:rsidRDefault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517FD189" w14:textId="03F4624A" w:rsidR="008C7416" w:rsidRPr="00027D8D" w:rsidRDefault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Педагог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дополнительного образования </w:t>
            </w:r>
            <w:r w:rsidR="008C7416" w:rsidRPr="00027D8D">
              <w:rPr>
                <w:rFonts w:cs="Times New Roman"/>
                <w:sz w:val="24"/>
                <w:szCs w:val="24"/>
                <w:lang w:val="ru-RU"/>
              </w:rPr>
              <w:t>школы; руководитель школьного музея</w:t>
            </w:r>
          </w:p>
        </w:tc>
        <w:tc>
          <w:tcPr>
            <w:tcW w:w="3585" w:type="dxa"/>
          </w:tcPr>
          <w:p w14:paraId="31F4C2DE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1D3A8408" w14:textId="77777777" w:rsidTr="00910733">
        <w:trPr>
          <w:jc w:val="center"/>
        </w:trPr>
        <w:tc>
          <w:tcPr>
            <w:tcW w:w="4927" w:type="dxa"/>
            <w:vAlign w:val="center"/>
          </w:tcPr>
          <w:p w14:paraId="6F052FF0" w14:textId="77777777" w:rsidR="00F4773B" w:rsidRPr="00027D8D" w:rsidRDefault="00F4773B" w:rsidP="008665DD">
            <w:pPr>
              <w:spacing w:after="160" w:line="259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Танцевальная студия «Вдохновение»</w:t>
            </w:r>
          </w:p>
          <w:p w14:paraId="31BFD4A9" w14:textId="77777777" w:rsidR="00F4773B" w:rsidRPr="00027D8D" w:rsidRDefault="00F4773B" w:rsidP="008665D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274E2E77" w14:textId="3040817A" w:rsidR="00F4773B" w:rsidRPr="00027D8D" w:rsidRDefault="008665DD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559" w:type="dxa"/>
          </w:tcPr>
          <w:p w14:paraId="7D594140" w14:textId="6F0F2189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64293307" w14:textId="6A431E4A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 дополнительного образования школы; </w:t>
            </w:r>
          </w:p>
        </w:tc>
        <w:tc>
          <w:tcPr>
            <w:tcW w:w="3585" w:type="dxa"/>
          </w:tcPr>
          <w:p w14:paraId="1B977A46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027D8D" w14:paraId="172A3D8D" w14:textId="77777777" w:rsidTr="00910733">
        <w:trPr>
          <w:jc w:val="center"/>
        </w:trPr>
        <w:tc>
          <w:tcPr>
            <w:tcW w:w="4927" w:type="dxa"/>
            <w:vAlign w:val="center"/>
          </w:tcPr>
          <w:p w14:paraId="3938CF76" w14:textId="77777777" w:rsidR="00F4773B" w:rsidRPr="00027D8D" w:rsidRDefault="00F4773B" w:rsidP="008665DD">
            <w:pPr>
              <w:spacing w:after="160" w:line="259" w:lineRule="auto"/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>Ансамбль «</w:t>
            </w:r>
            <w:proofErr w:type="spellStart"/>
            <w:r w:rsidRPr="00027D8D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>Славяночка</w:t>
            </w:r>
            <w:proofErr w:type="spellEnd"/>
            <w:r w:rsidRPr="00027D8D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14:paraId="29A5934C" w14:textId="77777777" w:rsidR="00F4773B" w:rsidRPr="00027D8D" w:rsidRDefault="00F4773B" w:rsidP="008665D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50108427" w14:textId="4346EA39" w:rsidR="00F4773B" w:rsidRPr="00027D8D" w:rsidRDefault="008665DD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</w:tcPr>
          <w:p w14:paraId="24AAB931" w14:textId="328686FF" w:rsidR="00F4773B" w:rsidRPr="00027D8D" w:rsidRDefault="00F4773B" w:rsidP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</w:tcPr>
          <w:p w14:paraId="448F4B4B" w14:textId="2BEDFC56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 дополнительного образования школы; </w:t>
            </w:r>
          </w:p>
        </w:tc>
        <w:tc>
          <w:tcPr>
            <w:tcW w:w="3585" w:type="dxa"/>
          </w:tcPr>
          <w:p w14:paraId="48484274" w14:textId="77777777" w:rsidR="00F4773B" w:rsidRPr="00027D8D" w:rsidRDefault="00F4773B" w:rsidP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4773B" w:rsidRPr="00D318BF" w14:paraId="287610C2" w14:textId="77777777" w:rsidTr="000A63B8">
        <w:trPr>
          <w:jc w:val="center"/>
        </w:trPr>
        <w:tc>
          <w:tcPr>
            <w:tcW w:w="4927" w:type="dxa"/>
            <w:vAlign w:val="center"/>
          </w:tcPr>
          <w:p w14:paraId="1DD26D5C" w14:textId="6F4E886F" w:rsidR="00F4773B" w:rsidRPr="00027D8D" w:rsidRDefault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Клуб «Поиск»</w:t>
            </w:r>
          </w:p>
        </w:tc>
        <w:tc>
          <w:tcPr>
            <w:tcW w:w="993" w:type="dxa"/>
            <w:vAlign w:val="center"/>
          </w:tcPr>
          <w:p w14:paraId="2CBA2CC1" w14:textId="7516DD70" w:rsidR="00F4773B" w:rsidRPr="00027D8D" w:rsidRDefault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  <w:vAlign w:val="center"/>
          </w:tcPr>
          <w:p w14:paraId="7D53A2C7" w14:textId="64A14A0F" w:rsidR="00F4773B" w:rsidRPr="00027D8D" w:rsidRDefault="00F4773B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835" w:type="dxa"/>
            <w:vAlign w:val="center"/>
          </w:tcPr>
          <w:p w14:paraId="0C98B51E" w14:textId="25C7D703" w:rsidR="00F4773B" w:rsidRPr="00027D8D" w:rsidRDefault="00F477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школы; руководитель школьного музея</w:t>
            </w:r>
          </w:p>
        </w:tc>
        <w:tc>
          <w:tcPr>
            <w:tcW w:w="3585" w:type="dxa"/>
          </w:tcPr>
          <w:p w14:paraId="5968E716" w14:textId="77777777" w:rsidR="00F4773B" w:rsidRPr="00027D8D" w:rsidRDefault="00F4773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C7416" w:rsidRPr="00D318BF" w14:paraId="12A369FF" w14:textId="7FC1ADDE" w:rsidTr="000A63B8">
        <w:trPr>
          <w:jc w:val="center"/>
        </w:trPr>
        <w:tc>
          <w:tcPr>
            <w:tcW w:w="4927" w:type="dxa"/>
            <w:vAlign w:val="center"/>
          </w:tcPr>
          <w:p w14:paraId="16BB7AA0" w14:textId="77777777" w:rsidR="008C7416" w:rsidRPr="00027D8D" w:rsidRDefault="008C7416">
            <w:pPr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Итоговая презентация результатов внеурочной деятельности и дополнительного образования</w:t>
            </w:r>
          </w:p>
        </w:tc>
        <w:tc>
          <w:tcPr>
            <w:tcW w:w="993" w:type="dxa"/>
            <w:vAlign w:val="center"/>
          </w:tcPr>
          <w:p w14:paraId="315BF9D5" w14:textId="77777777" w:rsidR="008C7416" w:rsidRPr="00027D8D" w:rsidRDefault="008C741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559" w:type="dxa"/>
            <w:vAlign w:val="center"/>
          </w:tcPr>
          <w:p w14:paraId="308C3294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  <w:vAlign w:val="center"/>
          </w:tcPr>
          <w:p w14:paraId="0D7D1536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руководители объединений</w:t>
            </w:r>
          </w:p>
        </w:tc>
        <w:tc>
          <w:tcPr>
            <w:tcW w:w="3585" w:type="dxa"/>
          </w:tcPr>
          <w:p w14:paraId="443826FE" w14:textId="77777777" w:rsidR="008C7416" w:rsidRPr="00027D8D" w:rsidRDefault="008C74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22262A04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2D268EC8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«КЛАССНОЕ РУКОВОДСТВО»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32"/>
        <w:gridCol w:w="708"/>
        <w:gridCol w:w="1418"/>
        <w:gridCol w:w="1701"/>
        <w:gridCol w:w="2362"/>
      </w:tblGrid>
      <w:tr w:rsidR="000A63B8" w:rsidRPr="00027D8D" w14:paraId="7DFC8986" w14:textId="276DE3FE" w:rsidTr="00D76929">
        <w:trPr>
          <w:tblHeader/>
          <w:jc w:val="center"/>
        </w:trPr>
        <w:tc>
          <w:tcPr>
            <w:tcW w:w="7532" w:type="dxa"/>
            <w:shd w:val="clear" w:color="auto" w:fill="D9EAF7"/>
            <w:vAlign w:val="center"/>
          </w:tcPr>
          <w:p w14:paraId="3B405264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708" w:type="dxa"/>
            <w:shd w:val="clear" w:color="auto" w:fill="D9EAF7"/>
            <w:vAlign w:val="center"/>
          </w:tcPr>
          <w:p w14:paraId="2DA5A7F6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18" w:type="dxa"/>
            <w:shd w:val="clear" w:color="auto" w:fill="D9EAF7"/>
            <w:vAlign w:val="center"/>
          </w:tcPr>
          <w:p w14:paraId="472955D8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1701" w:type="dxa"/>
            <w:shd w:val="clear" w:color="auto" w:fill="D9EAF7"/>
            <w:vAlign w:val="center"/>
          </w:tcPr>
          <w:p w14:paraId="17CF1244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2362" w:type="dxa"/>
            <w:shd w:val="clear" w:color="auto" w:fill="D9EAF7"/>
          </w:tcPr>
          <w:p w14:paraId="3DD04637" w14:textId="646542A8" w:rsidR="000A63B8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0A63B8" w:rsidRPr="00D318BF" w14:paraId="2F5B3263" w14:textId="7A2275A2" w:rsidTr="00D76929">
        <w:trPr>
          <w:jc w:val="center"/>
        </w:trPr>
        <w:tc>
          <w:tcPr>
            <w:tcW w:w="7532" w:type="dxa"/>
            <w:vAlign w:val="center"/>
          </w:tcPr>
          <w:p w14:paraId="5C34DD2D" w14:textId="77777777" w:rsidR="000A63B8" w:rsidRPr="00027D8D" w:rsidRDefault="000A63B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Церемония поднятия Государственного флага Российской Федерации и исполнения Государственного гимна Российской Федерации</w:t>
            </w:r>
          </w:p>
        </w:tc>
        <w:tc>
          <w:tcPr>
            <w:tcW w:w="708" w:type="dxa"/>
            <w:vAlign w:val="center"/>
          </w:tcPr>
          <w:p w14:paraId="7315FF28" w14:textId="77777777" w:rsidR="000A63B8" w:rsidRPr="00027D8D" w:rsidRDefault="000A63B8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DEA8C61" w14:textId="77777777" w:rsidR="000A63B8" w:rsidRPr="00027D8D" w:rsidRDefault="000A63B8" w:rsidP="00C3560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Еженедельно по понедельникам до начала занятий; в иные дни — по локальному порядку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школы</w:t>
            </w:r>
          </w:p>
        </w:tc>
        <w:tc>
          <w:tcPr>
            <w:tcW w:w="1701" w:type="dxa"/>
            <w:vAlign w:val="center"/>
          </w:tcPr>
          <w:p w14:paraId="1A183FFB" w14:textId="77777777" w:rsidR="000A63B8" w:rsidRPr="00027D8D" w:rsidRDefault="000A63B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Заместитель директора по воспитательной работе; советник директора по воспитанию и взаимодействию с детскими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общественными объединениями</w:t>
            </w:r>
          </w:p>
        </w:tc>
        <w:tc>
          <w:tcPr>
            <w:tcW w:w="2362" w:type="dxa"/>
          </w:tcPr>
          <w:p w14:paraId="1707B6E6" w14:textId="77777777" w:rsidR="000A63B8" w:rsidRPr="00027D8D" w:rsidRDefault="000A63B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A63B8" w:rsidRPr="00027D8D" w14:paraId="65CE730D" w14:textId="1E005087" w:rsidTr="00D76929">
        <w:trPr>
          <w:jc w:val="center"/>
        </w:trPr>
        <w:tc>
          <w:tcPr>
            <w:tcW w:w="7532" w:type="dxa"/>
            <w:vAlign w:val="center"/>
          </w:tcPr>
          <w:p w14:paraId="58A8CE44" w14:textId="77777777" w:rsidR="000A63B8" w:rsidRPr="00027D8D" w:rsidRDefault="000A63B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классные часы по рабочей программе воспитания</w:t>
            </w:r>
          </w:p>
        </w:tc>
        <w:tc>
          <w:tcPr>
            <w:tcW w:w="708" w:type="dxa"/>
            <w:vAlign w:val="center"/>
          </w:tcPr>
          <w:p w14:paraId="5EFDD96C" w14:textId="77777777" w:rsidR="000A63B8" w:rsidRPr="00027D8D" w:rsidRDefault="000A63B8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B8AF274" w14:textId="16D26206" w:rsidR="000A63B8" w:rsidRPr="00027D8D" w:rsidRDefault="008665D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</w:t>
            </w:r>
            <w:r w:rsidR="000A63B8" w:rsidRPr="00027D8D">
              <w:rPr>
                <w:rFonts w:cs="Times New Roman"/>
                <w:sz w:val="24"/>
                <w:szCs w:val="24"/>
                <w:lang w:val="ru-RU"/>
              </w:rPr>
              <w:t xml:space="preserve"> раз в месяц</w:t>
            </w:r>
          </w:p>
        </w:tc>
        <w:tc>
          <w:tcPr>
            <w:tcW w:w="1701" w:type="dxa"/>
            <w:vAlign w:val="center"/>
          </w:tcPr>
          <w:p w14:paraId="2C842D66" w14:textId="77777777" w:rsidR="000A63B8" w:rsidRPr="00027D8D" w:rsidRDefault="000A63B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D1DFCA6" w14:textId="77777777" w:rsidR="000A63B8" w:rsidRPr="00027D8D" w:rsidRDefault="000A63B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665DD" w:rsidRPr="00027D8D" w14:paraId="5994C122" w14:textId="77777777" w:rsidTr="008665DD">
        <w:trPr>
          <w:jc w:val="center"/>
        </w:trPr>
        <w:tc>
          <w:tcPr>
            <w:tcW w:w="13721" w:type="dxa"/>
            <w:gridSpan w:val="5"/>
            <w:shd w:val="clear" w:color="auto" w:fill="FF0000"/>
            <w:vAlign w:val="center"/>
          </w:tcPr>
          <w:p w14:paraId="61F04505" w14:textId="1F163023" w:rsidR="008665DD" w:rsidRPr="00027D8D" w:rsidRDefault="008665DD" w:rsidP="008665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классных часов</w:t>
            </w:r>
          </w:p>
        </w:tc>
      </w:tr>
      <w:tr w:rsidR="00D76929" w:rsidRPr="00027D8D" w14:paraId="265AE863" w14:textId="77777777" w:rsidTr="00356DCB">
        <w:trPr>
          <w:jc w:val="center"/>
        </w:trPr>
        <w:tc>
          <w:tcPr>
            <w:tcW w:w="7532" w:type="dxa"/>
            <w:vAlign w:val="center"/>
          </w:tcPr>
          <w:p w14:paraId="58B1E864" w14:textId="77777777" w:rsidR="00D76929" w:rsidRPr="00027D8D" w:rsidRDefault="00D76929" w:rsidP="00D76929">
            <w:pPr>
              <w:spacing w:after="177" w:line="249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1.Общие вопросы профилактики проявлений экстремизма. Безопасное поведение на улице, в школе и дома. «Действия населения по сигналу «Внимание всем» и по сигналу о срочной эвакуации». </w:t>
            </w:r>
          </w:p>
          <w:p w14:paraId="7B9960FC" w14:textId="3C2D2AA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2.Твои новые предметы и учителя.</w:t>
            </w:r>
          </w:p>
        </w:tc>
        <w:tc>
          <w:tcPr>
            <w:tcW w:w="708" w:type="dxa"/>
            <w:vAlign w:val="center"/>
          </w:tcPr>
          <w:p w14:paraId="462AAA31" w14:textId="570A39B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6DD0035F" w14:textId="629AFF99" w:rsidR="00D76929" w:rsidRPr="00027D8D" w:rsidRDefault="00D76929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701" w:type="dxa"/>
          </w:tcPr>
          <w:p w14:paraId="601E5117" w14:textId="4141C98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619C9AF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7300B15B" w14:textId="77777777" w:rsidTr="00356DCB">
        <w:trPr>
          <w:jc w:val="center"/>
        </w:trPr>
        <w:tc>
          <w:tcPr>
            <w:tcW w:w="7532" w:type="dxa"/>
            <w:vAlign w:val="center"/>
          </w:tcPr>
          <w:p w14:paraId="3E0550E1" w14:textId="77777777" w:rsidR="00D76929" w:rsidRPr="00027D8D" w:rsidRDefault="00D76929" w:rsidP="00D76929">
            <w:pPr>
              <w:spacing w:after="149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1.Терроризм и безопасность человека в современном мире. Азбука безопасности. </w:t>
            </w:r>
          </w:p>
          <w:p w14:paraId="18507666" w14:textId="6CFC9164" w:rsidR="00D76929" w:rsidRPr="00027D8D" w:rsidRDefault="00D76929" w:rsidP="00D76929">
            <w:pPr>
              <w:spacing w:after="177" w:line="249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2.Традиции моего народа.</w:t>
            </w:r>
          </w:p>
        </w:tc>
        <w:tc>
          <w:tcPr>
            <w:tcW w:w="708" w:type="dxa"/>
            <w:vAlign w:val="center"/>
          </w:tcPr>
          <w:p w14:paraId="61DAE4CB" w14:textId="29F6177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2588335D" w14:textId="291F8714" w:rsidR="00D76929" w:rsidRPr="00027D8D" w:rsidRDefault="00D76929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701" w:type="dxa"/>
          </w:tcPr>
          <w:p w14:paraId="752734AC" w14:textId="13DD7AB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C1CAC0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00A8822" w14:textId="77777777" w:rsidTr="00356DCB">
        <w:trPr>
          <w:jc w:val="center"/>
        </w:trPr>
        <w:tc>
          <w:tcPr>
            <w:tcW w:w="7532" w:type="dxa"/>
            <w:vAlign w:val="center"/>
          </w:tcPr>
          <w:p w14:paraId="61D6500D" w14:textId="77777777" w:rsidR="00D76929" w:rsidRPr="00027D8D" w:rsidRDefault="00D76929" w:rsidP="00D76929">
            <w:pPr>
              <w:spacing w:after="149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 «Ты не один. Прекрасное рядом с нами». «Умей управлять своими эмоциями» </w:t>
            </w:r>
          </w:p>
          <w:p w14:paraId="7D78D117" w14:textId="75C9F091" w:rsidR="00D76929" w:rsidRPr="00027D8D" w:rsidRDefault="00D76929" w:rsidP="00D76929">
            <w:pPr>
              <w:spacing w:after="177" w:line="249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2. Мама-хранительница домашнего очага.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Семейные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традиции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1EFA4CFA" w14:textId="388E9FB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0367E2C6" w14:textId="7D0801DC" w:rsidR="00D76929" w:rsidRPr="00027D8D" w:rsidRDefault="00D76929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701" w:type="dxa"/>
          </w:tcPr>
          <w:p w14:paraId="43737223" w14:textId="32B89DA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EEE8900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AC5A2F1" w14:textId="77777777" w:rsidTr="00356DCB">
        <w:trPr>
          <w:jc w:val="center"/>
        </w:trPr>
        <w:tc>
          <w:tcPr>
            <w:tcW w:w="7532" w:type="dxa"/>
            <w:vAlign w:val="center"/>
          </w:tcPr>
          <w:p w14:paraId="783D1B50" w14:textId="77777777" w:rsidR="00D76929" w:rsidRPr="00027D8D" w:rsidRDefault="00D76929" w:rsidP="00D76929">
            <w:pPr>
              <w:spacing w:after="169" w:line="25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1. Профилактическая беседа по правилам поведения в общественных местах, мероприятиях.</w:t>
            </w:r>
            <w:r w:rsidRPr="00027D8D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Толпа: как не стать ее жертвой. «Как себя вести в чрезвычайных ситуациях».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безопасного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зимний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</w:p>
          <w:p w14:paraId="6CA050FB" w14:textId="5B4DB4F6" w:rsidR="00D76929" w:rsidRPr="00027D8D" w:rsidRDefault="00D76929" w:rsidP="00D76929">
            <w:pPr>
              <w:spacing w:after="177" w:line="249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2.Семейные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традиции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5D4FA884" w14:textId="5290E98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5400A931" w14:textId="10F32BD9" w:rsidR="00D76929" w:rsidRPr="00027D8D" w:rsidRDefault="00D76929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701" w:type="dxa"/>
          </w:tcPr>
          <w:p w14:paraId="3867A374" w14:textId="6F86240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AF66D2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C03FD20" w14:textId="52722938" w:rsidTr="00356DCB">
        <w:trPr>
          <w:jc w:val="center"/>
        </w:trPr>
        <w:tc>
          <w:tcPr>
            <w:tcW w:w="7532" w:type="dxa"/>
            <w:vAlign w:val="center"/>
          </w:tcPr>
          <w:p w14:paraId="7410552F" w14:textId="77777777" w:rsidR="00D76929" w:rsidRPr="00027D8D" w:rsidRDefault="00D76929" w:rsidP="00D76929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1.900 блокадных дней и ночей </w:t>
            </w:r>
          </w:p>
          <w:p w14:paraId="3C20A120" w14:textId="31A0DE6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2.Все профессии важны…</w:t>
            </w:r>
          </w:p>
        </w:tc>
        <w:tc>
          <w:tcPr>
            <w:tcW w:w="708" w:type="dxa"/>
            <w:vAlign w:val="center"/>
          </w:tcPr>
          <w:p w14:paraId="4AD21593" w14:textId="1C5CE12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78929725" w14:textId="0B7F7B6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701" w:type="dxa"/>
          </w:tcPr>
          <w:p w14:paraId="2ABD521D" w14:textId="082212F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0A43D0A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4127E063" w14:textId="77777777" w:rsidTr="00356DCB">
        <w:trPr>
          <w:jc w:val="center"/>
        </w:trPr>
        <w:tc>
          <w:tcPr>
            <w:tcW w:w="7532" w:type="dxa"/>
            <w:vAlign w:val="center"/>
          </w:tcPr>
          <w:p w14:paraId="7D50B723" w14:textId="77777777" w:rsidR="00D76929" w:rsidRPr="00027D8D" w:rsidRDefault="00D76929" w:rsidP="00D76929">
            <w:pPr>
              <w:spacing w:after="150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1.Интернет – полезные советы на каждый день. Создание буклета «Безопасность 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Интернетпространстве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». </w:t>
            </w:r>
          </w:p>
          <w:p w14:paraId="2CE3D7CB" w14:textId="1C8EBFE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2. «Совесть – это наш внутренний судья»  </w:t>
            </w:r>
          </w:p>
        </w:tc>
        <w:tc>
          <w:tcPr>
            <w:tcW w:w="708" w:type="dxa"/>
            <w:vAlign w:val="center"/>
          </w:tcPr>
          <w:p w14:paraId="3BDA5C2A" w14:textId="3237471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430E93CB" w14:textId="5939ED7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14:paraId="2148B91A" w14:textId="1E3F4EF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DF1D290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17FA6BC3" w14:textId="77777777" w:rsidTr="00356DCB">
        <w:trPr>
          <w:jc w:val="center"/>
        </w:trPr>
        <w:tc>
          <w:tcPr>
            <w:tcW w:w="7532" w:type="dxa"/>
            <w:vAlign w:val="center"/>
          </w:tcPr>
          <w:p w14:paraId="74A51F0B" w14:textId="688EA5D7" w:rsidR="00D76929" w:rsidRPr="00027D8D" w:rsidRDefault="00D76929" w:rsidP="00D76929">
            <w:pPr>
              <w:spacing w:after="172" w:line="254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1.«Мы пассажиры» Правила безопасного движения, культуры </w:t>
            </w: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поведения в общественном транспорте, на улице. </w:t>
            </w:r>
          </w:p>
          <w:p w14:paraId="2836BB24" w14:textId="3073523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2.Экология – наука о том, как сберечь дом (жизнь) «Здоровым быть здорово!»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(21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марта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Земли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708" w:type="dxa"/>
            <w:vAlign w:val="center"/>
          </w:tcPr>
          <w:p w14:paraId="56B618A3" w14:textId="0DAF7C6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418" w:type="dxa"/>
            <w:vAlign w:val="center"/>
          </w:tcPr>
          <w:p w14:paraId="22DC06C6" w14:textId="0584901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701" w:type="dxa"/>
          </w:tcPr>
          <w:p w14:paraId="6DFCA06F" w14:textId="7DC48E5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руководители</w:t>
            </w:r>
            <w:proofErr w:type="spellEnd"/>
          </w:p>
        </w:tc>
        <w:tc>
          <w:tcPr>
            <w:tcW w:w="2362" w:type="dxa"/>
          </w:tcPr>
          <w:p w14:paraId="0FA3BF9C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4F12680" w14:textId="77777777" w:rsidTr="00356DCB">
        <w:trPr>
          <w:jc w:val="center"/>
        </w:trPr>
        <w:tc>
          <w:tcPr>
            <w:tcW w:w="7532" w:type="dxa"/>
            <w:vAlign w:val="center"/>
          </w:tcPr>
          <w:p w14:paraId="2492E48B" w14:textId="77777777" w:rsidR="00D76929" w:rsidRPr="00027D8D" w:rsidRDefault="00D76929" w:rsidP="00D76929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1.Традиции моего города. </w:t>
            </w:r>
          </w:p>
          <w:p w14:paraId="3998E0C8" w14:textId="32566FA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 Книги учат… (2 апреля – Международный день детской книги).</w:t>
            </w:r>
          </w:p>
        </w:tc>
        <w:tc>
          <w:tcPr>
            <w:tcW w:w="708" w:type="dxa"/>
            <w:vAlign w:val="center"/>
          </w:tcPr>
          <w:p w14:paraId="38F41FD7" w14:textId="42A9018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08764404" w14:textId="3AD73B7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701" w:type="dxa"/>
          </w:tcPr>
          <w:p w14:paraId="3C1BF6D0" w14:textId="7895F6D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7D86D9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307D5ED" w14:textId="77777777" w:rsidTr="00356DCB">
        <w:trPr>
          <w:jc w:val="center"/>
        </w:trPr>
        <w:tc>
          <w:tcPr>
            <w:tcW w:w="7532" w:type="dxa"/>
            <w:vAlign w:val="center"/>
          </w:tcPr>
          <w:p w14:paraId="29CE983F" w14:textId="77777777" w:rsidR="00D76929" w:rsidRPr="00027D8D" w:rsidRDefault="00D76929" w:rsidP="00D76929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1.Урок Мужества «Поклонимся великим тем годам». </w:t>
            </w:r>
          </w:p>
          <w:p w14:paraId="38AA5BAC" w14:textId="75B3794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2.Моя родословная. Ты не один.</w:t>
            </w:r>
          </w:p>
        </w:tc>
        <w:tc>
          <w:tcPr>
            <w:tcW w:w="708" w:type="dxa"/>
            <w:vAlign w:val="center"/>
          </w:tcPr>
          <w:p w14:paraId="7A8BA069" w14:textId="68ABF00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5995CE8F" w14:textId="4C9F87C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701" w:type="dxa"/>
          </w:tcPr>
          <w:p w14:paraId="63222BDF" w14:textId="2C2CC3A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0FA07BE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1D6D56A" w14:textId="77777777" w:rsidTr="00356DCB">
        <w:trPr>
          <w:jc w:val="center"/>
        </w:trPr>
        <w:tc>
          <w:tcPr>
            <w:tcW w:w="7532" w:type="dxa"/>
            <w:vAlign w:val="center"/>
          </w:tcPr>
          <w:p w14:paraId="5EA7E0F4" w14:textId="77777777" w:rsidR="00D76929" w:rsidRPr="00027D8D" w:rsidRDefault="00D76929" w:rsidP="00D76929">
            <w:pPr>
              <w:spacing w:after="129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bookmarkStart w:id="0" w:name="_Hlk237349716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1.Безопасный путь в школу. Общие вопросы профилактики проявлений экстремизма. Безопасное поведение на улице, в школе и дома. </w:t>
            </w:r>
          </w:p>
          <w:p w14:paraId="1277CABF" w14:textId="696DD7A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2.«Детство! Добро! Доверие!», посвященный профилактике преступлений против детей.</w:t>
            </w:r>
          </w:p>
        </w:tc>
        <w:tc>
          <w:tcPr>
            <w:tcW w:w="708" w:type="dxa"/>
            <w:vAlign w:val="center"/>
          </w:tcPr>
          <w:p w14:paraId="18A9AAFA" w14:textId="5C81994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4010E507" w14:textId="6DD04B8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701" w:type="dxa"/>
          </w:tcPr>
          <w:p w14:paraId="632F1DD3" w14:textId="4C5B5E4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1981127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9B41476" w14:textId="77777777" w:rsidTr="00356DCB">
        <w:trPr>
          <w:jc w:val="center"/>
        </w:trPr>
        <w:tc>
          <w:tcPr>
            <w:tcW w:w="7532" w:type="dxa"/>
            <w:vAlign w:val="center"/>
          </w:tcPr>
          <w:p w14:paraId="19563CD8" w14:textId="77777777" w:rsidR="00D76929" w:rsidRPr="00027D8D" w:rsidRDefault="00D76929" w:rsidP="00D76929">
            <w:pPr>
              <w:spacing w:after="149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1.Терроризм и безопасность человека в современном мире. Азбука безопасности. </w:t>
            </w:r>
          </w:p>
          <w:p w14:paraId="632979CB" w14:textId="1C68DB2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2.Традиции моего народа.</w:t>
            </w:r>
          </w:p>
        </w:tc>
        <w:tc>
          <w:tcPr>
            <w:tcW w:w="708" w:type="dxa"/>
            <w:vAlign w:val="center"/>
          </w:tcPr>
          <w:p w14:paraId="49324CB8" w14:textId="688F36A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29B5FEDE" w14:textId="6AED8E4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01" w:type="dxa"/>
          </w:tcPr>
          <w:p w14:paraId="45FF6430" w14:textId="683D680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1B36199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FB1B71A" w14:textId="77777777" w:rsidTr="00356DCB">
        <w:trPr>
          <w:jc w:val="center"/>
        </w:trPr>
        <w:tc>
          <w:tcPr>
            <w:tcW w:w="7532" w:type="dxa"/>
            <w:vAlign w:val="center"/>
          </w:tcPr>
          <w:p w14:paraId="0FE1AC8F" w14:textId="541C93C1" w:rsidR="00D76929" w:rsidRPr="00027D8D" w:rsidRDefault="00D76929" w:rsidP="00D76929">
            <w:pPr>
              <w:spacing w:after="149" w:line="268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«Ты не один. Прекрасное рядом с нами». «Умей управлять своими эмоциями» </w:t>
            </w:r>
          </w:p>
          <w:p w14:paraId="2D0E3D76" w14:textId="5F006F18" w:rsidR="00D76929" w:rsidRPr="00027D8D" w:rsidRDefault="00D76929" w:rsidP="00D76929">
            <w:pPr>
              <w:pStyle w:val="ae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2.Мама-хранительница домашнего очага. Семейные традиции.</w:t>
            </w:r>
          </w:p>
        </w:tc>
        <w:tc>
          <w:tcPr>
            <w:tcW w:w="708" w:type="dxa"/>
            <w:vAlign w:val="center"/>
          </w:tcPr>
          <w:p w14:paraId="16589709" w14:textId="5931B0E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5FA6EC77" w14:textId="3678CBF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1701" w:type="dxa"/>
          </w:tcPr>
          <w:p w14:paraId="21CA73EA" w14:textId="16CC5C9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ECD93F3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B341A84" w14:textId="77777777" w:rsidTr="00356DCB">
        <w:trPr>
          <w:jc w:val="center"/>
        </w:trPr>
        <w:tc>
          <w:tcPr>
            <w:tcW w:w="7532" w:type="dxa"/>
            <w:vAlign w:val="center"/>
          </w:tcPr>
          <w:p w14:paraId="1ACAB6B4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Профилактическая беседа по правилам поведения в общественных местах, мероприятиях. Толпа: как не стать ее жертвой. «Как себя вести в чрезвычайных ситуациях».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Правила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поведения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зимний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период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.</w:t>
            </w:r>
          </w:p>
          <w:p w14:paraId="21151D9E" w14:textId="2EB2C20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2.Семейные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традиции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421DFD5B" w14:textId="625BE21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138D666D" w14:textId="5335417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701" w:type="dxa"/>
          </w:tcPr>
          <w:p w14:paraId="329F1953" w14:textId="3907C47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C9B41B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6E854AA" w14:textId="77777777" w:rsidTr="00356DCB">
        <w:trPr>
          <w:jc w:val="center"/>
        </w:trPr>
        <w:tc>
          <w:tcPr>
            <w:tcW w:w="7532" w:type="dxa"/>
            <w:vAlign w:val="center"/>
          </w:tcPr>
          <w:p w14:paraId="5427EFE4" w14:textId="77777777" w:rsidR="00D76929" w:rsidRPr="00027D8D" w:rsidRDefault="00D76929" w:rsidP="00D76929">
            <w:pPr>
              <w:numPr>
                <w:ilvl w:val="0"/>
                <w:numId w:val="12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мужество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? </w:t>
            </w:r>
          </w:p>
          <w:p w14:paraId="70E1AB91" w14:textId="57DD15D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моей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семье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1C7FDBFB" w14:textId="79FD35D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7026DADC" w14:textId="3D1CFBF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701" w:type="dxa"/>
          </w:tcPr>
          <w:p w14:paraId="1DA73058" w14:textId="7A0A213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1F674B7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675D615" w14:textId="77777777" w:rsidTr="00356DCB">
        <w:trPr>
          <w:jc w:val="center"/>
        </w:trPr>
        <w:tc>
          <w:tcPr>
            <w:tcW w:w="7532" w:type="dxa"/>
            <w:vAlign w:val="center"/>
          </w:tcPr>
          <w:p w14:paraId="483C03DD" w14:textId="579C972D" w:rsidR="00D76929" w:rsidRPr="00027D8D" w:rsidRDefault="00D76929" w:rsidP="00D76929">
            <w:pPr>
              <w:spacing w:after="150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1.Интернет – полезные советы на каждый день. Создание буклета «Безопасность 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Интернетпространстве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708" w:type="dxa"/>
            <w:vAlign w:val="center"/>
          </w:tcPr>
          <w:p w14:paraId="416D2348" w14:textId="0208514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12EF4D83" w14:textId="1BFB4A7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701" w:type="dxa"/>
          </w:tcPr>
          <w:p w14:paraId="017D5197" w14:textId="71A9161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FAFCDC5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1BF14EE1" w14:textId="77777777" w:rsidTr="00356DCB">
        <w:trPr>
          <w:jc w:val="center"/>
        </w:trPr>
        <w:tc>
          <w:tcPr>
            <w:tcW w:w="7532" w:type="dxa"/>
            <w:vAlign w:val="center"/>
          </w:tcPr>
          <w:p w14:paraId="086CEED3" w14:textId="0C1CDBC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1. «Спорт в нашей жизни. Мои жизненные ценности» 2. Экология – наука о том, как сберечь дом (жизнь).</w:t>
            </w:r>
          </w:p>
        </w:tc>
        <w:tc>
          <w:tcPr>
            <w:tcW w:w="708" w:type="dxa"/>
            <w:vAlign w:val="center"/>
          </w:tcPr>
          <w:p w14:paraId="5612D96F" w14:textId="1421E8B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2C2C6DCA" w14:textId="126463E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701" w:type="dxa"/>
          </w:tcPr>
          <w:p w14:paraId="3F7C9887" w14:textId="7EC16BC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9F44B16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14DA4B37" w14:textId="77777777" w:rsidTr="00356DCB">
        <w:trPr>
          <w:jc w:val="center"/>
        </w:trPr>
        <w:tc>
          <w:tcPr>
            <w:tcW w:w="7532" w:type="dxa"/>
            <w:vAlign w:val="center"/>
          </w:tcPr>
          <w:p w14:paraId="67C80C9E" w14:textId="77777777" w:rsidR="00D76929" w:rsidRPr="00027D8D" w:rsidRDefault="00D76929" w:rsidP="00D76929">
            <w:pPr>
              <w:numPr>
                <w:ilvl w:val="0"/>
                <w:numId w:val="11"/>
              </w:numPr>
              <w:spacing w:after="127" w:line="25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lastRenderedPageBreak/>
              <w:t>Судьба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судьба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народа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</w:p>
          <w:p w14:paraId="48EBF87F" w14:textId="0098E85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Берегите язык (нецензурная брань: почему она получила распространение).</w:t>
            </w:r>
          </w:p>
        </w:tc>
        <w:tc>
          <w:tcPr>
            <w:tcW w:w="708" w:type="dxa"/>
            <w:vAlign w:val="center"/>
          </w:tcPr>
          <w:p w14:paraId="1FA8F9D4" w14:textId="73EA17A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3084FDC1" w14:textId="3058DF3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01" w:type="dxa"/>
          </w:tcPr>
          <w:p w14:paraId="79079061" w14:textId="5D4FF7F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23ACD14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AFC8723" w14:textId="77777777" w:rsidTr="00356DCB">
        <w:trPr>
          <w:jc w:val="center"/>
        </w:trPr>
        <w:tc>
          <w:tcPr>
            <w:tcW w:w="7532" w:type="dxa"/>
            <w:vAlign w:val="center"/>
          </w:tcPr>
          <w:p w14:paraId="0009FC07" w14:textId="77777777" w:rsidR="00D76929" w:rsidRPr="00027D8D" w:rsidRDefault="00D76929" w:rsidP="00D76929">
            <w:pPr>
              <w:spacing w:after="163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«В годы Великой Отечественной войны» </w:t>
            </w:r>
          </w:p>
          <w:p w14:paraId="7B37CBA9" w14:textId="1A16441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2.»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семь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я.»</w:t>
            </w:r>
          </w:p>
        </w:tc>
        <w:tc>
          <w:tcPr>
            <w:tcW w:w="708" w:type="dxa"/>
            <w:vAlign w:val="center"/>
          </w:tcPr>
          <w:p w14:paraId="268CF9A6" w14:textId="769ABB6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09521479" w14:textId="5C7751E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701" w:type="dxa"/>
          </w:tcPr>
          <w:p w14:paraId="2CE81E28" w14:textId="5FE8E71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FD9A0D9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0"/>
      <w:tr w:rsidR="00D76929" w:rsidRPr="00027D8D" w14:paraId="038F3B88" w14:textId="77777777" w:rsidTr="00356DCB">
        <w:trPr>
          <w:jc w:val="center"/>
        </w:trPr>
        <w:tc>
          <w:tcPr>
            <w:tcW w:w="7532" w:type="dxa"/>
            <w:vAlign w:val="center"/>
          </w:tcPr>
          <w:p w14:paraId="2A5EB123" w14:textId="77777777" w:rsidR="00D76929" w:rsidRPr="00027D8D" w:rsidRDefault="00D76929" w:rsidP="00D76929">
            <w:pPr>
              <w:spacing w:after="173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1.Безопасный путь в школу. Общие вопросы профилактики проявлений экстремизма. Безопасное поведение на улице, в школе и дома. </w:t>
            </w:r>
          </w:p>
          <w:p w14:paraId="7BE30310" w14:textId="0DBE479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2.«Здоровый образ жизни – это здорово!»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4EF97466" w14:textId="740EA2C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52F342FF" w14:textId="6BA8238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701" w:type="dxa"/>
          </w:tcPr>
          <w:p w14:paraId="595E1796" w14:textId="04F6632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9BBC55D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28F5F96" w14:textId="77777777" w:rsidTr="00356DCB">
        <w:trPr>
          <w:jc w:val="center"/>
        </w:trPr>
        <w:tc>
          <w:tcPr>
            <w:tcW w:w="7532" w:type="dxa"/>
            <w:vAlign w:val="center"/>
          </w:tcPr>
          <w:p w14:paraId="0E8CBCED" w14:textId="1F059DCE" w:rsidR="00D76929" w:rsidRPr="00027D8D" w:rsidRDefault="00D76929" w:rsidP="00D76929">
            <w:pPr>
              <w:spacing w:after="170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Терроризм и безопасность человека в современном мире». Мои действия при угрозе совершения и при совершении террористического акта. </w:t>
            </w:r>
          </w:p>
          <w:p w14:paraId="3583B264" w14:textId="3481547E" w:rsidR="00D76929" w:rsidRPr="00027D8D" w:rsidRDefault="00D76929" w:rsidP="00D76929">
            <w:pPr>
              <w:spacing w:after="170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2.Я среди людей, люди вокруг меня. Международный день Организации Объединенных Наций.</w:t>
            </w:r>
          </w:p>
          <w:p w14:paraId="1C9825DC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vAlign w:val="center"/>
          </w:tcPr>
          <w:p w14:paraId="13F12132" w14:textId="7087CE4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24933E74" w14:textId="2C68AE9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01" w:type="dxa"/>
          </w:tcPr>
          <w:p w14:paraId="3FCF9FF6" w14:textId="7B479EE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B38869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DD67CCC" w14:textId="77777777" w:rsidTr="00356DCB">
        <w:trPr>
          <w:jc w:val="center"/>
        </w:trPr>
        <w:tc>
          <w:tcPr>
            <w:tcW w:w="7532" w:type="dxa"/>
            <w:vAlign w:val="center"/>
          </w:tcPr>
          <w:p w14:paraId="293B6E80" w14:textId="77777777" w:rsidR="00D76929" w:rsidRPr="00027D8D" w:rsidRDefault="00D76929" w:rsidP="00D76929">
            <w:pPr>
              <w:spacing w:after="149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«Ты не один. Прекрасное рядом с нами». «Умей управлять своими эмоциями» </w:t>
            </w:r>
          </w:p>
          <w:p w14:paraId="030F9CA7" w14:textId="680AFB5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2.Классный час с обучающимися по воспитанию толерантности «Принимайте других такими…»</w:t>
            </w:r>
          </w:p>
        </w:tc>
        <w:tc>
          <w:tcPr>
            <w:tcW w:w="708" w:type="dxa"/>
            <w:vAlign w:val="center"/>
          </w:tcPr>
          <w:p w14:paraId="08F96F37" w14:textId="2501BBA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642C3B77" w14:textId="46FFA78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1701" w:type="dxa"/>
          </w:tcPr>
          <w:p w14:paraId="0FF234B1" w14:textId="05A89AF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9DC2724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EDDCD0E" w14:textId="77777777" w:rsidTr="00356DCB">
        <w:trPr>
          <w:jc w:val="center"/>
        </w:trPr>
        <w:tc>
          <w:tcPr>
            <w:tcW w:w="7532" w:type="dxa"/>
            <w:vAlign w:val="center"/>
          </w:tcPr>
          <w:p w14:paraId="436DCEF6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Профилактическая беседа по правилам поведения в общественных местах, мероприятиях. Толпа: как не стать ее жертвой. «Как себя вести в чрезвычайных ситуациях».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Правила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поведения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зимний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период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.</w:t>
            </w:r>
          </w:p>
          <w:p w14:paraId="6D71F5FB" w14:textId="0548583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2.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мире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профессий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47F69608" w14:textId="4E880C1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59E68C18" w14:textId="58CA045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701" w:type="dxa"/>
          </w:tcPr>
          <w:p w14:paraId="7C9950BA" w14:textId="304D469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0BAF1DF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716D127E" w14:textId="77777777" w:rsidTr="00356DCB">
        <w:trPr>
          <w:jc w:val="center"/>
        </w:trPr>
        <w:tc>
          <w:tcPr>
            <w:tcW w:w="7532" w:type="dxa"/>
            <w:vAlign w:val="center"/>
          </w:tcPr>
          <w:p w14:paraId="760A8AB4" w14:textId="77777777" w:rsidR="00D76929" w:rsidRPr="00027D8D" w:rsidRDefault="00D76929" w:rsidP="00D76929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1.Скажем экстремизму нет. Ценности,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объединяющие</w:t>
            </w: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мир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08EBDA4" w14:textId="0D781D1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2. Мастер на все руки!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мире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3F0E1272" w14:textId="5444D12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19E67F66" w14:textId="5915367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701" w:type="dxa"/>
          </w:tcPr>
          <w:p w14:paraId="3AB239AE" w14:textId="1F9A521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25BA8F1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7081B4C" w14:textId="77777777" w:rsidTr="00356DCB">
        <w:trPr>
          <w:jc w:val="center"/>
        </w:trPr>
        <w:tc>
          <w:tcPr>
            <w:tcW w:w="7532" w:type="dxa"/>
            <w:vAlign w:val="center"/>
          </w:tcPr>
          <w:p w14:paraId="1261B7FA" w14:textId="6F4C724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1.Вредные привычки, их влияние на здоровье. «Считаете ли вы Интернет абсолютно безопасной средой». </w:t>
            </w:r>
          </w:p>
          <w:p w14:paraId="29A9E807" w14:textId="071B528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Ответственность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-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залог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будущего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успеха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76370E3C" w14:textId="6F19B11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392A0EC1" w14:textId="1DD7BAF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701" w:type="dxa"/>
          </w:tcPr>
          <w:p w14:paraId="1D84DECD" w14:textId="7E4D305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D642C67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6B7E907" w14:textId="77777777" w:rsidTr="00356DCB">
        <w:trPr>
          <w:jc w:val="center"/>
        </w:trPr>
        <w:tc>
          <w:tcPr>
            <w:tcW w:w="7532" w:type="dxa"/>
            <w:vAlign w:val="center"/>
          </w:tcPr>
          <w:p w14:paraId="575A06DF" w14:textId="77777777" w:rsidR="00D76929" w:rsidRPr="00027D8D" w:rsidRDefault="00D76929" w:rsidP="00D76929">
            <w:pPr>
              <w:spacing w:after="152" w:line="273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1.«Как слово наше отзовется… (беседа о речевом этикете) </w:t>
            </w:r>
          </w:p>
          <w:p w14:paraId="436FCECF" w14:textId="33C6785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правила-моя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  <w:tc>
          <w:tcPr>
            <w:tcW w:w="708" w:type="dxa"/>
            <w:vAlign w:val="center"/>
          </w:tcPr>
          <w:p w14:paraId="335DB617" w14:textId="47ABC85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2D1F507F" w14:textId="782D5F7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701" w:type="dxa"/>
          </w:tcPr>
          <w:p w14:paraId="255FDE32" w14:textId="7245A6C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9DBF7A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8242D8E" w14:textId="77777777" w:rsidTr="00356DCB">
        <w:trPr>
          <w:jc w:val="center"/>
        </w:trPr>
        <w:tc>
          <w:tcPr>
            <w:tcW w:w="7532" w:type="dxa"/>
            <w:vAlign w:val="center"/>
          </w:tcPr>
          <w:p w14:paraId="73529EFC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Мир моих увлечений. </w:t>
            </w:r>
          </w:p>
          <w:p w14:paraId="1EBB16B8" w14:textId="39364DC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 Зависимость. Что это такое? «Скажи наркотикам: «Нет!».</w:t>
            </w:r>
          </w:p>
        </w:tc>
        <w:tc>
          <w:tcPr>
            <w:tcW w:w="708" w:type="dxa"/>
            <w:vAlign w:val="center"/>
          </w:tcPr>
          <w:p w14:paraId="0A63618C" w14:textId="2430F37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21A1DD07" w14:textId="7FB5279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01" w:type="dxa"/>
          </w:tcPr>
          <w:p w14:paraId="59A90C9D" w14:textId="751CA45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555D04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E1777C2" w14:textId="77777777" w:rsidTr="00356DCB">
        <w:trPr>
          <w:jc w:val="center"/>
        </w:trPr>
        <w:tc>
          <w:tcPr>
            <w:tcW w:w="7532" w:type="dxa"/>
            <w:vAlign w:val="center"/>
          </w:tcPr>
          <w:p w14:paraId="6D5B98F7" w14:textId="77777777" w:rsidR="00D76929" w:rsidRPr="00027D8D" w:rsidRDefault="00D76929" w:rsidP="00D76929">
            <w:pPr>
              <w:numPr>
                <w:ilvl w:val="0"/>
                <w:numId w:val="15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подвиг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? </w:t>
            </w:r>
          </w:p>
          <w:p w14:paraId="32CFCADB" w14:textId="6E08244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«Неразлучные друзья – взрослые и дети!»  </w:t>
            </w:r>
          </w:p>
        </w:tc>
        <w:tc>
          <w:tcPr>
            <w:tcW w:w="708" w:type="dxa"/>
            <w:vAlign w:val="center"/>
          </w:tcPr>
          <w:p w14:paraId="68A60082" w14:textId="04F9EC5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436E7579" w14:textId="63BD666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701" w:type="dxa"/>
          </w:tcPr>
          <w:p w14:paraId="7F9D76E0" w14:textId="66DA964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6E659FF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2E472556" w14:textId="77777777" w:rsidTr="00356DCB">
        <w:trPr>
          <w:jc w:val="center"/>
        </w:trPr>
        <w:tc>
          <w:tcPr>
            <w:tcW w:w="7532" w:type="dxa"/>
            <w:vAlign w:val="center"/>
          </w:tcPr>
          <w:p w14:paraId="01766658" w14:textId="77777777" w:rsidR="00D76929" w:rsidRPr="00027D8D" w:rsidRDefault="00D76929" w:rsidP="00D76929">
            <w:pPr>
              <w:spacing w:after="19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bookmarkStart w:id="1" w:name="_Hlk237350312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1.Действия при угрозе террористического акта. </w:t>
            </w:r>
          </w:p>
          <w:p w14:paraId="36410155" w14:textId="77777777" w:rsidR="00D76929" w:rsidRPr="00027D8D" w:rsidRDefault="00D76929" w:rsidP="00D76929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на улице, в школе и дома. </w:t>
            </w:r>
          </w:p>
          <w:p w14:paraId="3437E51A" w14:textId="76DCD8A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2.«Молодежь – за здоровый образ жизни!»</w:t>
            </w:r>
          </w:p>
        </w:tc>
        <w:tc>
          <w:tcPr>
            <w:tcW w:w="708" w:type="dxa"/>
            <w:vAlign w:val="center"/>
          </w:tcPr>
          <w:p w14:paraId="5F5CD9F4" w14:textId="333EE8A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082258BC" w14:textId="558589F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701" w:type="dxa"/>
          </w:tcPr>
          <w:p w14:paraId="28B2D7C6" w14:textId="6AC3B31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00C9899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B15D097" w14:textId="77777777" w:rsidTr="00356DCB">
        <w:trPr>
          <w:jc w:val="center"/>
        </w:trPr>
        <w:tc>
          <w:tcPr>
            <w:tcW w:w="7532" w:type="dxa"/>
            <w:vAlign w:val="center"/>
          </w:tcPr>
          <w:p w14:paraId="1B77B893" w14:textId="77777777" w:rsidR="00D76929" w:rsidRPr="00027D8D" w:rsidRDefault="00D76929" w:rsidP="00D76929">
            <w:pPr>
              <w:numPr>
                <w:ilvl w:val="0"/>
                <w:numId w:val="20"/>
              </w:numPr>
              <w:spacing w:after="170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Терроризм и безопасность человека в современном мире». Мои действия при угрозе совершения и при совершении террористического акта. </w:t>
            </w:r>
          </w:p>
          <w:p w14:paraId="2CE91541" w14:textId="5AF0AEC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Чтобы быть понятым или что нас объединяет…</w:t>
            </w:r>
          </w:p>
        </w:tc>
        <w:tc>
          <w:tcPr>
            <w:tcW w:w="708" w:type="dxa"/>
            <w:vAlign w:val="center"/>
          </w:tcPr>
          <w:p w14:paraId="04E13C5A" w14:textId="0F70172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4FD50516" w14:textId="7F09A14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01" w:type="dxa"/>
          </w:tcPr>
          <w:p w14:paraId="3A310644" w14:textId="70BAC4B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5CA406A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2C97D4FE" w14:textId="77777777" w:rsidTr="00356DCB">
        <w:trPr>
          <w:jc w:val="center"/>
        </w:trPr>
        <w:tc>
          <w:tcPr>
            <w:tcW w:w="7532" w:type="dxa"/>
            <w:vAlign w:val="center"/>
          </w:tcPr>
          <w:p w14:paraId="3E96969C" w14:textId="77777777" w:rsidR="00D76929" w:rsidRPr="00027D8D" w:rsidRDefault="00D76929" w:rsidP="00D76929">
            <w:pPr>
              <w:numPr>
                <w:ilvl w:val="0"/>
                <w:numId w:val="19"/>
              </w:numPr>
              <w:spacing w:after="108" w:line="268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«Ты не один. Прекрасное рядом с нами».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Умей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управлять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своими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эмоциями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» </w:t>
            </w:r>
          </w:p>
          <w:p w14:paraId="63209B66" w14:textId="592A210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Классный час с обучающимися по воспитанию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толерантности «На чисто русском…»</w:t>
            </w:r>
          </w:p>
        </w:tc>
        <w:tc>
          <w:tcPr>
            <w:tcW w:w="708" w:type="dxa"/>
            <w:vAlign w:val="center"/>
          </w:tcPr>
          <w:p w14:paraId="74F68A2B" w14:textId="5A33F2E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311F85F7" w14:textId="2F7C88D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1701" w:type="dxa"/>
          </w:tcPr>
          <w:p w14:paraId="21630F67" w14:textId="481952E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0529E8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8F9F760" w14:textId="77777777" w:rsidTr="00356DCB">
        <w:trPr>
          <w:jc w:val="center"/>
        </w:trPr>
        <w:tc>
          <w:tcPr>
            <w:tcW w:w="7532" w:type="dxa"/>
            <w:vAlign w:val="center"/>
          </w:tcPr>
          <w:p w14:paraId="21734010" w14:textId="77777777" w:rsidR="00D76929" w:rsidRPr="00027D8D" w:rsidRDefault="00D76929" w:rsidP="00D76929">
            <w:pPr>
              <w:spacing w:after="159" w:line="244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Профилактическая беседа по правилам поведения в общественных местах, мероприятиях. Толпа: как не стать ее жертвой. «Как себя вести в чрезвычайных ситуациях».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безопасного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зимний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1AA70B31" w14:textId="1DC8827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gramStart"/>
            <w:r w:rsidRPr="00027D8D">
              <w:rPr>
                <w:rFonts w:eastAsia="Calibri" w:cs="Times New Roman"/>
                <w:color w:val="000000"/>
                <w:sz w:val="24"/>
                <w:szCs w:val="24"/>
              </w:rPr>
              <w:t xml:space="preserve">2 </w:t>
            </w:r>
            <w:r w:rsidRPr="00027D8D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27D8D">
              <w:rPr>
                <w:rFonts w:eastAsia="Calibri" w:cs="Times New Roman"/>
                <w:color w:val="000000"/>
                <w:sz w:val="24"/>
                <w:szCs w:val="24"/>
              </w:rPr>
              <w:t>Выбираю</w:t>
            </w:r>
            <w:proofErr w:type="spellEnd"/>
            <w:proofErr w:type="gramEnd"/>
            <w:r w:rsidRPr="00027D8D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eastAsia="Calibri" w:cs="Times New Roman"/>
                <w:color w:val="000000"/>
                <w:sz w:val="24"/>
                <w:szCs w:val="24"/>
              </w:rPr>
              <w:t>профессию</w:t>
            </w:r>
            <w:proofErr w:type="spellEnd"/>
            <w:r w:rsidRPr="00027D8D">
              <w:rPr>
                <w:rFonts w:eastAsia="Calibri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708" w:type="dxa"/>
            <w:vAlign w:val="center"/>
          </w:tcPr>
          <w:p w14:paraId="15651BE3" w14:textId="15FA5E5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62EB9912" w14:textId="57998EF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701" w:type="dxa"/>
          </w:tcPr>
          <w:p w14:paraId="035C3DEE" w14:textId="0E8E719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4C086A4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623075D" w14:textId="77777777" w:rsidTr="00356DCB">
        <w:trPr>
          <w:jc w:val="center"/>
        </w:trPr>
        <w:tc>
          <w:tcPr>
            <w:tcW w:w="7532" w:type="dxa"/>
            <w:vAlign w:val="center"/>
          </w:tcPr>
          <w:p w14:paraId="68DAA0F2" w14:textId="77777777" w:rsidR="00D76929" w:rsidRPr="00027D8D" w:rsidRDefault="00D76929" w:rsidP="00D76929">
            <w:pPr>
              <w:spacing w:after="155" w:line="271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1.Скажем экстремизму нет. Ценности, объединяющие мир» </w:t>
            </w:r>
          </w:p>
          <w:p w14:paraId="349E026F" w14:textId="265D474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2.Самые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востребованные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2CD033FE" w14:textId="4100E71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4A675EAE" w14:textId="390EA02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701" w:type="dxa"/>
          </w:tcPr>
          <w:p w14:paraId="7AA81705" w14:textId="09A76EA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D88048B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26EC423" w14:textId="77777777" w:rsidTr="00356DCB">
        <w:trPr>
          <w:jc w:val="center"/>
        </w:trPr>
        <w:tc>
          <w:tcPr>
            <w:tcW w:w="7532" w:type="dxa"/>
            <w:vAlign w:val="center"/>
          </w:tcPr>
          <w:p w14:paraId="0BDDC3EC" w14:textId="77777777" w:rsidR="00D76929" w:rsidRPr="00027D8D" w:rsidRDefault="00D76929" w:rsidP="00D76929">
            <w:pPr>
              <w:spacing w:after="127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Вредные привычки, их влияние на здоровье. </w:t>
            </w:r>
          </w:p>
          <w:p w14:paraId="7D75D94A" w14:textId="55B1DE2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2.«К людям необходимо относится так, как вы хотели бы, чтобы относились к вам».</w:t>
            </w:r>
          </w:p>
        </w:tc>
        <w:tc>
          <w:tcPr>
            <w:tcW w:w="708" w:type="dxa"/>
            <w:vAlign w:val="center"/>
          </w:tcPr>
          <w:p w14:paraId="2D1DF5AE" w14:textId="5AAE813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7166E01C" w14:textId="0122CCC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701" w:type="dxa"/>
          </w:tcPr>
          <w:p w14:paraId="12B09274" w14:textId="774C4E6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AEF1E6C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FDC2100" w14:textId="77777777" w:rsidTr="00356DCB">
        <w:trPr>
          <w:jc w:val="center"/>
        </w:trPr>
        <w:tc>
          <w:tcPr>
            <w:tcW w:w="7532" w:type="dxa"/>
            <w:vAlign w:val="center"/>
          </w:tcPr>
          <w:p w14:paraId="2FA6D507" w14:textId="77777777" w:rsidR="00D76929" w:rsidRPr="00027D8D" w:rsidRDefault="00D76929" w:rsidP="00D76929">
            <w:pPr>
              <w:numPr>
                <w:ilvl w:val="0"/>
                <w:numId w:val="18"/>
              </w:numPr>
              <w:spacing w:after="127"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правила-моя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</w:p>
          <w:p w14:paraId="2E474429" w14:textId="77777777" w:rsidR="00D76929" w:rsidRPr="00027D8D" w:rsidRDefault="00D76929" w:rsidP="00D76929">
            <w:pPr>
              <w:numPr>
                <w:ilvl w:val="0"/>
                <w:numId w:val="18"/>
              </w:numPr>
              <w:spacing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lastRenderedPageBreak/>
              <w:t>Коммуникативные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качества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</w:p>
          <w:p w14:paraId="655FBFE4" w14:textId="7F0EB1D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Международный день борьбы за ликвидацию расовой дискриминации.</w:t>
            </w:r>
          </w:p>
        </w:tc>
        <w:tc>
          <w:tcPr>
            <w:tcW w:w="708" w:type="dxa"/>
            <w:vAlign w:val="center"/>
          </w:tcPr>
          <w:p w14:paraId="25517E26" w14:textId="73A04B0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418" w:type="dxa"/>
          </w:tcPr>
          <w:p w14:paraId="426135FF" w14:textId="2F16317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701" w:type="dxa"/>
          </w:tcPr>
          <w:p w14:paraId="26614856" w14:textId="4569F5C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D20D6C4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21CB00FD" w14:textId="77777777" w:rsidTr="00356DCB">
        <w:trPr>
          <w:jc w:val="center"/>
        </w:trPr>
        <w:tc>
          <w:tcPr>
            <w:tcW w:w="7532" w:type="dxa"/>
            <w:vAlign w:val="center"/>
          </w:tcPr>
          <w:p w14:paraId="0821EEAA" w14:textId="77777777" w:rsidR="00D76929" w:rsidRPr="00027D8D" w:rsidRDefault="00D76929" w:rsidP="00D76929">
            <w:pPr>
              <w:numPr>
                <w:ilvl w:val="0"/>
                <w:numId w:val="17"/>
              </w:numPr>
              <w:spacing w:after="148" w:line="268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«Я в классе, класс в школе.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Выбор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Свобода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». </w:t>
            </w:r>
          </w:p>
          <w:p w14:paraId="240747CF" w14:textId="18CDB18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«Мир моих увлечений. Как правильно выбирать профессию».</w:t>
            </w:r>
          </w:p>
        </w:tc>
        <w:tc>
          <w:tcPr>
            <w:tcW w:w="708" w:type="dxa"/>
            <w:vAlign w:val="center"/>
          </w:tcPr>
          <w:p w14:paraId="465A9116" w14:textId="676C791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1B7CDE5F" w14:textId="0173F61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01" w:type="dxa"/>
          </w:tcPr>
          <w:p w14:paraId="206BB323" w14:textId="0D05C9A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EC40A46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C107A57" w14:textId="77777777" w:rsidTr="00356DCB">
        <w:trPr>
          <w:jc w:val="center"/>
        </w:trPr>
        <w:tc>
          <w:tcPr>
            <w:tcW w:w="7532" w:type="dxa"/>
            <w:vAlign w:val="center"/>
          </w:tcPr>
          <w:p w14:paraId="28D3619F" w14:textId="3EA918E5" w:rsidR="00D76929" w:rsidRPr="00027D8D" w:rsidRDefault="00D76929" w:rsidP="00D76929">
            <w:pPr>
              <w:spacing w:after="127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1.Герои нашего времени. </w:t>
            </w:r>
          </w:p>
          <w:p w14:paraId="34DF3B18" w14:textId="6AC1361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2.Почему подросток совершает преступление? Куда обращаться, если случилось несчастье?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(к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информационному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Дню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Детского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телефона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доверия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708" w:type="dxa"/>
            <w:vAlign w:val="center"/>
          </w:tcPr>
          <w:p w14:paraId="72EACD06" w14:textId="476EE7F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34C8600F" w14:textId="58B502F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701" w:type="dxa"/>
          </w:tcPr>
          <w:p w14:paraId="0619E31D" w14:textId="3215CBA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A2A83D6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1"/>
      <w:tr w:rsidR="00D76929" w:rsidRPr="00027D8D" w14:paraId="3110E5B9" w14:textId="77777777" w:rsidTr="00356DCB">
        <w:trPr>
          <w:jc w:val="center"/>
        </w:trPr>
        <w:tc>
          <w:tcPr>
            <w:tcW w:w="7532" w:type="dxa"/>
            <w:vAlign w:val="center"/>
          </w:tcPr>
          <w:p w14:paraId="6E817A49" w14:textId="46D65E25" w:rsidR="00D76929" w:rsidRPr="00027D8D" w:rsidRDefault="00D76929" w:rsidP="00D76929">
            <w:pPr>
              <w:spacing w:after="148" w:line="27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1.Действия при обнаружении предмета, похожего на взрывное устройство. Безопасное поведение на улице, в </w:t>
            </w: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школе и дома. «Действия населения по сигналу «Внимание всем» и по сигналу о срочной эвакуации». </w:t>
            </w:r>
          </w:p>
          <w:p w14:paraId="1061CA4D" w14:textId="783D2C3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2.Человеческие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 </w:t>
            </w:r>
          </w:p>
        </w:tc>
        <w:tc>
          <w:tcPr>
            <w:tcW w:w="708" w:type="dxa"/>
            <w:vAlign w:val="center"/>
          </w:tcPr>
          <w:p w14:paraId="129AAA3E" w14:textId="043D0BF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5281BDD3" w14:textId="775A168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701" w:type="dxa"/>
          </w:tcPr>
          <w:p w14:paraId="565C356C" w14:textId="0932CA85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A7A4E0C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DB0C0A1" w14:textId="77777777" w:rsidTr="00356DCB">
        <w:trPr>
          <w:jc w:val="center"/>
        </w:trPr>
        <w:tc>
          <w:tcPr>
            <w:tcW w:w="7532" w:type="dxa"/>
            <w:vAlign w:val="center"/>
          </w:tcPr>
          <w:p w14:paraId="79CBD297" w14:textId="77777777" w:rsidR="00D76929" w:rsidRPr="00027D8D" w:rsidRDefault="00D76929" w:rsidP="00D76929">
            <w:pPr>
              <w:spacing w:after="171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1.Терроризм и безопасность человека в современном мире». Мои действия при угрозе совершения и при совершении террористического акта. </w:t>
            </w:r>
          </w:p>
          <w:p w14:paraId="38E0C369" w14:textId="1B5AE9A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 Армия и военный призыв «Есть такая профессия – Родину защищать!»</w:t>
            </w:r>
          </w:p>
        </w:tc>
        <w:tc>
          <w:tcPr>
            <w:tcW w:w="708" w:type="dxa"/>
            <w:vAlign w:val="center"/>
          </w:tcPr>
          <w:p w14:paraId="21B56A97" w14:textId="350064D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47C6D55B" w14:textId="561E2A9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01" w:type="dxa"/>
          </w:tcPr>
          <w:p w14:paraId="31F3EE3C" w14:textId="7C9005A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607360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77A1A68" w14:textId="77777777" w:rsidTr="00356DCB">
        <w:trPr>
          <w:jc w:val="center"/>
        </w:trPr>
        <w:tc>
          <w:tcPr>
            <w:tcW w:w="7532" w:type="dxa"/>
            <w:vAlign w:val="center"/>
          </w:tcPr>
          <w:p w14:paraId="0A541AC7" w14:textId="77777777" w:rsidR="00D76929" w:rsidRPr="00027D8D" w:rsidRDefault="00D76929" w:rsidP="00D76929">
            <w:pPr>
              <w:numPr>
                <w:ilvl w:val="0"/>
                <w:numId w:val="21"/>
              </w:numPr>
              <w:spacing w:after="138" w:line="288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«Ты не один. Прекрасное рядом с нами». </w:t>
            </w:r>
            <w:r w:rsidRPr="00027D8D">
              <w:rPr>
                <w:rFonts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Умей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управлять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своими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эмоциями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» </w:t>
            </w:r>
          </w:p>
          <w:p w14:paraId="24463600" w14:textId="5793FB1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Мотивы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выбора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349257FF" w14:textId="6B292D5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6D469BBD" w14:textId="5E554AC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1701" w:type="dxa"/>
          </w:tcPr>
          <w:p w14:paraId="48D19426" w14:textId="3C36312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B2D64A0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78675B00" w14:textId="77777777" w:rsidTr="00356DCB">
        <w:trPr>
          <w:jc w:val="center"/>
        </w:trPr>
        <w:tc>
          <w:tcPr>
            <w:tcW w:w="7532" w:type="dxa"/>
            <w:vAlign w:val="center"/>
          </w:tcPr>
          <w:p w14:paraId="6E1A29DD" w14:textId="77777777" w:rsidR="00D76929" w:rsidRPr="00027D8D" w:rsidRDefault="00D76929" w:rsidP="00D76929">
            <w:pPr>
              <w:numPr>
                <w:ilvl w:val="0"/>
                <w:numId w:val="22"/>
              </w:numPr>
              <w:spacing w:after="171" w:line="254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Профилактическая беседа по правилам поведения в общественных местах, мероприятиях. Толпа: как не стать ее жертвой. «Как себя вести в чрезвычайных ситуациях».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безопасного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зимний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</w:p>
          <w:p w14:paraId="0990FCD6" w14:textId="7CC4E91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Как не ошибиться в выборе </w:t>
            </w:r>
            <w:proofErr w:type="gramStart"/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профессии .</w:t>
            </w:r>
            <w:proofErr w:type="gramEnd"/>
          </w:p>
        </w:tc>
        <w:tc>
          <w:tcPr>
            <w:tcW w:w="708" w:type="dxa"/>
            <w:vAlign w:val="center"/>
          </w:tcPr>
          <w:p w14:paraId="1A405FC2" w14:textId="25BE883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32A649ED" w14:textId="0921D52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701" w:type="dxa"/>
          </w:tcPr>
          <w:p w14:paraId="306EE8A2" w14:textId="0609BD9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9DF590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2AE5BE91" w14:textId="77777777" w:rsidTr="00356DCB">
        <w:trPr>
          <w:jc w:val="center"/>
        </w:trPr>
        <w:tc>
          <w:tcPr>
            <w:tcW w:w="7532" w:type="dxa"/>
            <w:vAlign w:val="center"/>
          </w:tcPr>
          <w:p w14:paraId="74A13E81" w14:textId="77777777" w:rsidR="00D76929" w:rsidRPr="00027D8D" w:rsidRDefault="00D76929" w:rsidP="00D76929">
            <w:pPr>
              <w:spacing w:after="148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1.Правонарушения и преступления. Скажем экстремизму нет. Ценности, объединяющие мир </w:t>
            </w:r>
          </w:p>
          <w:p w14:paraId="6A903BC5" w14:textId="68E7D598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2. Новое в мире профессий.</w:t>
            </w:r>
          </w:p>
        </w:tc>
        <w:tc>
          <w:tcPr>
            <w:tcW w:w="708" w:type="dxa"/>
            <w:vAlign w:val="center"/>
          </w:tcPr>
          <w:p w14:paraId="3A51D380" w14:textId="197CF68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418" w:type="dxa"/>
          </w:tcPr>
          <w:p w14:paraId="702BB4A8" w14:textId="71FA5F5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701" w:type="dxa"/>
          </w:tcPr>
          <w:p w14:paraId="57BE8518" w14:textId="3EBB9B8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304D17F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8F44D3C" w14:textId="77777777" w:rsidTr="00356DCB">
        <w:trPr>
          <w:jc w:val="center"/>
        </w:trPr>
        <w:tc>
          <w:tcPr>
            <w:tcW w:w="7532" w:type="dxa"/>
            <w:vAlign w:val="center"/>
          </w:tcPr>
          <w:p w14:paraId="4BD87F50" w14:textId="77777777" w:rsidR="00D76929" w:rsidRPr="00027D8D" w:rsidRDefault="00D76929" w:rsidP="00D76929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Куда пойти учиться? Новое в мире профессий. </w:t>
            </w:r>
          </w:p>
          <w:p w14:paraId="70EE02AA" w14:textId="4B98F1A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2.Молодежные субкультуры. «За» и «Против».</w:t>
            </w:r>
          </w:p>
        </w:tc>
        <w:tc>
          <w:tcPr>
            <w:tcW w:w="708" w:type="dxa"/>
            <w:vAlign w:val="center"/>
          </w:tcPr>
          <w:p w14:paraId="75E92306" w14:textId="6A09A01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0BF19358" w14:textId="2D27FB8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701" w:type="dxa"/>
          </w:tcPr>
          <w:p w14:paraId="4DAE5BAD" w14:textId="3E49868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4FFEB5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C543ADD" w14:textId="77777777" w:rsidTr="00356DCB">
        <w:trPr>
          <w:jc w:val="center"/>
        </w:trPr>
        <w:tc>
          <w:tcPr>
            <w:tcW w:w="7532" w:type="dxa"/>
            <w:vAlign w:val="center"/>
          </w:tcPr>
          <w:p w14:paraId="74464FE6" w14:textId="77777777" w:rsidR="00D76929" w:rsidRPr="00027D8D" w:rsidRDefault="00D76929" w:rsidP="00D76929">
            <w:pPr>
              <w:numPr>
                <w:ilvl w:val="0"/>
                <w:numId w:val="23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«Спорт в нашей жизни. Мои жизненные ценности» </w:t>
            </w:r>
          </w:p>
          <w:p w14:paraId="5B06C2F7" w14:textId="487432C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Этика делового общения. Профессии моей области.</w:t>
            </w:r>
          </w:p>
        </w:tc>
        <w:tc>
          <w:tcPr>
            <w:tcW w:w="708" w:type="dxa"/>
            <w:vAlign w:val="center"/>
          </w:tcPr>
          <w:p w14:paraId="2D726F53" w14:textId="0E50259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1A2584B8" w14:textId="71E90DA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701" w:type="dxa"/>
          </w:tcPr>
          <w:p w14:paraId="2C6137D9" w14:textId="25BB64C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8A851BB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42A198CD" w14:textId="77777777" w:rsidTr="00356DCB">
        <w:trPr>
          <w:jc w:val="center"/>
        </w:trPr>
        <w:tc>
          <w:tcPr>
            <w:tcW w:w="7532" w:type="dxa"/>
            <w:vAlign w:val="center"/>
          </w:tcPr>
          <w:p w14:paraId="3E5E4321" w14:textId="77777777" w:rsidR="00D76929" w:rsidRPr="00027D8D" w:rsidRDefault="00D76929" w:rsidP="00D76929">
            <w:pPr>
              <w:spacing w:after="127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«Вредным привычкам НЕТ! Будь здоров!» </w:t>
            </w:r>
          </w:p>
          <w:p w14:paraId="01DF1E0C" w14:textId="4142120B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2.Профессиональное самоопределение, его связь с выбором пути продолжения образования.</w:t>
            </w:r>
          </w:p>
        </w:tc>
        <w:tc>
          <w:tcPr>
            <w:tcW w:w="708" w:type="dxa"/>
            <w:vAlign w:val="center"/>
          </w:tcPr>
          <w:p w14:paraId="67906023" w14:textId="33BE0BE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28C51E3F" w14:textId="14BCE46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01" w:type="dxa"/>
          </w:tcPr>
          <w:p w14:paraId="2D262736" w14:textId="2116F24D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BBB11AB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41DC924D" w14:textId="77777777" w:rsidTr="00356DCB">
        <w:trPr>
          <w:jc w:val="center"/>
        </w:trPr>
        <w:tc>
          <w:tcPr>
            <w:tcW w:w="7532" w:type="dxa"/>
            <w:vAlign w:val="center"/>
          </w:tcPr>
          <w:p w14:paraId="69661C89" w14:textId="77777777" w:rsidR="00D76929" w:rsidRPr="00027D8D" w:rsidRDefault="00D76929" w:rsidP="00D76929">
            <w:pPr>
              <w:numPr>
                <w:ilvl w:val="0"/>
                <w:numId w:val="24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Героями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</w:rPr>
              <w:t>рождаются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</w:rPr>
              <w:t xml:space="preserve">…» </w:t>
            </w:r>
          </w:p>
          <w:p w14:paraId="0969F92B" w14:textId="21D310C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lang w:val="ru-RU"/>
              </w:rPr>
              <w:t>2.«Что такое призвание и как его найти».</w:t>
            </w:r>
          </w:p>
        </w:tc>
        <w:tc>
          <w:tcPr>
            <w:tcW w:w="708" w:type="dxa"/>
            <w:vAlign w:val="center"/>
          </w:tcPr>
          <w:p w14:paraId="4188A5B6" w14:textId="1CDABFA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324A0EB6" w14:textId="2D933AA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701" w:type="dxa"/>
          </w:tcPr>
          <w:p w14:paraId="5E231C8E" w14:textId="085A480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40B5585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E08E3" w:rsidRPr="00027D8D" w14:paraId="7C332C61" w14:textId="77777777" w:rsidTr="00CE08E3">
        <w:trPr>
          <w:jc w:val="center"/>
        </w:trPr>
        <w:tc>
          <w:tcPr>
            <w:tcW w:w="13721" w:type="dxa"/>
            <w:gridSpan w:val="5"/>
            <w:shd w:val="clear" w:color="auto" w:fill="FF0000"/>
            <w:vAlign w:val="center"/>
          </w:tcPr>
          <w:p w14:paraId="34820CD6" w14:textId="00A3C686" w:rsidR="00CE08E3" w:rsidRPr="00027D8D" w:rsidRDefault="00CE08E3" w:rsidP="00CE08E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Социально-психологическая помощь</w:t>
            </w:r>
          </w:p>
        </w:tc>
      </w:tr>
      <w:tr w:rsidR="00CE08E3" w:rsidRPr="00027D8D" w14:paraId="167C96B3" w14:textId="77777777" w:rsidTr="00CE08E3">
        <w:trPr>
          <w:jc w:val="center"/>
        </w:trPr>
        <w:tc>
          <w:tcPr>
            <w:tcW w:w="13721" w:type="dxa"/>
            <w:gridSpan w:val="5"/>
            <w:shd w:val="clear" w:color="auto" w:fill="FF0000"/>
            <w:vAlign w:val="center"/>
          </w:tcPr>
          <w:p w14:paraId="757EA493" w14:textId="65A983B8" w:rsidR="00CE08E3" w:rsidRPr="00027D8D" w:rsidRDefault="000A7708" w:rsidP="00CE08E3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классных часов</w:t>
            </w:r>
          </w:p>
        </w:tc>
      </w:tr>
      <w:tr w:rsidR="000A7708" w:rsidRPr="00027D8D" w14:paraId="02298228" w14:textId="77777777" w:rsidTr="000A7708">
        <w:trPr>
          <w:trHeight w:val="405"/>
          <w:jc w:val="center"/>
        </w:trPr>
        <w:tc>
          <w:tcPr>
            <w:tcW w:w="13721" w:type="dxa"/>
            <w:gridSpan w:val="5"/>
            <w:vAlign w:val="center"/>
          </w:tcPr>
          <w:p w14:paraId="52A0E978" w14:textId="38083323" w:rsidR="000A7708" w:rsidRPr="00027D8D" w:rsidRDefault="000A7708" w:rsidP="000A7708">
            <w:pPr>
              <w:tabs>
                <w:tab w:val="left" w:pos="3948"/>
              </w:tabs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Экстремизм и терроризм</w:t>
            </w:r>
          </w:p>
        </w:tc>
      </w:tr>
      <w:tr w:rsidR="00CA74D2" w:rsidRPr="00027D8D" w14:paraId="14F6496C" w14:textId="77777777" w:rsidTr="002B37A9">
        <w:trPr>
          <w:jc w:val="center"/>
        </w:trPr>
        <w:tc>
          <w:tcPr>
            <w:tcW w:w="7532" w:type="dxa"/>
            <w:vAlign w:val="center"/>
          </w:tcPr>
          <w:p w14:paraId="2AB0BA30" w14:textId="5F486B14" w:rsidR="00CA74D2" w:rsidRPr="00027D8D" w:rsidRDefault="00CA74D2" w:rsidP="00CA74D2">
            <w:pPr>
              <w:shd w:val="clear" w:color="auto" w:fill="FFFFFF"/>
              <w:spacing w:line="256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Терроризм – угроза, которая касается каждого»</w:t>
            </w:r>
          </w:p>
        </w:tc>
        <w:tc>
          <w:tcPr>
            <w:tcW w:w="708" w:type="dxa"/>
          </w:tcPr>
          <w:p w14:paraId="58E38440" w14:textId="2E8A1348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B5569A9" w14:textId="759444C6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06C34D24" w14:textId="0D21F3E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D732244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5E9E1C1C" w14:textId="77777777" w:rsidTr="002B37A9">
        <w:trPr>
          <w:jc w:val="center"/>
        </w:trPr>
        <w:tc>
          <w:tcPr>
            <w:tcW w:w="7532" w:type="dxa"/>
            <w:vAlign w:val="center"/>
          </w:tcPr>
          <w:p w14:paraId="3B02C58F" w14:textId="68451A10" w:rsidR="00CA74D2" w:rsidRPr="00027D8D" w:rsidRDefault="00CA74D2" w:rsidP="00CA74D2">
            <w:pPr>
              <w:shd w:val="clear" w:color="auto" w:fill="FFFFFF"/>
              <w:spacing w:line="256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«Толерантность во взаимоотношениях с окружающими»</w:t>
            </w:r>
          </w:p>
        </w:tc>
        <w:tc>
          <w:tcPr>
            <w:tcW w:w="708" w:type="dxa"/>
          </w:tcPr>
          <w:p w14:paraId="7461D617" w14:textId="02128DEC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685F13B5" w14:textId="3BEA847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22840190" w14:textId="6A97E04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D3CBFFD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A4DCBA0" w14:textId="77777777" w:rsidTr="002B37A9">
        <w:trPr>
          <w:jc w:val="center"/>
        </w:trPr>
        <w:tc>
          <w:tcPr>
            <w:tcW w:w="7532" w:type="dxa"/>
            <w:vAlign w:val="center"/>
          </w:tcPr>
          <w:p w14:paraId="484A8B44" w14:textId="7840C7F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«Возьмемся за руки, друзья!»</w:t>
            </w:r>
          </w:p>
        </w:tc>
        <w:tc>
          <w:tcPr>
            <w:tcW w:w="708" w:type="dxa"/>
          </w:tcPr>
          <w:p w14:paraId="6ECD8771" w14:textId="1CDB4544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5DD1EECA" w14:textId="2EE97565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59C29538" w14:textId="5F83F66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8E37D62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F70155C" w14:textId="77777777" w:rsidTr="002B37A9">
        <w:trPr>
          <w:jc w:val="center"/>
        </w:trPr>
        <w:tc>
          <w:tcPr>
            <w:tcW w:w="7532" w:type="dxa"/>
            <w:vAlign w:val="center"/>
          </w:tcPr>
          <w:p w14:paraId="5723B545" w14:textId="7CBF16DA" w:rsidR="00CA74D2" w:rsidRPr="00027D8D" w:rsidRDefault="00CA74D2" w:rsidP="00CA74D2">
            <w:pPr>
              <w:shd w:val="clear" w:color="auto" w:fill="FFFFFF"/>
              <w:spacing w:line="256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«Богатое многообразие мировых культур»</w:t>
            </w:r>
          </w:p>
        </w:tc>
        <w:tc>
          <w:tcPr>
            <w:tcW w:w="708" w:type="dxa"/>
          </w:tcPr>
          <w:p w14:paraId="0FEE0983" w14:textId="22FD13D4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39EFA5AE" w14:textId="4D497031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39B3DBCE" w14:textId="6491D6B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4042E46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256F6648" w14:textId="77777777" w:rsidTr="002B37A9">
        <w:trPr>
          <w:jc w:val="center"/>
        </w:trPr>
        <w:tc>
          <w:tcPr>
            <w:tcW w:w="7532" w:type="dxa"/>
            <w:vAlign w:val="center"/>
          </w:tcPr>
          <w:p w14:paraId="783ADEFF" w14:textId="49DCA7C0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«Профилактика и разрешение конфликтов»</w:t>
            </w:r>
          </w:p>
        </w:tc>
        <w:tc>
          <w:tcPr>
            <w:tcW w:w="708" w:type="dxa"/>
          </w:tcPr>
          <w:p w14:paraId="0589C6AA" w14:textId="61EE797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11971C23" w14:textId="1561F31A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6D1F1CEA" w14:textId="49E714E1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DA531AB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33383D86" w14:textId="77777777" w:rsidTr="002B37A9">
        <w:trPr>
          <w:jc w:val="center"/>
        </w:trPr>
        <w:tc>
          <w:tcPr>
            <w:tcW w:w="7532" w:type="dxa"/>
            <w:vAlign w:val="center"/>
          </w:tcPr>
          <w:p w14:paraId="1B0896D6" w14:textId="311C42A6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«Патриотизм без экстремизма»</w:t>
            </w:r>
          </w:p>
        </w:tc>
        <w:tc>
          <w:tcPr>
            <w:tcW w:w="708" w:type="dxa"/>
          </w:tcPr>
          <w:p w14:paraId="338F4372" w14:textId="14B7A992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1A1B2CA1" w14:textId="69B7E41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1F8BE984" w14:textId="4118D2E1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58A3C4D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102C0D7A" w14:textId="77777777" w:rsidTr="002B37A9">
        <w:trPr>
          <w:jc w:val="center"/>
        </w:trPr>
        <w:tc>
          <w:tcPr>
            <w:tcW w:w="7532" w:type="dxa"/>
            <w:vAlign w:val="center"/>
          </w:tcPr>
          <w:p w14:paraId="660E0FD2" w14:textId="2435A23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«Нации и межнациональные отношения»</w:t>
            </w:r>
          </w:p>
        </w:tc>
        <w:tc>
          <w:tcPr>
            <w:tcW w:w="708" w:type="dxa"/>
          </w:tcPr>
          <w:p w14:paraId="4481E665" w14:textId="64F114D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46709B3D" w14:textId="4EB72B2A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6900583C" w14:textId="705EE51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D45F746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23255FCF" w14:textId="77777777" w:rsidTr="002B37A9">
        <w:trPr>
          <w:jc w:val="center"/>
        </w:trPr>
        <w:tc>
          <w:tcPr>
            <w:tcW w:w="7532" w:type="dxa"/>
            <w:vAlign w:val="center"/>
          </w:tcPr>
          <w:p w14:paraId="336D9936" w14:textId="389DC006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«Мы разные, но мир у нас один»</w:t>
            </w:r>
          </w:p>
        </w:tc>
        <w:tc>
          <w:tcPr>
            <w:tcW w:w="708" w:type="dxa"/>
          </w:tcPr>
          <w:p w14:paraId="0E9B80B1" w14:textId="0FBA3F6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7EA4B221" w14:textId="63FFC30C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0F52A629" w14:textId="03879E04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0BD2445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5DAE1AA" w14:textId="77777777" w:rsidTr="002B37A9">
        <w:trPr>
          <w:jc w:val="center"/>
        </w:trPr>
        <w:tc>
          <w:tcPr>
            <w:tcW w:w="7532" w:type="dxa"/>
            <w:vAlign w:val="center"/>
          </w:tcPr>
          <w:p w14:paraId="4079E0A5" w14:textId="16DC730F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«Терроризм и его проявления»</w:t>
            </w:r>
          </w:p>
        </w:tc>
        <w:tc>
          <w:tcPr>
            <w:tcW w:w="708" w:type="dxa"/>
          </w:tcPr>
          <w:p w14:paraId="1EABFAD3" w14:textId="771FE39A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46C2452C" w14:textId="65EA8690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701" w:type="dxa"/>
          </w:tcPr>
          <w:p w14:paraId="25E47EA1" w14:textId="04C5C045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9DAB191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2EA292D4" w14:textId="77777777" w:rsidTr="00A21F55">
        <w:trPr>
          <w:trHeight w:val="299"/>
          <w:jc w:val="center"/>
        </w:trPr>
        <w:tc>
          <w:tcPr>
            <w:tcW w:w="13721" w:type="dxa"/>
            <w:gridSpan w:val="5"/>
            <w:shd w:val="clear" w:color="auto" w:fill="FFFFFF" w:themeFill="background1"/>
            <w:vAlign w:val="center"/>
          </w:tcPr>
          <w:p w14:paraId="2AA247A0" w14:textId="589BA1E6" w:rsidR="00CA74D2" w:rsidRPr="00027D8D" w:rsidRDefault="00CA74D2" w:rsidP="00CA74D2">
            <w:pPr>
              <w:tabs>
                <w:tab w:val="left" w:pos="3936"/>
              </w:tabs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  <w:r w:rsidRPr="006A38CF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lastRenderedPageBreak/>
              <w:t>Половая неприкосновенность</w:t>
            </w:r>
          </w:p>
        </w:tc>
      </w:tr>
      <w:tr w:rsidR="00CA74D2" w:rsidRPr="00027D8D" w14:paraId="5260BCA7" w14:textId="77777777" w:rsidTr="002B37A9">
        <w:trPr>
          <w:jc w:val="center"/>
        </w:trPr>
        <w:tc>
          <w:tcPr>
            <w:tcW w:w="7532" w:type="dxa"/>
          </w:tcPr>
          <w:p w14:paraId="620EA558" w14:textId="3BD82ED3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Беседа «Гигиена тела», «Половое созревание»</w:t>
            </w:r>
          </w:p>
        </w:tc>
        <w:tc>
          <w:tcPr>
            <w:tcW w:w="708" w:type="dxa"/>
            <w:vAlign w:val="center"/>
          </w:tcPr>
          <w:p w14:paraId="66EA031F" w14:textId="77935AB5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  <w:vAlign w:val="center"/>
          </w:tcPr>
          <w:p w14:paraId="3A86BA84" w14:textId="30CC285B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5DAE3643" w14:textId="316DCF1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F64A026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5C3AA595" w14:textId="77777777" w:rsidTr="002B37A9">
        <w:trPr>
          <w:jc w:val="center"/>
        </w:trPr>
        <w:tc>
          <w:tcPr>
            <w:tcW w:w="7532" w:type="dxa"/>
          </w:tcPr>
          <w:p w14:paraId="0DEF0E13" w14:textId="7E059B37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Диспут «Взаимоотношения мужчины и женщины»</w:t>
            </w:r>
          </w:p>
        </w:tc>
        <w:tc>
          <w:tcPr>
            <w:tcW w:w="708" w:type="dxa"/>
            <w:vAlign w:val="center"/>
          </w:tcPr>
          <w:p w14:paraId="26FB9CD6" w14:textId="3DC4E9B9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  <w:vAlign w:val="center"/>
          </w:tcPr>
          <w:p w14:paraId="1DBC7E7C" w14:textId="4490D726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634D0C20" w14:textId="5CAF604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DD7007E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41289717" w14:textId="77777777" w:rsidTr="002B37A9">
        <w:trPr>
          <w:jc w:val="center"/>
        </w:trPr>
        <w:tc>
          <w:tcPr>
            <w:tcW w:w="7532" w:type="dxa"/>
          </w:tcPr>
          <w:p w14:paraId="242DB58B" w14:textId="54D20A70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Игра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Возраст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первой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любви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vAlign w:val="center"/>
          </w:tcPr>
          <w:p w14:paraId="089A4933" w14:textId="332D0DD4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  <w:vAlign w:val="center"/>
          </w:tcPr>
          <w:p w14:paraId="21F6E9BE" w14:textId="5E9EBD9F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1871EB0D" w14:textId="4F0D6E5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5532112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71C7B26D" w14:textId="77777777" w:rsidTr="002B37A9">
        <w:trPr>
          <w:jc w:val="center"/>
        </w:trPr>
        <w:tc>
          <w:tcPr>
            <w:tcW w:w="7532" w:type="dxa"/>
          </w:tcPr>
          <w:p w14:paraId="1FA19EFC" w14:textId="7BABD3BD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Дискусия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 xml:space="preserve"> «Ранние половые связи и их последствия»</w:t>
            </w:r>
          </w:p>
        </w:tc>
        <w:tc>
          <w:tcPr>
            <w:tcW w:w="708" w:type="dxa"/>
            <w:vAlign w:val="center"/>
          </w:tcPr>
          <w:p w14:paraId="165CFE4B" w14:textId="3C650E8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  <w:vAlign w:val="center"/>
          </w:tcPr>
          <w:p w14:paraId="0894476F" w14:textId="6A24AE89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3B852C0A" w14:textId="514EE4A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EF756BE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B16BC53" w14:textId="77777777" w:rsidTr="002B37A9">
        <w:trPr>
          <w:jc w:val="center"/>
        </w:trPr>
        <w:tc>
          <w:tcPr>
            <w:tcW w:w="7532" w:type="dxa"/>
          </w:tcPr>
          <w:p w14:paraId="4DCCE881" w14:textId="10F9F47C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Лекторий «Права ребёнка» (Половая неприкосновенность)</w:t>
            </w:r>
          </w:p>
        </w:tc>
        <w:tc>
          <w:tcPr>
            <w:tcW w:w="708" w:type="dxa"/>
            <w:vAlign w:val="center"/>
          </w:tcPr>
          <w:p w14:paraId="49007C52" w14:textId="0BEB189A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32AE3F5D" w14:textId="253C6DA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61C1AA00" w14:textId="5AA7E8B0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5DA3AC52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36C9F826" w14:textId="77777777" w:rsidTr="002B37A9">
        <w:trPr>
          <w:jc w:val="center"/>
        </w:trPr>
        <w:tc>
          <w:tcPr>
            <w:tcW w:w="7532" w:type="dxa"/>
          </w:tcPr>
          <w:p w14:paraId="2987AD2A" w14:textId="7BB4DFBB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Классный час о любви «Между нами, девочками (Между нами, мальчиками)</w:t>
            </w:r>
          </w:p>
        </w:tc>
        <w:tc>
          <w:tcPr>
            <w:tcW w:w="708" w:type="dxa"/>
            <w:vAlign w:val="center"/>
          </w:tcPr>
          <w:p w14:paraId="550AEFDC" w14:textId="551B9154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1FA0AF54" w14:textId="1A484B02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7272EC46" w14:textId="76967CFA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3DDF3390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2A4517A" w14:textId="77777777" w:rsidTr="002B37A9">
        <w:trPr>
          <w:jc w:val="center"/>
        </w:trPr>
        <w:tc>
          <w:tcPr>
            <w:tcW w:w="7532" w:type="dxa"/>
          </w:tcPr>
          <w:p w14:paraId="4C88FF6F" w14:textId="6E993161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Диспут-клуб "Взрослость - что это?"</w:t>
            </w:r>
          </w:p>
        </w:tc>
        <w:tc>
          <w:tcPr>
            <w:tcW w:w="708" w:type="dxa"/>
            <w:vAlign w:val="center"/>
          </w:tcPr>
          <w:p w14:paraId="3EBC2EE6" w14:textId="1DA32500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546004C5" w14:textId="6272584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02A3E3E5" w14:textId="0645893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46A7200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373200FB" w14:textId="77777777" w:rsidTr="002B37A9">
        <w:trPr>
          <w:jc w:val="center"/>
        </w:trPr>
        <w:tc>
          <w:tcPr>
            <w:tcW w:w="7532" w:type="dxa"/>
          </w:tcPr>
          <w:p w14:paraId="2B1230B5" w14:textId="5C820B8B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 xml:space="preserve">Разговор по душам «Красота. Гордость. </w:t>
            </w: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Достоинство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» (</w:t>
            </w: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для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девушек</w:t>
            </w:r>
            <w:proofErr w:type="spellEnd"/>
            <w:r w:rsidRPr="00027D8D">
              <w:rPr>
                <w:rFonts w:cs="Times New Roman"/>
                <w:color w:val="1A1A1A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8" w:type="dxa"/>
            <w:vAlign w:val="center"/>
          </w:tcPr>
          <w:p w14:paraId="73E35669" w14:textId="16CF308B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7376DEFF" w14:textId="57B2743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3255C95C" w14:textId="34AEE445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01A977B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512F78F2" w14:textId="77777777" w:rsidTr="00A21F55">
        <w:trPr>
          <w:jc w:val="center"/>
        </w:trPr>
        <w:tc>
          <w:tcPr>
            <w:tcW w:w="13721" w:type="dxa"/>
            <w:gridSpan w:val="5"/>
            <w:shd w:val="clear" w:color="auto" w:fill="FFFFFF" w:themeFill="background1"/>
          </w:tcPr>
          <w:p w14:paraId="41CF8509" w14:textId="6184F3AA" w:rsidR="00CA74D2" w:rsidRPr="00027D8D" w:rsidRDefault="00CA74D2" w:rsidP="00CA74D2">
            <w:pPr>
              <w:shd w:val="clear" w:color="auto" w:fill="FFFFFF"/>
              <w:tabs>
                <w:tab w:val="left" w:pos="3912"/>
              </w:tabs>
              <w:spacing w:after="150"/>
              <w:ind w:left="720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1F55">
              <w:rPr>
                <w:rFonts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Профилактика употребления психоактивных препаратов</w:t>
            </w:r>
          </w:p>
        </w:tc>
      </w:tr>
      <w:tr w:rsidR="00CA74D2" w:rsidRPr="00027D8D" w14:paraId="4067AB20" w14:textId="77777777" w:rsidTr="002B37A9">
        <w:trPr>
          <w:jc w:val="center"/>
        </w:trPr>
        <w:tc>
          <w:tcPr>
            <w:tcW w:w="7532" w:type="dxa"/>
          </w:tcPr>
          <w:p w14:paraId="0445D7F8" w14:textId="77F19A69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 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Если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хочешь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быть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здоров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»</w:t>
            </w:r>
          </w:p>
        </w:tc>
        <w:tc>
          <w:tcPr>
            <w:tcW w:w="708" w:type="dxa"/>
            <w:vAlign w:val="center"/>
          </w:tcPr>
          <w:p w14:paraId="067B022A" w14:textId="4A5E434A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380EBA28" w14:textId="1D484507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28087383" w14:textId="3477EF41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7444067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3826035F" w14:textId="77777777" w:rsidTr="002B37A9">
        <w:trPr>
          <w:jc w:val="center"/>
        </w:trPr>
        <w:tc>
          <w:tcPr>
            <w:tcW w:w="7532" w:type="dxa"/>
          </w:tcPr>
          <w:p w14:paraId="4D625581" w14:textId="1A6D93A6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Полезные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и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вредные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привычки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»</w:t>
            </w:r>
          </w:p>
        </w:tc>
        <w:tc>
          <w:tcPr>
            <w:tcW w:w="708" w:type="dxa"/>
            <w:vAlign w:val="center"/>
          </w:tcPr>
          <w:p w14:paraId="50771F10" w14:textId="788CDA88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04EF838E" w14:textId="4EA88E10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739690C9" w14:textId="78224F53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23D63AE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0CCF102B" w14:textId="77777777" w:rsidTr="002B37A9">
        <w:trPr>
          <w:jc w:val="center"/>
        </w:trPr>
        <w:tc>
          <w:tcPr>
            <w:tcW w:w="7532" w:type="dxa"/>
          </w:tcPr>
          <w:p w14:paraId="07DFA0BB" w14:textId="5FB98ABD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  <w:t xml:space="preserve"> «Что такое хорошо и что такое плохо»</w:t>
            </w:r>
          </w:p>
        </w:tc>
        <w:tc>
          <w:tcPr>
            <w:tcW w:w="708" w:type="dxa"/>
            <w:vAlign w:val="center"/>
          </w:tcPr>
          <w:p w14:paraId="2925D344" w14:textId="335EE2F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B26AD6C" w14:textId="5A36E252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05D7DA49" w14:textId="574A24A1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4DDD206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2C3CEE23" w14:textId="77777777" w:rsidTr="002B37A9">
        <w:trPr>
          <w:jc w:val="center"/>
        </w:trPr>
        <w:tc>
          <w:tcPr>
            <w:tcW w:w="7532" w:type="dxa"/>
          </w:tcPr>
          <w:p w14:paraId="3E4A7B93" w14:textId="68AF5C51" w:rsidR="00CA74D2" w:rsidRPr="00027D8D" w:rsidRDefault="00CA74D2" w:rsidP="00CA74D2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«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Если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хочешь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быть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  <w:proofErr w:type="spellStart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здоров</w:t>
            </w:r>
            <w:proofErr w:type="spellEnd"/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»</w:t>
            </w:r>
          </w:p>
        </w:tc>
        <w:tc>
          <w:tcPr>
            <w:tcW w:w="708" w:type="dxa"/>
            <w:vAlign w:val="center"/>
          </w:tcPr>
          <w:p w14:paraId="4A737FC2" w14:textId="06953889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BF908A6" w14:textId="25A6A3F5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2BCD939C" w14:textId="526C0988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8A49035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21A44224" w14:textId="77777777" w:rsidTr="00A21F55">
        <w:trPr>
          <w:jc w:val="center"/>
        </w:trPr>
        <w:tc>
          <w:tcPr>
            <w:tcW w:w="13721" w:type="dxa"/>
            <w:gridSpan w:val="5"/>
            <w:shd w:val="clear" w:color="auto" w:fill="FFFFFF" w:themeFill="background1"/>
          </w:tcPr>
          <w:p w14:paraId="07E2C4CB" w14:textId="7DBB1C63" w:rsidR="00CA74D2" w:rsidRPr="00027D8D" w:rsidRDefault="00CA74D2" w:rsidP="00CA74D2">
            <w:pPr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  <w:r w:rsidRPr="00A21F55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Профилактика суицидального поведения</w:t>
            </w:r>
          </w:p>
        </w:tc>
      </w:tr>
      <w:tr w:rsidR="00CA74D2" w:rsidRPr="00027D8D" w14:paraId="65F215AF" w14:textId="77777777" w:rsidTr="002B37A9">
        <w:trPr>
          <w:jc w:val="center"/>
        </w:trPr>
        <w:tc>
          <w:tcPr>
            <w:tcW w:w="7532" w:type="dxa"/>
          </w:tcPr>
          <w:p w14:paraId="029F559A" w14:textId="0F64B1D9" w:rsidR="00CA74D2" w:rsidRPr="00027D8D" w:rsidRDefault="00CA74D2" w:rsidP="00CA74D2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027D8D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Жизнь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прекрасна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14:paraId="35A3959D" w14:textId="59603B95" w:rsidR="00CA74D2" w:rsidRPr="00027D8D" w:rsidRDefault="00CA74D2" w:rsidP="00CA74D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5FAF895E" w14:textId="5BDAB970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6C35CA1D" w14:textId="15B68678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697BB1C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1EB38DDE" w14:textId="77777777" w:rsidTr="002B37A9">
        <w:trPr>
          <w:jc w:val="center"/>
        </w:trPr>
        <w:tc>
          <w:tcPr>
            <w:tcW w:w="7532" w:type="dxa"/>
          </w:tcPr>
          <w:p w14:paraId="0F4C53A7" w14:textId="25079AE4" w:rsidR="00CA74D2" w:rsidRPr="00027D8D" w:rsidRDefault="00CA74D2" w:rsidP="00CA74D2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«Давай говорить друг другу комплименты»</w:t>
            </w:r>
          </w:p>
        </w:tc>
        <w:tc>
          <w:tcPr>
            <w:tcW w:w="708" w:type="dxa"/>
          </w:tcPr>
          <w:p w14:paraId="7E31F90B" w14:textId="7108F69E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5E2C27DC" w14:textId="7FEA120A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5F020F57" w14:textId="165157D4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6D137670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B113F36" w14:textId="77777777" w:rsidTr="002B37A9">
        <w:trPr>
          <w:jc w:val="center"/>
        </w:trPr>
        <w:tc>
          <w:tcPr>
            <w:tcW w:w="7532" w:type="dxa"/>
          </w:tcPr>
          <w:p w14:paraId="3ABF23D4" w14:textId="2FCDD420" w:rsidR="00CA74D2" w:rsidRPr="00027D8D" w:rsidRDefault="00CA74D2" w:rsidP="00CA74D2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027D8D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хорошо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жить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14:paraId="51CE5DF2" w14:textId="51C31992" w:rsidR="00CA74D2" w:rsidRPr="00027D8D" w:rsidRDefault="00CA74D2" w:rsidP="00CA74D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74F6F643" w14:textId="44B8CD55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четверть</w:t>
            </w:r>
            <w:proofErr w:type="spellEnd"/>
          </w:p>
        </w:tc>
        <w:tc>
          <w:tcPr>
            <w:tcW w:w="1701" w:type="dxa"/>
          </w:tcPr>
          <w:p w14:paraId="41525104" w14:textId="49A31643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lastRenderedPageBreak/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lastRenderedPageBreak/>
              <w:t>руководители</w:t>
            </w:r>
            <w:proofErr w:type="spellEnd"/>
          </w:p>
        </w:tc>
        <w:tc>
          <w:tcPr>
            <w:tcW w:w="2362" w:type="dxa"/>
          </w:tcPr>
          <w:p w14:paraId="0DFAD6DB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7DD13819" w14:textId="77777777" w:rsidTr="002B37A9">
        <w:trPr>
          <w:jc w:val="center"/>
        </w:trPr>
        <w:tc>
          <w:tcPr>
            <w:tcW w:w="7532" w:type="dxa"/>
          </w:tcPr>
          <w:p w14:paraId="2828537D" w14:textId="064FAB6A" w:rsidR="00CA74D2" w:rsidRPr="00027D8D" w:rsidRDefault="00CA74D2" w:rsidP="00CA74D2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027D8D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Мы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голосуем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жизнь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14:paraId="2E17ADDD" w14:textId="00AA00D0" w:rsidR="00CA74D2" w:rsidRPr="00027D8D" w:rsidRDefault="00CA74D2" w:rsidP="00CA74D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</w:tcPr>
          <w:p w14:paraId="5D75CDC0" w14:textId="14EDD141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14:paraId="0B63301F" w14:textId="1099F5AA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141551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14155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41551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739C1EA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9026C" w:rsidRPr="00027D8D" w14:paraId="19ACDF69" w14:textId="37C64721" w:rsidTr="00D76929">
        <w:trPr>
          <w:jc w:val="center"/>
        </w:trPr>
        <w:tc>
          <w:tcPr>
            <w:tcW w:w="7532" w:type="dxa"/>
            <w:vAlign w:val="center"/>
          </w:tcPr>
          <w:p w14:paraId="00127F42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коллективные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творческие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708" w:type="dxa"/>
            <w:vAlign w:val="center"/>
          </w:tcPr>
          <w:p w14:paraId="60A8B727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3874B81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01" w:type="dxa"/>
            <w:vAlign w:val="center"/>
          </w:tcPr>
          <w:p w14:paraId="38687067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CA3940E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027D8D" w14:paraId="44970462" w14:textId="3A73C4F0" w:rsidTr="00D76929">
        <w:trPr>
          <w:jc w:val="center"/>
        </w:trPr>
        <w:tc>
          <w:tcPr>
            <w:tcW w:w="7532" w:type="dxa"/>
            <w:vAlign w:val="center"/>
          </w:tcPr>
          <w:p w14:paraId="18037745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советы дела: обсуждение инициатив, распределение посильных ролей, подведение итогов</w:t>
            </w:r>
          </w:p>
        </w:tc>
        <w:tc>
          <w:tcPr>
            <w:tcW w:w="708" w:type="dxa"/>
            <w:vAlign w:val="center"/>
          </w:tcPr>
          <w:p w14:paraId="5803476A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10D793F0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Перед и после коллективных дел</w:t>
            </w:r>
          </w:p>
        </w:tc>
        <w:tc>
          <w:tcPr>
            <w:tcW w:w="1701" w:type="dxa"/>
            <w:vAlign w:val="center"/>
          </w:tcPr>
          <w:p w14:paraId="39531D47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0656FB97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027D8D" w14:paraId="5C72A3AD" w14:textId="51FE7F82" w:rsidTr="00D76929">
        <w:trPr>
          <w:jc w:val="center"/>
        </w:trPr>
        <w:tc>
          <w:tcPr>
            <w:tcW w:w="7532" w:type="dxa"/>
            <w:vAlign w:val="center"/>
          </w:tcPr>
          <w:p w14:paraId="70900A67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Формирование и пополнение портфолио достижений обучающихся</w:t>
            </w:r>
          </w:p>
        </w:tc>
        <w:tc>
          <w:tcPr>
            <w:tcW w:w="708" w:type="dxa"/>
            <w:vAlign w:val="center"/>
          </w:tcPr>
          <w:p w14:paraId="60EBF359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6E386C1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01" w:type="dxa"/>
            <w:vAlign w:val="center"/>
          </w:tcPr>
          <w:p w14:paraId="71B589C1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2B6E8C26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D318BF" w14:paraId="51BCDF64" w14:textId="4B035330" w:rsidTr="00D76929">
        <w:trPr>
          <w:jc w:val="center"/>
        </w:trPr>
        <w:tc>
          <w:tcPr>
            <w:tcW w:w="7532" w:type="dxa"/>
            <w:vAlign w:val="center"/>
          </w:tcPr>
          <w:p w14:paraId="34FE19B6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Индивидуальная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педагогическая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поддержка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708" w:type="dxa"/>
            <w:vAlign w:val="center"/>
          </w:tcPr>
          <w:p w14:paraId="132D2A3F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6BA5F2B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потребности</w:t>
            </w:r>
            <w:proofErr w:type="spellEnd"/>
          </w:p>
        </w:tc>
        <w:tc>
          <w:tcPr>
            <w:tcW w:w="1701" w:type="dxa"/>
            <w:vAlign w:val="center"/>
          </w:tcPr>
          <w:p w14:paraId="76E1DBDF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специалисты психолого-педагогического сопровождения</w:t>
            </w:r>
          </w:p>
        </w:tc>
        <w:tc>
          <w:tcPr>
            <w:tcW w:w="2362" w:type="dxa"/>
          </w:tcPr>
          <w:p w14:paraId="599B39EB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9026C" w:rsidRPr="00027D8D" w14:paraId="211144CA" w14:textId="3309D246" w:rsidTr="00D76929">
        <w:trPr>
          <w:jc w:val="center"/>
        </w:trPr>
        <w:tc>
          <w:tcPr>
            <w:tcW w:w="7532" w:type="dxa"/>
            <w:vAlign w:val="center"/>
          </w:tcPr>
          <w:p w14:paraId="55D2D006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классов в Днях единых действий, общешкольных и муниципальных мероприятиях</w:t>
            </w:r>
          </w:p>
        </w:tc>
        <w:tc>
          <w:tcPr>
            <w:tcW w:w="708" w:type="dxa"/>
            <w:vAlign w:val="center"/>
          </w:tcPr>
          <w:p w14:paraId="13836813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333C57FA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календарю школы и организаторов</w:t>
            </w:r>
          </w:p>
        </w:tc>
        <w:tc>
          <w:tcPr>
            <w:tcW w:w="1701" w:type="dxa"/>
            <w:vAlign w:val="center"/>
          </w:tcPr>
          <w:p w14:paraId="2D07D8B4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1AD4A278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027D8D" w14:paraId="785D74AB" w14:textId="6A69A3AB" w:rsidTr="00D76929">
        <w:trPr>
          <w:jc w:val="center"/>
        </w:trPr>
        <w:tc>
          <w:tcPr>
            <w:tcW w:w="7532" w:type="dxa"/>
            <w:vAlign w:val="center"/>
          </w:tcPr>
          <w:p w14:paraId="2E88B33B" w14:textId="1ABF84EE" w:rsidR="00A9026C" w:rsidRPr="00027D8D" w:rsidRDefault="00D76929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Фестиваль 150 культур Дона</w:t>
            </w:r>
          </w:p>
        </w:tc>
        <w:tc>
          <w:tcPr>
            <w:tcW w:w="708" w:type="dxa"/>
            <w:vAlign w:val="center"/>
          </w:tcPr>
          <w:p w14:paraId="4D509A9A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847DA51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01" w:type="dxa"/>
            <w:vAlign w:val="center"/>
          </w:tcPr>
          <w:p w14:paraId="678F1D21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71B8BB4C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027D8D" w14:paraId="073890CA" w14:textId="56F64D31" w:rsidTr="00D76929">
        <w:trPr>
          <w:jc w:val="center"/>
        </w:trPr>
        <w:tc>
          <w:tcPr>
            <w:tcW w:w="7532" w:type="dxa"/>
            <w:vAlign w:val="center"/>
          </w:tcPr>
          <w:p w14:paraId="3451C3BA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Новогодний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праздник</w:t>
            </w:r>
            <w:proofErr w:type="spellEnd"/>
          </w:p>
        </w:tc>
        <w:tc>
          <w:tcPr>
            <w:tcW w:w="708" w:type="dxa"/>
            <w:vAlign w:val="center"/>
          </w:tcPr>
          <w:p w14:paraId="3FCE76EF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EB589C9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01" w:type="dxa"/>
            <w:vAlign w:val="center"/>
          </w:tcPr>
          <w:p w14:paraId="4573D17D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62" w:type="dxa"/>
          </w:tcPr>
          <w:p w14:paraId="41FC30EF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027D8D" w14:paraId="31523E2E" w14:textId="02EE1C64" w:rsidTr="00D76929">
        <w:trPr>
          <w:jc w:val="center"/>
        </w:trPr>
        <w:tc>
          <w:tcPr>
            <w:tcW w:w="7532" w:type="dxa"/>
            <w:vAlign w:val="center"/>
          </w:tcPr>
          <w:p w14:paraId="201749D6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Масленичная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игровая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708" w:type="dxa"/>
            <w:vAlign w:val="center"/>
          </w:tcPr>
          <w:p w14:paraId="38784FEA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A9E8E2F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Февраль–март 2027 года, по календарю</w:t>
            </w:r>
          </w:p>
        </w:tc>
        <w:tc>
          <w:tcPr>
            <w:tcW w:w="1701" w:type="dxa"/>
            <w:vAlign w:val="center"/>
          </w:tcPr>
          <w:p w14:paraId="2FC19A89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362" w:type="dxa"/>
          </w:tcPr>
          <w:p w14:paraId="03C3DA76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027D8D" w14:paraId="09C32D30" w14:textId="0BA081D7" w:rsidTr="00D76929">
        <w:trPr>
          <w:jc w:val="center"/>
        </w:trPr>
        <w:tc>
          <w:tcPr>
            <w:tcW w:w="7532" w:type="dxa"/>
            <w:vAlign w:val="center"/>
          </w:tcPr>
          <w:p w14:paraId="3B283E55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Праздник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Прощай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начальная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27D8D">
              <w:rPr>
                <w:rFonts w:cs="Times New Roman"/>
                <w:sz w:val="24"/>
                <w:szCs w:val="24"/>
              </w:rPr>
              <w:t>школа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8" w:type="dxa"/>
            <w:vAlign w:val="center"/>
          </w:tcPr>
          <w:p w14:paraId="11EC11A2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Align w:val="center"/>
          </w:tcPr>
          <w:p w14:paraId="286D23A8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года</w:t>
            </w:r>
            <w:proofErr w:type="spellEnd"/>
          </w:p>
        </w:tc>
        <w:tc>
          <w:tcPr>
            <w:tcW w:w="1701" w:type="dxa"/>
            <w:vAlign w:val="center"/>
          </w:tcPr>
          <w:p w14:paraId="7DFDB985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руководители</w:t>
            </w:r>
            <w:proofErr w:type="spellEnd"/>
          </w:p>
        </w:tc>
        <w:tc>
          <w:tcPr>
            <w:tcW w:w="2362" w:type="dxa"/>
          </w:tcPr>
          <w:p w14:paraId="27A1DC94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26C" w:rsidRPr="00D318BF" w14:paraId="1A073A11" w14:textId="0797EF4A" w:rsidTr="00D76929">
        <w:trPr>
          <w:jc w:val="center"/>
        </w:trPr>
        <w:tc>
          <w:tcPr>
            <w:tcW w:w="7532" w:type="dxa"/>
            <w:vAlign w:val="center"/>
          </w:tcPr>
          <w:p w14:paraId="1FA9464F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Инструктажи и практические занятия по безопасному поведению</w:t>
            </w:r>
          </w:p>
        </w:tc>
        <w:tc>
          <w:tcPr>
            <w:tcW w:w="708" w:type="dxa"/>
            <w:vAlign w:val="center"/>
          </w:tcPr>
          <w:p w14:paraId="3BFAFD32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6D03F5B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Перед каникулами, поездками и массовыми мероприятиями</w:t>
            </w:r>
          </w:p>
        </w:tc>
        <w:tc>
          <w:tcPr>
            <w:tcW w:w="1701" w:type="dxa"/>
            <w:vAlign w:val="center"/>
          </w:tcPr>
          <w:p w14:paraId="1E1B57E2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за комплексную безопасность</w:t>
            </w:r>
          </w:p>
        </w:tc>
        <w:tc>
          <w:tcPr>
            <w:tcW w:w="2362" w:type="dxa"/>
          </w:tcPr>
          <w:p w14:paraId="6AC3AE71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9026C" w:rsidRPr="00D318BF" w14:paraId="033BF542" w14:textId="7008069B" w:rsidTr="00D76929">
        <w:trPr>
          <w:jc w:val="center"/>
        </w:trPr>
        <w:tc>
          <w:tcPr>
            <w:tcW w:w="7532" w:type="dxa"/>
            <w:vAlign w:val="center"/>
          </w:tcPr>
          <w:p w14:paraId="224B6429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Образовательные экскурсии и культурные посещения</w:t>
            </w:r>
          </w:p>
        </w:tc>
        <w:tc>
          <w:tcPr>
            <w:tcW w:w="708" w:type="dxa"/>
            <w:vAlign w:val="center"/>
          </w:tcPr>
          <w:p w14:paraId="414E4566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2C91EFC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плану класса, не менее одного раза в полугодие</w:t>
            </w:r>
          </w:p>
        </w:tc>
        <w:tc>
          <w:tcPr>
            <w:tcW w:w="1701" w:type="dxa"/>
            <w:vAlign w:val="center"/>
          </w:tcPr>
          <w:p w14:paraId="28B6ADF2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организаций — по согласованию</w:t>
            </w:r>
          </w:p>
        </w:tc>
        <w:tc>
          <w:tcPr>
            <w:tcW w:w="2362" w:type="dxa"/>
          </w:tcPr>
          <w:p w14:paraId="7EF2552D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9026C" w:rsidRPr="00D318BF" w14:paraId="33B6E3FC" w14:textId="31BA9CB4" w:rsidTr="00D76929">
        <w:trPr>
          <w:jc w:val="center"/>
        </w:trPr>
        <w:tc>
          <w:tcPr>
            <w:tcW w:w="7532" w:type="dxa"/>
            <w:vAlign w:val="center"/>
          </w:tcPr>
          <w:p w14:paraId="2E3C9E60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Совместные мероприятия с родителями (законными представителями)</w:t>
            </w:r>
          </w:p>
        </w:tc>
        <w:tc>
          <w:tcPr>
            <w:tcW w:w="708" w:type="dxa"/>
            <w:vAlign w:val="center"/>
          </w:tcPr>
          <w:p w14:paraId="66948199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A3CA851" w14:textId="77777777" w:rsidR="00A9026C" w:rsidRPr="00027D8D" w:rsidRDefault="00A9026C" w:rsidP="00A9026C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1701" w:type="dxa"/>
            <w:vAlign w:val="center"/>
          </w:tcPr>
          <w:p w14:paraId="34120E2F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родители — по согласованию</w:t>
            </w:r>
          </w:p>
        </w:tc>
        <w:tc>
          <w:tcPr>
            <w:tcW w:w="2362" w:type="dxa"/>
          </w:tcPr>
          <w:p w14:paraId="5F1A7AE2" w14:textId="77777777" w:rsidR="00A9026C" w:rsidRPr="00027D8D" w:rsidRDefault="00A9026C" w:rsidP="00A9026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39421AAB" w14:textId="77777777" w:rsidTr="00626F81">
        <w:trPr>
          <w:jc w:val="center"/>
        </w:trPr>
        <w:tc>
          <w:tcPr>
            <w:tcW w:w="13721" w:type="dxa"/>
            <w:gridSpan w:val="5"/>
            <w:vAlign w:val="center"/>
          </w:tcPr>
          <w:p w14:paraId="2A84872A" w14:textId="779756EB" w:rsidR="004C059F" w:rsidRPr="004C059F" w:rsidRDefault="004C059F" w:rsidP="004C059F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4C059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Патриотическое воспитание Классные часы</w:t>
            </w:r>
          </w:p>
        </w:tc>
      </w:tr>
      <w:tr w:rsidR="00AE2329" w:rsidRPr="00027D8D" w14:paraId="6F8D0477" w14:textId="77777777" w:rsidTr="00CF1071">
        <w:trPr>
          <w:jc w:val="center"/>
        </w:trPr>
        <w:tc>
          <w:tcPr>
            <w:tcW w:w="7532" w:type="dxa"/>
            <w:vAlign w:val="center"/>
          </w:tcPr>
          <w:p w14:paraId="7B9EBCF2" w14:textId="77777777" w:rsidR="00AE2329" w:rsidRPr="00807BBC" w:rsidRDefault="00AE2329" w:rsidP="00AE2329">
            <w:pPr>
              <w:widowControl w:val="0"/>
              <w:tabs>
                <w:tab w:val="left" w:pos="1870"/>
              </w:tabs>
              <w:autoSpaceDE w:val="0"/>
              <w:autoSpaceDN w:val="0"/>
              <w:spacing w:before="6" w:line="259" w:lineRule="auto"/>
              <w:ind w:right="375"/>
              <w:rPr>
                <w:rFonts w:cs="Times New Roman"/>
                <w:sz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Организация</w:t>
            </w:r>
            <w:r w:rsidRPr="00807BBC">
              <w:rPr>
                <w:rFonts w:cs="Times New Roman"/>
                <w:sz w:val="24"/>
                <w:lang w:val="ru-RU"/>
              </w:rPr>
              <w:tab/>
            </w:r>
            <w:proofErr w:type="gramStart"/>
            <w:r w:rsidRPr="00807BBC">
              <w:rPr>
                <w:rFonts w:cs="Times New Roman"/>
                <w:spacing w:val="-1"/>
                <w:sz w:val="24"/>
                <w:lang w:val="ru-RU"/>
              </w:rPr>
              <w:t>встре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ч 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учащихся</w:t>
            </w:r>
            <w:proofErr w:type="gramEnd"/>
            <w:r w:rsidRPr="00807BBC">
              <w:rPr>
                <w:rFonts w:cs="Times New Roman"/>
                <w:spacing w:val="14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с</w:t>
            </w:r>
            <w:r w:rsidRPr="00807BBC">
              <w:rPr>
                <w:rFonts w:cs="Times New Roman"/>
                <w:spacing w:val="15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ветеранами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</w:t>
            </w:r>
            <w:r w:rsidRPr="00807BBC">
              <w:rPr>
                <w:rFonts w:cs="Times New Roman"/>
                <w:sz w:val="24"/>
                <w:lang w:val="ru-RU"/>
              </w:rPr>
              <w:t>Великой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Отечественной</w:t>
            </w:r>
            <w:r w:rsidRPr="00807BBC">
              <w:rPr>
                <w:rFonts w:cs="Times New Roman"/>
                <w:spacing w:val="50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войны,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воинами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интернационалистами,</w:t>
            </w:r>
          </w:p>
          <w:p w14:paraId="13C38C99" w14:textId="77777777" w:rsidR="00AE2329" w:rsidRPr="00807BBC" w:rsidRDefault="00AE2329" w:rsidP="00AE2329">
            <w:pPr>
              <w:spacing w:before="3" w:line="259" w:lineRule="auto"/>
              <w:ind w:right="469"/>
              <w:rPr>
                <w:rFonts w:cs="Times New Roman"/>
                <w:sz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Участниками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антитеррористических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операций,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посвященные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памятным</w:t>
            </w:r>
            <w:r w:rsidRPr="00807BBC">
              <w:rPr>
                <w:rFonts w:cs="Times New Roman"/>
                <w:sz w:val="24"/>
                <w:lang w:val="ru-RU"/>
              </w:rPr>
              <w:tab/>
              <w:t>и</w:t>
            </w:r>
          </w:p>
          <w:p w14:paraId="722C5E83" w14:textId="4FF586A6" w:rsidR="00AE2329" w:rsidRPr="00027D8D" w:rsidRDefault="00AE2329" w:rsidP="00AE2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знаменательным</w:t>
            </w:r>
            <w:r w:rsidRPr="00807BBC">
              <w:rPr>
                <w:rFonts w:cs="Times New Roman"/>
                <w:spacing w:val="4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датам</w:t>
            </w:r>
            <w:r>
              <w:rPr>
                <w:rFonts w:cs="Times New Roman"/>
                <w:sz w:val="24"/>
                <w:lang w:val="ru-RU"/>
              </w:rPr>
              <w:t xml:space="preserve">  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военной</w:t>
            </w:r>
            <w:r w:rsidRPr="00807BB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истории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2B32B1F4" w14:textId="193B6992" w:rsidR="00AE2329" w:rsidRPr="00027D8D" w:rsidRDefault="00AE2329" w:rsidP="00AE23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52E19E27" w14:textId="174DC2A9" w:rsidR="00AE2329" w:rsidRPr="00027D8D" w:rsidRDefault="00AE2329" w:rsidP="00AE232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1701" w:type="dxa"/>
            <w:vAlign w:val="center"/>
          </w:tcPr>
          <w:p w14:paraId="347D2712" w14:textId="1D317EDA" w:rsidR="00AE2329" w:rsidRPr="00027D8D" w:rsidRDefault="00AE2329" w:rsidP="00AE23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  <w:vAlign w:val="center"/>
          </w:tcPr>
          <w:p w14:paraId="40509C67" w14:textId="234ADEE0" w:rsidR="00AE2329" w:rsidRPr="00027D8D" w:rsidRDefault="00AE2329" w:rsidP="00AE2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027D8D" w14:paraId="03E54C8A" w14:textId="77777777" w:rsidTr="00D939D4">
        <w:trPr>
          <w:jc w:val="center"/>
        </w:trPr>
        <w:tc>
          <w:tcPr>
            <w:tcW w:w="7532" w:type="dxa"/>
            <w:vAlign w:val="center"/>
          </w:tcPr>
          <w:p w14:paraId="07D67A21" w14:textId="0EDC202E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Уроки</w:t>
            </w:r>
            <w:r w:rsidRPr="008F652B">
              <w:rPr>
                <w:rFonts w:cs="Times New Roman"/>
                <w:sz w:val="24"/>
                <w:lang w:val="ru-RU"/>
              </w:rPr>
              <w:tab/>
              <w:t>мужества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"В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нашей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памяти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</w:t>
            </w:r>
            <w:r w:rsidRPr="008F652B">
              <w:rPr>
                <w:rFonts w:cs="Times New Roman"/>
                <w:sz w:val="24"/>
                <w:lang w:val="ru-RU"/>
              </w:rPr>
              <w:t>навсегда…",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посвящённые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Дню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окончания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Второй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мировой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войн</w:t>
            </w:r>
            <w:r>
              <w:rPr>
                <w:rFonts w:cs="Times New Roman"/>
                <w:sz w:val="24"/>
                <w:lang w:val="ru-RU"/>
              </w:rPr>
              <w:t>ы</w:t>
            </w:r>
          </w:p>
        </w:tc>
        <w:tc>
          <w:tcPr>
            <w:tcW w:w="708" w:type="dxa"/>
            <w:vAlign w:val="center"/>
          </w:tcPr>
          <w:p w14:paraId="4A17FE82" w14:textId="2DCB33EB" w:rsidR="003808AF" w:rsidRPr="00027D8D" w:rsidRDefault="003808AF" w:rsidP="003808A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158B95C0" w14:textId="6793827B" w:rsidR="003808AF" w:rsidRPr="00027D8D" w:rsidRDefault="003808AF" w:rsidP="003808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701" w:type="dxa"/>
          </w:tcPr>
          <w:p w14:paraId="26FC9608" w14:textId="2D7F0DCC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75581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  <w:vAlign w:val="center"/>
          </w:tcPr>
          <w:p w14:paraId="43147BFC" w14:textId="0A550A2D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027D8D" w14:paraId="35222C76" w14:textId="77777777" w:rsidTr="00D939D4">
        <w:trPr>
          <w:jc w:val="center"/>
        </w:trPr>
        <w:tc>
          <w:tcPr>
            <w:tcW w:w="7532" w:type="dxa"/>
            <w:vAlign w:val="center"/>
          </w:tcPr>
          <w:p w14:paraId="448F31E8" w14:textId="77777777" w:rsidR="003808AF" w:rsidRPr="008F652B" w:rsidRDefault="003808AF" w:rsidP="003808AF">
            <w:pPr>
              <w:widowControl w:val="0"/>
              <w:tabs>
                <w:tab w:val="left" w:pos="968"/>
                <w:tab w:val="left" w:pos="2055"/>
              </w:tabs>
              <w:autoSpaceDE w:val="0"/>
              <w:autoSpaceDN w:val="0"/>
              <w:spacing w:line="259" w:lineRule="auto"/>
              <w:ind w:right="25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День</w:t>
            </w:r>
            <w:r w:rsidRPr="008F652B">
              <w:rPr>
                <w:rFonts w:cs="Times New Roman"/>
                <w:sz w:val="24"/>
                <w:lang w:val="ru-RU"/>
              </w:rPr>
              <w:tab/>
              <w:t>памяти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жертв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</w:t>
            </w:r>
            <w:r w:rsidRPr="008F652B">
              <w:rPr>
                <w:rFonts w:cs="Times New Roman"/>
                <w:sz w:val="24"/>
                <w:lang w:val="ru-RU"/>
              </w:rPr>
              <w:t>фашизма</w:t>
            </w:r>
          </w:p>
          <w:p w14:paraId="447A71F0" w14:textId="77777777" w:rsidR="003808AF" w:rsidRPr="008F652B" w:rsidRDefault="003808AF" w:rsidP="003808AF">
            <w:pPr>
              <w:widowControl w:val="0"/>
              <w:autoSpaceDE w:val="0"/>
              <w:autoSpaceDN w:val="0"/>
              <w:spacing w:line="275" w:lineRule="exact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Уроки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истории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«Героями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proofErr w:type="gramStart"/>
            <w:r w:rsidRPr="008F652B">
              <w:rPr>
                <w:rFonts w:cs="Times New Roman"/>
                <w:sz w:val="24"/>
                <w:lang w:val="ru-RU"/>
              </w:rPr>
              <w:t>не</w:t>
            </w:r>
            <w:r>
              <w:rPr>
                <w:rFonts w:cs="Times New Roman"/>
                <w:sz w:val="24"/>
                <w:lang w:val="ru-RU"/>
              </w:rPr>
              <w:t xml:space="preserve">  </w:t>
            </w:r>
            <w:r w:rsidRPr="008F652B">
              <w:rPr>
                <w:rFonts w:cs="Times New Roman"/>
                <w:sz w:val="24"/>
                <w:lang w:val="ru-RU"/>
              </w:rPr>
              <w:t>рождаются</w:t>
            </w:r>
            <w:proofErr w:type="gramEnd"/>
            <w:r w:rsidRPr="008F652B">
              <w:rPr>
                <w:rFonts w:cs="Times New Roman"/>
                <w:sz w:val="24"/>
                <w:lang w:val="ru-RU"/>
              </w:rPr>
              <w:t>…»</w:t>
            </w:r>
          </w:p>
          <w:p w14:paraId="60C030FB" w14:textId="2871EA2B" w:rsidR="003808AF" w:rsidRPr="008F652B" w:rsidRDefault="003808AF" w:rsidP="003808AF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Классные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часы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«Перед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памятью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время</w:t>
            </w:r>
            <w:r w:rsidRPr="008F652B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бессильно</w:t>
            </w:r>
          </w:p>
        </w:tc>
        <w:tc>
          <w:tcPr>
            <w:tcW w:w="708" w:type="dxa"/>
            <w:vAlign w:val="center"/>
          </w:tcPr>
          <w:p w14:paraId="4823F08A" w14:textId="35312F44" w:rsidR="003808AF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25CFB26E" w14:textId="3AEF0DA8" w:rsidR="003808AF" w:rsidRDefault="003808AF" w:rsidP="003808A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701" w:type="dxa"/>
          </w:tcPr>
          <w:p w14:paraId="2BFCE6B3" w14:textId="7E41252B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75581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202B3879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027D8D" w14:paraId="69BC87AA" w14:textId="77777777" w:rsidTr="00D939D4">
        <w:trPr>
          <w:jc w:val="center"/>
        </w:trPr>
        <w:tc>
          <w:tcPr>
            <w:tcW w:w="7532" w:type="dxa"/>
            <w:vAlign w:val="center"/>
          </w:tcPr>
          <w:p w14:paraId="536400BC" w14:textId="7FEBCA95" w:rsidR="003808AF" w:rsidRPr="008F652B" w:rsidRDefault="003808AF" w:rsidP="003808AF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 xml:space="preserve">мужества </w:t>
            </w:r>
            <w:r w:rsidRPr="008F652B">
              <w:rPr>
                <w:rFonts w:ascii="Calibri" w:hAnsi="Calibri" w:cs="Times New Roman"/>
                <w:sz w:val="22"/>
                <w:lang w:val="ru-RU"/>
              </w:rPr>
              <w:t>«</w:t>
            </w:r>
            <w:r w:rsidRPr="008F652B">
              <w:rPr>
                <w:rFonts w:cs="Times New Roman"/>
                <w:sz w:val="24"/>
                <w:lang w:val="ru-RU"/>
              </w:rPr>
              <w:t>Берегите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Россию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–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нет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другой"</w:t>
            </w:r>
          </w:p>
        </w:tc>
        <w:tc>
          <w:tcPr>
            <w:tcW w:w="708" w:type="dxa"/>
            <w:vAlign w:val="center"/>
          </w:tcPr>
          <w:p w14:paraId="3E7D1712" w14:textId="13C7AD31" w:rsidR="003808AF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5FEAE128" w14:textId="6E4BFC67" w:rsidR="003808AF" w:rsidRDefault="003808AF" w:rsidP="003808A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701" w:type="dxa"/>
          </w:tcPr>
          <w:p w14:paraId="50CCB0A5" w14:textId="243BEF90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75581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7A1801C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027D8D" w14:paraId="1F740A5D" w14:textId="77777777" w:rsidTr="00D939D4">
        <w:trPr>
          <w:jc w:val="center"/>
        </w:trPr>
        <w:tc>
          <w:tcPr>
            <w:tcW w:w="7532" w:type="dxa"/>
            <w:vAlign w:val="center"/>
          </w:tcPr>
          <w:p w14:paraId="741EDFD2" w14:textId="77777777" w:rsidR="003808AF" w:rsidRPr="008F652B" w:rsidRDefault="003808AF" w:rsidP="003808AF">
            <w:pPr>
              <w:widowControl w:val="0"/>
              <w:autoSpaceDE w:val="0"/>
              <w:autoSpaceDN w:val="0"/>
              <w:spacing w:line="259" w:lineRule="auto"/>
              <w:ind w:left="105" w:right="528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lastRenderedPageBreak/>
              <w:t>Поздравление ко Дню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учителя.</w:t>
            </w:r>
          </w:p>
          <w:p w14:paraId="6FB0E613" w14:textId="5F7D6469" w:rsidR="003808AF" w:rsidRPr="008F652B" w:rsidRDefault="003808AF" w:rsidP="003808AF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«Нет</w:t>
            </w:r>
            <w:r w:rsidRPr="008F652B">
              <w:rPr>
                <w:rFonts w:cs="Times New Roman"/>
                <w:spacing w:val="-1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профессии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прекрасней!»</w:t>
            </w:r>
          </w:p>
        </w:tc>
        <w:tc>
          <w:tcPr>
            <w:tcW w:w="708" w:type="dxa"/>
            <w:vAlign w:val="center"/>
          </w:tcPr>
          <w:p w14:paraId="70776082" w14:textId="68820A5A" w:rsidR="003808AF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2EBE53F0" w14:textId="5FD40259" w:rsidR="003808AF" w:rsidRDefault="003808AF" w:rsidP="003808A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701" w:type="dxa"/>
          </w:tcPr>
          <w:p w14:paraId="56A6E9A4" w14:textId="2A62346A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75581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C5E0F0B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59EC15CB" w14:textId="77777777" w:rsidTr="00F311D1">
        <w:trPr>
          <w:jc w:val="center"/>
        </w:trPr>
        <w:tc>
          <w:tcPr>
            <w:tcW w:w="7532" w:type="dxa"/>
            <w:vAlign w:val="center"/>
          </w:tcPr>
          <w:p w14:paraId="1C154FA5" w14:textId="636B007F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День космонавтики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Тематически</w:t>
            </w:r>
            <w:r>
              <w:rPr>
                <w:rFonts w:cs="Times New Roman"/>
                <w:sz w:val="24"/>
                <w:lang w:val="ru-RU"/>
              </w:rPr>
              <w:t>й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8F652B">
              <w:rPr>
                <w:rFonts w:cs="Times New Roman"/>
                <w:sz w:val="24"/>
                <w:lang w:val="ru-RU"/>
              </w:rPr>
              <w:t>классны</w:t>
            </w:r>
            <w:r>
              <w:rPr>
                <w:rFonts w:cs="Times New Roman"/>
                <w:sz w:val="24"/>
                <w:lang w:val="ru-RU"/>
              </w:rPr>
              <w:t xml:space="preserve">й 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</w:t>
            </w:r>
            <w:proofErr w:type="gramEnd"/>
          </w:p>
        </w:tc>
        <w:tc>
          <w:tcPr>
            <w:tcW w:w="708" w:type="dxa"/>
            <w:vAlign w:val="center"/>
          </w:tcPr>
          <w:p w14:paraId="789D3CD0" w14:textId="1AFF051F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4332E987" w14:textId="447428D7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701" w:type="dxa"/>
          </w:tcPr>
          <w:p w14:paraId="1335C486" w14:textId="26175F63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0C1126A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69641EC6" w14:textId="77777777" w:rsidTr="00F311D1">
        <w:trPr>
          <w:jc w:val="center"/>
        </w:trPr>
        <w:tc>
          <w:tcPr>
            <w:tcW w:w="7532" w:type="dxa"/>
            <w:vAlign w:val="center"/>
          </w:tcPr>
          <w:p w14:paraId="64DDA05D" w14:textId="374F8AE2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Участие во Всероссийской</w:t>
            </w:r>
            <w:r>
              <w:rPr>
                <w:rFonts w:cs="Times New Roman"/>
                <w:sz w:val="24"/>
                <w:lang w:val="ru-RU"/>
              </w:rPr>
              <w:t xml:space="preserve">   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акции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«Я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-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гражданин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России»</w:t>
            </w:r>
          </w:p>
        </w:tc>
        <w:tc>
          <w:tcPr>
            <w:tcW w:w="708" w:type="dxa"/>
            <w:vAlign w:val="center"/>
          </w:tcPr>
          <w:p w14:paraId="255E0965" w14:textId="018FE496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239B39F7" w14:textId="0840F1DD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701" w:type="dxa"/>
          </w:tcPr>
          <w:p w14:paraId="150B7D25" w14:textId="69B32889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4CCA1B2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04BDB3EE" w14:textId="77777777" w:rsidTr="00F311D1">
        <w:trPr>
          <w:jc w:val="center"/>
        </w:trPr>
        <w:tc>
          <w:tcPr>
            <w:tcW w:w="7532" w:type="dxa"/>
            <w:vAlign w:val="center"/>
          </w:tcPr>
          <w:p w14:paraId="3E8B5492" w14:textId="77777777" w:rsidR="007971DC" w:rsidRPr="008F652B" w:rsidRDefault="007971DC" w:rsidP="007971DC">
            <w:pPr>
              <w:widowControl w:val="0"/>
              <w:autoSpaceDE w:val="0"/>
              <w:autoSpaceDN w:val="0"/>
              <w:spacing w:line="259" w:lineRule="auto"/>
              <w:ind w:left="105" w:right="109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Цикл классных часов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"Наша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Родина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-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Россия",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</w:t>
            </w:r>
            <w:r w:rsidRPr="008F652B">
              <w:rPr>
                <w:rFonts w:cs="Times New Roman"/>
                <w:sz w:val="24"/>
                <w:lang w:val="ru-RU"/>
              </w:rPr>
              <w:t>рамках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Дня народного</w:t>
            </w:r>
            <w:r>
              <w:rPr>
                <w:rFonts w:cs="Times New Roman"/>
                <w:sz w:val="24"/>
                <w:lang w:val="ru-RU"/>
              </w:rPr>
              <w:t xml:space="preserve">   </w:t>
            </w:r>
            <w:r w:rsidRPr="008F652B">
              <w:rPr>
                <w:rFonts w:cs="Times New Roman"/>
                <w:sz w:val="24"/>
                <w:lang w:val="ru-RU"/>
              </w:rPr>
              <w:t>Единства</w:t>
            </w:r>
          </w:p>
          <w:p w14:paraId="02384D9B" w14:textId="77777777" w:rsidR="007971DC" w:rsidRPr="008F652B" w:rsidRDefault="007971DC" w:rsidP="007971DC">
            <w:pPr>
              <w:widowControl w:val="0"/>
              <w:autoSpaceDE w:val="0"/>
              <w:autoSpaceDN w:val="0"/>
              <w:spacing w:before="22"/>
              <w:ind w:left="10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Радиолинейка</w:t>
            </w:r>
          </w:p>
          <w:p w14:paraId="0156798E" w14:textId="4505E5F6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«День</w:t>
            </w:r>
            <w:r w:rsidRPr="008F652B">
              <w:rPr>
                <w:rFonts w:cs="Times New Roman"/>
                <w:spacing w:val="-1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народного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единства»</w:t>
            </w:r>
          </w:p>
        </w:tc>
        <w:tc>
          <w:tcPr>
            <w:tcW w:w="708" w:type="dxa"/>
            <w:vAlign w:val="center"/>
          </w:tcPr>
          <w:p w14:paraId="6D81E9FD" w14:textId="0E53E01F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2BFA91F6" w14:textId="42C9AFE5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701" w:type="dxa"/>
          </w:tcPr>
          <w:p w14:paraId="46BE63E8" w14:textId="19270C3A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10B9772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3C6DB438" w14:textId="77777777" w:rsidTr="00F311D1">
        <w:trPr>
          <w:jc w:val="center"/>
        </w:trPr>
        <w:tc>
          <w:tcPr>
            <w:tcW w:w="7532" w:type="dxa"/>
            <w:vAlign w:val="center"/>
          </w:tcPr>
          <w:p w14:paraId="4E6DCB98" w14:textId="77777777" w:rsidR="007971DC" w:rsidRPr="008F652B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Мероприятия, посвящённый Дню неизвестного солдата</w:t>
            </w:r>
          </w:p>
          <w:p w14:paraId="6528532B" w14:textId="77777777" w:rsidR="007971DC" w:rsidRPr="008F652B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«Они</w:t>
            </w:r>
            <w:r w:rsidRPr="008F652B">
              <w:rPr>
                <w:rFonts w:cs="Times New Roman"/>
                <w:sz w:val="24"/>
                <w:szCs w:val="24"/>
                <w:lang w:val="ru-RU"/>
              </w:rPr>
              <w:tab/>
              <w:t>сражались за Родину»</w:t>
            </w:r>
          </w:p>
          <w:p w14:paraId="570B875D" w14:textId="77777777" w:rsidR="007971DC" w:rsidRPr="008F652B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Классные часы</w:t>
            </w:r>
          </w:p>
          <w:p w14:paraId="7054E674" w14:textId="77777777" w:rsidR="007971DC" w:rsidRPr="008F652B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«Навечно в памяти народной…» Уроки истории</w:t>
            </w:r>
          </w:p>
          <w:p w14:paraId="61E0A4A8" w14:textId="0419F105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«Вечная Слава героям»</w:t>
            </w:r>
          </w:p>
        </w:tc>
        <w:tc>
          <w:tcPr>
            <w:tcW w:w="708" w:type="dxa"/>
            <w:vAlign w:val="center"/>
          </w:tcPr>
          <w:p w14:paraId="0219B03B" w14:textId="72401079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2E8A69D4" w14:textId="1EC4F2FC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701" w:type="dxa"/>
          </w:tcPr>
          <w:p w14:paraId="0F0AABCF" w14:textId="0A0CDB99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276DDAC0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368C1E8C" w14:textId="77777777" w:rsidTr="00F311D1">
        <w:trPr>
          <w:jc w:val="center"/>
        </w:trPr>
        <w:tc>
          <w:tcPr>
            <w:tcW w:w="7532" w:type="dxa"/>
          </w:tcPr>
          <w:p w14:paraId="0C83F373" w14:textId="04AA7F4C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sz w:val="24"/>
                <w:lang w:val="ru-RU"/>
              </w:rPr>
              <w:t>Вовлечение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обучающихся</w:t>
            </w:r>
            <w:r w:rsidRPr="004C059F">
              <w:rPr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в</w:t>
            </w:r>
            <w:r w:rsidRPr="004C059F">
              <w:rPr>
                <w:sz w:val="24"/>
                <w:lang w:val="ru-RU"/>
              </w:rPr>
              <w:tab/>
            </w:r>
            <w:r w:rsidRPr="004C059F">
              <w:rPr>
                <w:spacing w:val="-1"/>
                <w:sz w:val="24"/>
                <w:lang w:val="ru-RU"/>
              </w:rPr>
              <w:t>детско-юношеское</w:t>
            </w:r>
            <w:r w:rsidRPr="004C059F">
              <w:rPr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объединение</w:t>
            </w:r>
            <w:r w:rsidRPr="004C059F">
              <w:rPr>
                <w:spacing w:val="57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ЮНАРМИЯ</w:t>
            </w:r>
          </w:p>
        </w:tc>
        <w:tc>
          <w:tcPr>
            <w:tcW w:w="708" w:type="dxa"/>
            <w:vAlign w:val="center"/>
          </w:tcPr>
          <w:p w14:paraId="3D1F2DF0" w14:textId="1BE2409B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70321BA3" w14:textId="51D54469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4D5B390B" w14:textId="2A513DD9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3FA84C83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79C77C4F" w14:textId="77777777" w:rsidTr="00F311D1">
        <w:trPr>
          <w:jc w:val="center"/>
        </w:trPr>
        <w:tc>
          <w:tcPr>
            <w:tcW w:w="7532" w:type="dxa"/>
          </w:tcPr>
          <w:p w14:paraId="7DAE62A2" w14:textId="77777777" w:rsidR="007971DC" w:rsidRPr="004C059F" w:rsidRDefault="007971DC" w:rsidP="007971DC">
            <w:pPr>
              <w:widowControl w:val="0"/>
              <w:tabs>
                <w:tab w:val="left" w:pos="2151"/>
              </w:tabs>
              <w:autoSpaceDE w:val="0"/>
              <w:autoSpaceDN w:val="0"/>
              <w:spacing w:line="259" w:lineRule="auto"/>
              <w:ind w:left="105" w:right="35"/>
              <w:rPr>
                <w:rFonts w:cs="Times New Roman"/>
                <w:spacing w:val="-2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Организация</w:t>
            </w:r>
            <w:r w:rsidRPr="004C059F">
              <w:rPr>
                <w:rFonts w:cs="Times New Roman"/>
                <w:sz w:val="24"/>
                <w:lang w:val="ru-RU"/>
              </w:rPr>
              <w:tab/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>работы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>Движение Первых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</w:p>
          <w:p w14:paraId="0F17699B" w14:textId="260ACFAC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(отдельный</w:t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план)</w:t>
            </w:r>
          </w:p>
        </w:tc>
        <w:tc>
          <w:tcPr>
            <w:tcW w:w="708" w:type="dxa"/>
            <w:vAlign w:val="center"/>
          </w:tcPr>
          <w:p w14:paraId="103B1F13" w14:textId="07CDC5D7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4723E57B" w14:textId="7C2B8019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472787C2" w14:textId="09BE6954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29002C7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4F88ADCB" w14:textId="77777777" w:rsidTr="00F311D1">
        <w:trPr>
          <w:jc w:val="center"/>
        </w:trPr>
        <w:tc>
          <w:tcPr>
            <w:tcW w:w="7532" w:type="dxa"/>
          </w:tcPr>
          <w:p w14:paraId="4DDFFF8F" w14:textId="2BDE4BB9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Участие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</w:t>
            </w:r>
            <w:r w:rsidRPr="004C059F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муниципальных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этапах, областных 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Всероссийских конкурсов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патриотической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направленности.</w:t>
            </w:r>
          </w:p>
        </w:tc>
        <w:tc>
          <w:tcPr>
            <w:tcW w:w="708" w:type="dxa"/>
            <w:vAlign w:val="center"/>
          </w:tcPr>
          <w:p w14:paraId="255BF4FB" w14:textId="77777777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53D20777" w14:textId="0A0BCFCD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3B75489B" w14:textId="68DB7788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D6F3D20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5AF0D780" w14:textId="77777777" w:rsidTr="00F311D1">
        <w:trPr>
          <w:jc w:val="center"/>
        </w:trPr>
        <w:tc>
          <w:tcPr>
            <w:tcW w:w="7532" w:type="dxa"/>
          </w:tcPr>
          <w:p w14:paraId="106B9E87" w14:textId="022FABEA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Участие в военных сборах</w:t>
            </w:r>
          </w:p>
        </w:tc>
        <w:tc>
          <w:tcPr>
            <w:tcW w:w="708" w:type="dxa"/>
            <w:vAlign w:val="center"/>
          </w:tcPr>
          <w:p w14:paraId="0BAD6AB3" w14:textId="79E2EB93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6E31DB6" w14:textId="11744FC2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21F789F0" w14:textId="46858934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30738638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4AE49752" w14:textId="77777777" w:rsidTr="00F311D1">
        <w:trPr>
          <w:jc w:val="center"/>
        </w:trPr>
        <w:tc>
          <w:tcPr>
            <w:tcW w:w="7532" w:type="dxa"/>
          </w:tcPr>
          <w:p w14:paraId="36247881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3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Вахта</w:t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памяти</w:t>
            </w:r>
          </w:p>
          <w:p w14:paraId="302FBB17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2" w:line="259" w:lineRule="auto"/>
              <w:ind w:left="105" w:right="8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«Города – герои»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виртуальная экскурсия по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городам героям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>Литературно-музыкальная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композиция</w:t>
            </w:r>
          </w:p>
          <w:p w14:paraId="32292D1C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line="274" w:lineRule="exact"/>
              <w:ind w:left="170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«Этот</w:t>
            </w:r>
            <w:r w:rsidRPr="004C059F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день</w:t>
            </w:r>
            <w:r w:rsidRPr="004C059F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мы</w:t>
            </w:r>
          </w:p>
          <w:p w14:paraId="70B45726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1" w:line="259" w:lineRule="auto"/>
              <w:ind w:left="105" w:right="250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приближали как могли!»</w:t>
            </w:r>
            <w:r w:rsidRPr="004C059F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Смотр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строя 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песни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Уроки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мужества</w:t>
            </w:r>
          </w:p>
          <w:p w14:paraId="51802DB0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1" w:line="259" w:lineRule="auto"/>
              <w:ind w:left="105" w:right="946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«От</w:t>
            </w:r>
            <w:r w:rsidRPr="004C059F">
              <w:rPr>
                <w:rFonts w:cs="Times New Roman"/>
                <w:spacing w:val="-9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героев</w:t>
            </w:r>
            <w:r w:rsidRPr="004C059F">
              <w:rPr>
                <w:rFonts w:cs="Times New Roman"/>
                <w:spacing w:val="-9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былых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времен…»</w:t>
            </w:r>
          </w:p>
          <w:p w14:paraId="3D658D88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line="276" w:lineRule="exact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lastRenderedPageBreak/>
              <w:t>Смотр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строя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и песни</w:t>
            </w:r>
          </w:p>
          <w:p w14:paraId="7BF37704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2" w:line="259" w:lineRule="auto"/>
              <w:ind w:left="105" w:right="67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«Шли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солдаты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на</w:t>
            </w:r>
            <w:r w:rsidRPr="004C059F">
              <w:rPr>
                <w:rFonts w:cs="Times New Roman"/>
                <w:spacing w:val="-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парад!»"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Акции:</w:t>
            </w:r>
          </w:p>
          <w:p w14:paraId="4629C1C6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line="275" w:lineRule="exact"/>
              <w:ind w:left="170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«Бессмертный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полк»,</w:t>
            </w:r>
          </w:p>
          <w:p w14:paraId="4AFBA35E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2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«Георгиевская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ленточка»,</w:t>
            </w:r>
          </w:p>
          <w:p w14:paraId="32B73034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1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«Окна</w:t>
            </w:r>
            <w:r w:rsidRPr="004C059F">
              <w:rPr>
                <w:rFonts w:cs="Times New Roman"/>
                <w:spacing w:val="-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Победы»,</w:t>
            </w:r>
          </w:p>
          <w:p w14:paraId="434C1E35" w14:textId="38C119AD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«Лес</w:t>
            </w:r>
            <w:r w:rsidRPr="004C059F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Победы»</w:t>
            </w:r>
          </w:p>
        </w:tc>
        <w:tc>
          <w:tcPr>
            <w:tcW w:w="708" w:type="dxa"/>
            <w:vAlign w:val="center"/>
          </w:tcPr>
          <w:p w14:paraId="5A2F9F7C" w14:textId="6302D311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8-11</w:t>
            </w:r>
          </w:p>
        </w:tc>
        <w:tc>
          <w:tcPr>
            <w:tcW w:w="1418" w:type="dxa"/>
            <w:vAlign w:val="center"/>
          </w:tcPr>
          <w:p w14:paraId="700635C8" w14:textId="7E682F7A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394A1C6A" w14:textId="0BED5FD8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6B30D191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0410F8EC" w14:textId="77777777" w:rsidTr="00F311D1">
        <w:trPr>
          <w:jc w:val="center"/>
        </w:trPr>
        <w:tc>
          <w:tcPr>
            <w:tcW w:w="7532" w:type="dxa"/>
            <w:vAlign w:val="center"/>
          </w:tcPr>
          <w:p w14:paraId="7DF268A2" w14:textId="77777777" w:rsidR="007971DC" w:rsidRPr="008F652B" w:rsidRDefault="007971DC" w:rsidP="007971DC">
            <w:pPr>
              <w:widowControl w:val="0"/>
              <w:autoSpaceDE w:val="0"/>
              <w:autoSpaceDN w:val="0"/>
              <w:spacing w:before="3"/>
              <w:ind w:left="10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Классные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часы</w:t>
            </w:r>
          </w:p>
          <w:p w14:paraId="1855E0E6" w14:textId="57A4FEDE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«Слава русскому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солдату!»</w:t>
            </w:r>
            <w:r w:rsidRPr="008F652B">
              <w:rPr>
                <w:rFonts w:cs="Times New Roman"/>
                <w:spacing w:val="39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рамках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Дня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Героев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Отечества.</w:t>
            </w:r>
          </w:p>
        </w:tc>
        <w:tc>
          <w:tcPr>
            <w:tcW w:w="708" w:type="dxa"/>
            <w:vAlign w:val="center"/>
          </w:tcPr>
          <w:p w14:paraId="31A19A2B" w14:textId="6FD279C4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1FA42975" w14:textId="78963C5A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701" w:type="dxa"/>
          </w:tcPr>
          <w:p w14:paraId="77D72C11" w14:textId="2C828DAE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4C27BB8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715D7D6E" w14:textId="77777777" w:rsidTr="00F311D1">
        <w:trPr>
          <w:jc w:val="center"/>
        </w:trPr>
        <w:tc>
          <w:tcPr>
            <w:tcW w:w="7532" w:type="dxa"/>
            <w:vAlign w:val="center"/>
          </w:tcPr>
          <w:p w14:paraId="384BA4AB" w14:textId="3696351E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Всероссийский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открытый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</w:t>
            </w:r>
            <w:r w:rsidRPr="004C059F">
              <w:rPr>
                <w:rFonts w:cs="Times New Roman"/>
                <w:sz w:val="24"/>
                <w:lang w:val="ru-RU"/>
              </w:rPr>
              <w:t>урок "ОБЗР, в рамках Дня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гражданской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обороны</w:t>
            </w:r>
          </w:p>
        </w:tc>
        <w:tc>
          <w:tcPr>
            <w:tcW w:w="708" w:type="dxa"/>
          </w:tcPr>
          <w:p w14:paraId="48F90771" w14:textId="3B809372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D0F09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149F534B" w14:textId="4EA54432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701" w:type="dxa"/>
          </w:tcPr>
          <w:p w14:paraId="3F4B2489" w14:textId="27820622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40C56FC4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23604D8D" w14:textId="77777777" w:rsidTr="00F311D1">
        <w:trPr>
          <w:jc w:val="center"/>
        </w:trPr>
        <w:tc>
          <w:tcPr>
            <w:tcW w:w="7532" w:type="dxa"/>
            <w:vAlign w:val="center"/>
          </w:tcPr>
          <w:p w14:paraId="0B481E93" w14:textId="35360C74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8F652B">
              <w:rPr>
                <w:rFonts w:cs="Times New Roman"/>
                <w:sz w:val="24"/>
                <w:lang w:val="ru-RU"/>
              </w:rPr>
              <w:t>Конкурст</w:t>
            </w:r>
            <w:proofErr w:type="spellEnd"/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рисунка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«Слава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Армии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России!»</w:t>
            </w:r>
          </w:p>
        </w:tc>
        <w:tc>
          <w:tcPr>
            <w:tcW w:w="708" w:type="dxa"/>
          </w:tcPr>
          <w:p w14:paraId="68C99A35" w14:textId="75889342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D0F09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192DD4EC" w14:textId="13863202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701" w:type="dxa"/>
          </w:tcPr>
          <w:p w14:paraId="0E4E2A45" w14:textId="4232097D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67B845F2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402475D8" w14:textId="77777777" w:rsidTr="00F311D1">
        <w:trPr>
          <w:jc w:val="center"/>
        </w:trPr>
        <w:tc>
          <w:tcPr>
            <w:tcW w:w="7532" w:type="dxa"/>
            <w:vAlign w:val="center"/>
          </w:tcPr>
          <w:p w14:paraId="76C9E892" w14:textId="1E3920EA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65067A">
              <w:rPr>
                <w:rFonts w:cs="Times New Roman"/>
                <w:sz w:val="24"/>
                <w:szCs w:val="24"/>
                <w:lang w:val="ru-RU"/>
              </w:rPr>
              <w:tab/>
              <w:t>экскурсий музеи города</w:t>
            </w:r>
          </w:p>
        </w:tc>
        <w:tc>
          <w:tcPr>
            <w:tcW w:w="708" w:type="dxa"/>
          </w:tcPr>
          <w:p w14:paraId="3AEC31A2" w14:textId="10B06E9A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D0F09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1238F2CA" w14:textId="5B8FC942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2DC6E82E" w14:textId="14A2D0A9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42C5FA69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6D1A5522" w14:textId="77777777" w:rsidTr="00F311D1">
        <w:trPr>
          <w:jc w:val="center"/>
        </w:trPr>
        <w:tc>
          <w:tcPr>
            <w:tcW w:w="7532" w:type="dxa"/>
            <w:vAlign w:val="center"/>
          </w:tcPr>
          <w:p w14:paraId="3628D579" w14:textId="77777777" w:rsidR="007971DC" w:rsidRPr="0065067A" w:rsidRDefault="007971DC" w:rsidP="007971DC">
            <w:pPr>
              <w:widowControl w:val="0"/>
              <w:autoSpaceDE w:val="0"/>
              <w:autoSpaceDN w:val="0"/>
              <w:ind w:left="-38"/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Урок</w:t>
            </w:r>
            <w:r w:rsidRPr="0065067A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Мужества</w:t>
            </w:r>
          </w:p>
          <w:p w14:paraId="4BC8CC6E" w14:textId="57925D65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«Ленинградский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метроном»,</w:t>
            </w:r>
            <w:r w:rsidRPr="0065067A">
              <w:rPr>
                <w:rFonts w:cs="Times New Roman"/>
                <w:spacing w:val="3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в</w:t>
            </w:r>
            <w:r w:rsidRPr="0065067A">
              <w:rPr>
                <w:rFonts w:cs="Times New Roman"/>
                <w:spacing w:val="34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рамках</w:t>
            </w:r>
            <w:r w:rsidRPr="0065067A">
              <w:rPr>
                <w:rFonts w:cs="Times New Roman"/>
                <w:spacing w:val="38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Дня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полного</w:t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pacing w:val="-1"/>
                <w:sz w:val="24"/>
                <w:lang w:val="ru-RU"/>
              </w:rPr>
              <w:t>освобождения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Ленинграда</w:t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proofErr w:type="gramStart"/>
            <w:r w:rsidRPr="0065067A">
              <w:rPr>
                <w:rFonts w:cs="Times New Roman"/>
                <w:spacing w:val="-1"/>
                <w:sz w:val="24"/>
                <w:lang w:val="ru-RU"/>
              </w:rPr>
              <w:t>от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фашистской</w:t>
            </w:r>
            <w:proofErr w:type="gramEnd"/>
            <w:r w:rsidRPr="0065067A">
              <w:rPr>
                <w:rFonts w:cs="Times New Roman"/>
                <w:sz w:val="24"/>
                <w:lang w:val="ru-RU"/>
              </w:rPr>
              <w:t xml:space="preserve"> блокады</w:t>
            </w:r>
          </w:p>
        </w:tc>
        <w:tc>
          <w:tcPr>
            <w:tcW w:w="708" w:type="dxa"/>
          </w:tcPr>
          <w:p w14:paraId="71577000" w14:textId="2515CEC0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D0F09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42709A40" w14:textId="50A9542C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701" w:type="dxa"/>
          </w:tcPr>
          <w:p w14:paraId="74DA529A" w14:textId="452BAB7A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69FD77A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4F83F049" w14:textId="77777777" w:rsidTr="00F311D1">
        <w:trPr>
          <w:jc w:val="center"/>
        </w:trPr>
        <w:tc>
          <w:tcPr>
            <w:tcW w:w="7532" w:type="dxa"/>
            <w:vAlign w:val="center"/>
          </w:tcPr>
          <w:p w14:paraId="40589CF4" w14:textId="0B0EED36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Участие во Всероссийском</w:t>
            </w:r>
            <w:r w:rsidRPr="004C059F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Диктанте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Победы</w:t>
            </w:r>
          </w:p>
        </w:tc>
        <w:tc>
          <w:tcPr>
            <w:tcW w:w="708" w:type="dxa"/>
            <w:vAlign w:val="center"/>
          </w:tcPr>
          <w:p w14:paraId="228A033A" w14:textId="56AEE032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3AA7F98" w14:textId="0DDBC51E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701" w:type="dxa"/>
          </w:tcPr>
          <w:p w14:paraId="5EEDB48C" w14:textId="375E371F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60343FE4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77B3776B" w14:textId="77777777" w:rsidTr="00F311D1">
        <w:trPr>
          <w:jc w:val="center"/>
        </w:trPr>
        <w:tc>
          <w:tcPr>
            <w:tcW w:w="7532" w:type="dxa"/>
          </w:tcPr>
          <w:p w14:paraId="6E8B31AE" w14:textId="77777777" w:rsidR="007971DC" w:rsidRDefault="007971DC" w:rsidP="007971DC">
            <w:pPr>
              <w:pStyle w:val="TableParagraph"/>
              <w:tabs>
                <w:tab w:val="left" w:pos="178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Мужества</w:t>
            </w:r>
          </w:p>
          <w:p w14:paraId="0618E9B6" w14:textId="6CFDC07E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sz w:val="24"/>
                <w:lang w:val="ru-RU"/>
              </w:rPr>
              <w:t>«Колокола</w:t>
            </w:r>
            <w:r w:rsidRPr="0065067A">
              <w:rPr>
                <w:sz w:val="24"/>
                <w:lang w:val="ru-RU"/>
              </w:rPr>
              <w:tab/>
            </w:r>
            <w:r w:rsidRPr="0065067A">
              <w:rPr>
                <w:spacing w:val="-1"/>
                <w:sz w:val="24"/>
                <w:lang w:val="ru-RU"/>
              </w:rPr>
              <w:t>нашей</w:t>
            </w:r>
            <w:r w:rsidRPr="0065067A">
              <w:rPr>
                <w:spacing w:val="-58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памяти»,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посвященные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Международному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дню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</w:t>
            </w:r>
            <w:r w:rsidRPr="0065067A">
              <w:rPr>
                <w:sz w:val="24"/>
                <w:lang w:val="ru-RU"/>
              </w:rPr>
              <w:t>памяти</w:t>
            </w:r>
            <w:r w:rsidRPr="0065067A">
              <w:rPr>
                <w:spacing w:val="-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жертв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Холокоста</w:t>
            </w:r>
          </w:p>
        </w:tc>
        <w:tc>
          <w:tcPr>
            <w:tcW w:w="708" w:type="dxa"/>
          </w:tcPr>
          <w:p w14:paraId="04CAA198" w14:textId="5DCE8B59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63BC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6CA5F9B7" w14:textId="57C4AC9F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701" w:type="dxa"/>
          </w:tcPr>
          <w:p w14:paraId="3669D5D8" w14:textId="347564E6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53D9CC2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000B04A9" w14:textId="77777777" w:rsidTr="00F311D1">
        <w:trPr>
          <w:jc w:val="center"/>
        </w:trPr>
        <w:tc>
          <w:tcPr>
            <w:tcW w:w="7532" w:type="dxa"/>
          </w:tcPr>
          <w:p w14:paraId="2F1F410E" w14:textId="77777777" w:rsidR="007971DC" w:rsidRDefault="007971DC" w:rsidP="007971DC">
            <w:pPr>
              <w:pStyle w:val="TableParagraph"/>
              <w:tabs>
                <w:tab w:val="left" w:pos="2293"/>
              </w:tabs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z w:val="24"/>
              </w:rPr>
              <w:tab/>
              <w:t>акция</w:t>
            </w:r>
          </w:p>
          <w:p w14:paraId="6C3F0BB7" w14:textId="5D0F8223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Блокадный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хлеб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708" w:type="dxa"/>
          </w:tcPr>
          <w:p w14:paraId="49B164B7" w14:textId="37006091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63BC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3571966D" w14:textId="24856B13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701" w:type="dxa"/>
          </w:tcPr>
          <w:p w14:paraId="61A4942F" w14:textId="16AC8DB8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01D5BEF2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1E4D6DBC" w14:textId="77777777" w:rsidTr="00F311D1">
        <w:trPr>
          <w:jc w:val="center"/>
        </w:trPr>
        <w:tc>
          <w:tcPr>
            <w:tcW w:w="7532" w:type="dxa"/>
          </w:tcPr>
          <w:p w14:paraId="2D698DEC" w14:textId="77777777" w:rsidR="007971DC" w:rsidRDefault="007971DC" w:rsidP="007971DC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  <w:p w14:paraId="45765E4A" w14:textId="77777777" w:rsidR="007971DC" w:rsidRDefault="007971DC" w:rsidP="007971DC">
            <w:pPr>
              <w:pStyle w:val="TableParagraph"/>
              <w:tabs>
                <w:tab w:val="left" w:pos="1868"/>
                <w:tab w:val="left" w:pos="2413"/>
              </w:tabs>
              <w:spacing w:before="50" w:line="235" w:lineRule="auto"/>
              <w:ind w:right="33"/>
              <w:jc w:val="both"/>
              <w:rPr>
                <w:sz w:val="24"/>
              </w:rPr>
            </w:pPr>
            <w:r>
              <w:rPr>
                <w:sz w:val="24"/>
              </w:rPr>
              <w:t>«Страница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истории</w:t>
            </w:r>
            <w:proofErr w:type="gramStart"/>
            <w:r>
              <w:rPr>
                <w:spacing w:val="-1"/>
                <w:sz w:val="24"/>
              </w:rPr>
              <w:t xml:space="preserve">»,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посвящённая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Дню     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037AE6A3" w14:textId="690C28A1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sz w:val="24"/>
                <w:lang w:val="ru-RU"/>
              </w:rPr>
              <w:t>Сталинградская</w:t>
            </w:r>
            <w:r w:rsidRPr="004C059F">
              <w:rPr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битва</w:t>
            </w:r>
          </w:p>
        </w:tc>
        <w:tc>
          <w:tcPr>
            <w:tcW w:w="708" w:type="dxa"/>
          </w:tcPr>
          <w:p w14:paraId="1CEEB61C" w14:textId="127F89F9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63BC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0CCD212C" w14:textId="41DCD4FF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14:paraId="347E5606" w14:textId="74C58E3A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6DB6F121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07FE1765" w14:textId="77777777" w:rsidTr="00F311D1">
        <w:trPr>
          <w:jc w:val="center"/>
        </w:trPr>
        <w:tc>
          <w:tcPr>
            <w:tcW w:w="7532" w:type="dxa"/>
          </w:tcPr>
          <w:p w14:paraId="441AE5DB" w14:textId="4FE415AD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Шефство</w:t>
            </w:r>
            <w:r w:rsidRPr="004C059F">
              <w:rPr>
                <w:rFonts w:cs="Times New Roman"/>
                <w:sz w:val="24"/>
                <w:lang w:val="ru-RU"/>
              </w:rPr>
              <w:tab/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>учащихся</w:t>
            </w:r>
            <w:r w:rsidRPr="004C059F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школы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над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ветеранами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войны,</w:t>
            </w:r>
            <w:r w:rsidRPr="004C059F">
              <w:rPr>
                <w:rFonts w:cs="Times New Roman"/>
                <w:spacing w:val="6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тружениками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тыла,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детьми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войны,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ветеранами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войны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Афганистане,</w:t>
            </w:r>
            <w:r w:rsidRPr="004C059F">
              <w:rPr>
                <w:rFonts w:cs="Times New Roman"/>
                <w:spacing w:val="6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пожилыми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одинокими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людьми.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Ветеранами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4C059F">
              <w:rPr>
                <w:rFonts w:cs="Times New Roman"/>
                <w:sz w:val="24"/>
                <w:lang w:val="ru-RU"/>
              </w:rPr>
              <w:t>учителями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школы</w:t>
            </w:r>
            <w:proofErr w:type="gramEnd"/>
            <w:r w:rsidRPr="004C059F">
              <w:rPr>
                <w:rFonts w:cs="Times New Roman"/>
                <w:sz w:val="24"/>
                <w:lang w:val="ru-RU"/>
              </w:rPr>
              <w:t>.</w:t>
            </w:r>
          </w:p>
        </w:tc>
        <w:tc>
          <w:tcPr>
            <w:tcW w:w="708" w:type="dxa"/>
            <w:vAlign w:val="center"/>
          </w:tcPr>
          <w:p w14:paraId="56F0D8A6" w14:textId="7C205BEB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418" w:type="dxa"/>
            <w:vAlign w:val="center"/>
          </w:tcPr>
          <w:p w14:paraId="70B44D31" w14:textId="007350EB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1701" w:type="dxa"/>
          </w:tcPr>
          <w:p w14:paraId="5002386D" w14:textId="59EE44B9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003B8F88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3C6F1FEE" w14:textId="77777777" w:rsidTr="00F311D1">
        <w:trPr>
          <w:jc w:val="center"/>
        </w:trPr>
        <w:tc>
          <w:tcPr>
            <w:tcW w:w="7532" w:type="dxa"/>
          </w:tcPr>
          <w:p w14:paraId="62F3F54D" w14:textId="77777777" w:rsidR="007971DC" w:rsidRDefault="007971DC" w:rsidP="007971DC">
            <w:pPr>
              <w:pStyle w:val="TableParagraph"/>
              <w:spacing w:line="259" w:lineRule="auto"/>
              <w:ind w:left="2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Уроки </w:t>
            </w:r>
            <w:proofErr w:type="gramStart"/>
            <w:r>
              <w:rPr>
                <w:sz w:val="24"/>
              </w:rPr>
              <w:t>мужества</w:t>
            </w:r>
            <w:r>
              <w:rPr>
                <w:spacing w:val="-57"/>
                <w:sz w:val="24"/>
              </w:rPr>
              <w:t xml:space="preserve">                                                    </w:t>
            </w:r>
            <w:r>
              <w:rPr>
                <w:sz w:val="24"/>
              </w:rPr>
              <w:t>Литературно</w:t>
            </w:r>
            <w:proofErr w:type="gramEnd"/>
            <w:r>
              <w:rPr>
                <w:sz w:val="24"/>
              </w:rPr>
              <w:t>-</w:t>
            </w:r>
          </w:p>
          <w:p w14:paraId="44167213" w14:textId="77777777" w:rsidR="007971DC" w:rsidRDefault="007971DC" w:rsidP="007971DC">
            <w:pPr>
              <w:pStyle w:val="TableParagraph"/>
              <w:tabs>
                <w:tab w:val="left" w:pos="167"/>
                <w:tab w:val="left" w:pos="1048"/>
                <w:tab w:val="left" w:pos="1216"/>
                <w:tab w:val="left" w:pos="1484"/>
                <w:tab w:val="left" w:pos="1715"/>
              </w:tabs>
              <w:spacing w:line="259" w:lineRule="auto"/>
              <w:ind w:left="26"/>
              <w:rPr>
                <w:sz w:val="24"/>
              </w:rPr>
            </w:pPr>
            <w:r>
              <w:rPr>
                <w:sz w:val="24"/>
              </w:rPr>
              <w:t>музыкальная 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"Афганистан…боль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сердца",</w:t>
            </w:r>
            <w:r>
              <w:rPr>
                <w:sz w:val="24"/>
              </w:rPr>
              <w:tab/>
              <w:t>в рамках</w:t>
            </w:r>
            <w:r>
              <w:rPr>
                <w:sz w:val="24"/>
              </w:rPr>
              <w:lastRenderedPageBreak/>
              <w:tab/>
            </w:r>
            <w:r>
              <w:rPr>
                <w:spacing w:val="-1"/>
                <w:sz w:val="24"/>
              </w:rPr>
              <w:t>Дня</w:t>
            </w:r>
            <w:r>
              <w:rPr>
                <w:spacing w:val="-57"/>
                <w:sz w:val="24"/>
              </w:rPr>
              <w:t xml:space="preserve">                                  </w:t>
            </w:r>
            <w:proofErr w:type="gramStart"/>
            <w:r>
              <w:rPr>
                <w:sz w:val="24"/>
              </w:rPr>
              <w:t>памяти  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россиянах,</w:t>
            </w:r>
            <w:r>
              <w:rPr>
                <w:spacing w:val="-57"/>
                <w:sz w:val="24"/>
              </w:rPr>
              <w:t xml:space="preserve">                                 </w:t>
            </w:r>
            <w:r>
              <w:rPr>
                <w:sz w:val="24"/>
              </w:rPr>
              <w:t>исполнявших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z w:val="24"/>
              </w:rPr>
              <w:tab/>
              <w:t xml:space="preserve">за </w:t>
            </w:r>
            <w:r>
              <w:rPr>
                <w:spacing w:val="-1"/>
                <w:sz w:val="24"/>
              </w:rPr>
              <w:t>пределами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Отчества</w:t>
            </w:r>
          </w:p>
          <w:p w14:paraId="5F263561" w14:textId="2C2325CF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7971DC">
              <w:rPr>
                <w:sz w:val="24"/>
                <w:lang w:val="ru-RU"/>
              </w:rPr>
              <w:t xml:space="preserve">Классные часы </w:t>
            </w:r>
            <w:r w:rsidRPr="0065067A">
              <w:rPr>
                <w:sz w:val="24"/>
                <w:lang w:val="ru-RU"/>
              </w:rPr>
              <w:t>«Афганистан</w:t>
            </w:r>
            <w:r w:rsidRPr="0065067A">
              <w:rPr>
                <w:sz w:val="24"/>
                <w:lang w:val="ru-RU"/>
              </w:rPr>
              <w:tab/>
              <w:t>–</w:t>
            </w:r>
            <w:r w:rsidRPr="0065067A">
              <w:rPr>
                <w:sz w:val="24"/>
                <w:lang w:val="ru-RU"/>
              </w:rPr>
              <w:tab/>
            </w:r>
            <w:r w:rsidRPr="0065067A">
              <w:rPr>
                <w:spacing w:val="-1"/>
                <w:sz w:val="24"/>
                <w:lang w:val="ru-RU"/>
              </w:rPr>
              <w:t>живая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</w:t>
            </w:r>
            <w:r w:rsidRPr="0065067A">
              <w:rPr>
                <w:sz w:val="24"/>
                <w:lang w:val="ru-RU"/>
              </w:rPr>
              <w:t>память…»</w:t>
            </w:r>
          </w:p>
        </w:tc>
        <w:tc>
          <w:tcPr>
            <w:tcW w:w="708" w:type="dxa"/>
            <w:vAlign w:val="center"/>
          </w:tcPr>
          <w:p w14:paraId="57DABCA7" w14:textId="5B6E470C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5-11</w:t>
            </w:r>
          </w:p>
        </w:tc>
        <w:tc>
          <w:tcPr>
            <w:tcW w:w="1418" w:type="dxa"/>
            <w:vAlign w:val="center"/>
          </w:tcPr>
          <w:p w14:paraId="7D843A84" w14:textId="30A870D3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14:paraId="54C5D0B7" w14:textId="24CF5E93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43E4D293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07791668" w14:textId="77777777" w:rsidTr="00F311D1">
        <w:trPr>
          <w:jc w:val="center"/>
        </w:trPr>
        <w:tc>
          <w:tcPr>
            <w:tcW w:w="7532" w:type="dxa"/>
          </w:tcPr>
          <w:p w14:paraId="48FD23D8" w14:textId="77777777" w:rsidR="007971DC" w:rsidRDefault="007971DC" w:rsidP="007971DC">
            <w:pPr>
              <w:pStyle w:val="TableParagraph"/>
              <w:spacing w:line="261" w:lineRule="auto"/>
              <w:ind w:left="120" w:right="1044"/>
              <w:rPr>
                <w:sz w:val="24"/>
              </w:rPr>
            </w:pPr>
            <w:r>
              <w:rPr>
                <w:sz w:val="24"/>
              </w:rPr>
              <w:t>Классный час.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  <w:p w14:paraId="32550377" w14:textId="77777777" w:rsidR="007971DC" w:rsidRDefault="007971DC" w:rsidP="007971DC">
            <w:pPr>
              <w:pStyle w:val="TableParagraph"/>
              <w:spacing w:line="259" w:lineRule="auto"/>
              <w:ind w:left="120" w:right="412" w:firstLine="64"/>
              <w:rPr>
                <w:sz w:val="24"/>
              </w:rPr>
            </w:pPr>
            <w:r>
              <w:rPr>
                <w:sz w:val="24"/>
              </w:rPr>
              <w:t>«К подвигу солдата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прикоснись»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Дня 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  <w:p w14:paraId="0272B896" w14:textId="77777777" w:rsidR="007971DC" w:rsidRDefault="007971DC" w:rsidP="007971DC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</w:p>
          <w:p w14:paraId="0620097E" w14:textId="77777777" w:rsidR="007971DC" w:rsidRDefault="007971DC" w:rsidP="007971DC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2BC949FB" w14:textId="1618E6B1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sz w:val="24"/>
                <w:lang w:val="ru-RU"/>
              </w:rPr>
              <w:t>Спортивные</w:t>
            </w:r>
            <w:r w:rsidRPr="0065067A">
              <w:rPr>
                <w:spacing w:val="23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соревнования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</w:t>
            </w:r>
            <w:r w:rsidRPr="0065067A">
              <w:rPr>
                <w:sz w:val="24"/>
                <w:lang w:val="ru-RU"/>
              </w:rPr>
              <w:t>А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ну-ка, парни!</w:t>
            </w:r>
          </w:p>
        </w:tc>
        <w:tc>
          <w:tcPr>
            <w:tcW w:w="708" w:type="dxa"/>
            <w:vAlign w:val="center"/>
          </w:tcPr>
          <w:p w14:paraId="6427DC1A" w14:textId="5456DC72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5-7</w:t>
            </w:r>
          </w:p>
        </w:tc>
        <w:tc>
          <w:tcPr>
            <w:tcW w:w="1418" w:type="dxa"/>
            <w:vAlign w:val="center"/>
          </w:tcPr>
          <w:p w14:paraId="6833BAF1" w14:textId="2353EF4C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14:paraId="2397A62A" w14:textId="426C006C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0BCE6158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10693645" w14:textId="77777777" w:rsidTr="00F311D1">
        <w:trPr>
          <w:jc w:val="center"/>
        </w:trPr>
        <w:tc>
          <w:tcPr>
            <w:tcW w:w="7532" w:type="dxa"/>
          </w:tcPr>
          <w:p w14:paraId="66100BBA" w14:textId="77777777" w:rsidR="007971DC" w:rsidRDefault="007971DC" w:rsidP="007971D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</w:p>
          <w:p w14:paraId="109EC59A" w14:textId="77777777" w:rsidR="007971DC" w:rsidRDefault="007971DC" w:rsidP="007971DC">
            <w:pPr>
              <w:pStyle w:val="TableParagraph"/>
              <w:spacing w:before="46" w:line="259" w:lineRule="auto"/>
              <w:ind w:left="120" w:right="282" w:firstLine="64"/>
              <w:rPr>
                <w:sz w:val="24"/>
              </w:rPr>
            </w:pPr>
            <w:r>
              <w:rPr>
                <w:sz w:val="24"/>
              </w:rPr>
              <w:t>«Слава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Родины!»</w:t>
            </w:r>
          </w:p>
          <w:p w14:paraId="360F4F0E" w14:textId="77777777" w:rsidR="007971DC" w:rsidRPr="00E07358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в</w:t>
            </w:r>
            <w:r w:rsidRPr="0065067A">
              <w:rPr>
                <w:spacing w:val="-5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рамках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Дня</w:t>
            </w:r>
            <w:r w:rsidRPr="0065067A">
              <w:rPr>
                <w:spacing w:val="-4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защитника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Отечества</w:t>
            </w:r>
          </w:p>
          <w:p w14:paraId="0458A913" w14:textId="77777777" w:rsidR="007971DC" w:rsidRDefault="007971DC" w:rsidP="007971DC">
            <w:pPr>
              <w:pStyle w:val="TableParagraph"/>
              <w:spacing w:before="3" w:line="259" w:lineRule="auto"/>
              <w:ind w:right="491"/>
              <w:rPr>
                <w:sz w:val="24"/>
              </w:rPr>
            </w:pPr>
            <w:r>
              <w:rPr>
                <w:sz w:val="24"/>
              </w:rPr>
              <w:t>Отечественной войны,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интернационалистов,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</w:p>
          <w:p w14:paraId="17641EA1" w14:textId="585B0156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sz w:val="24"/>
                <w:lang w:val="ru-RU"/>
              </w:rPr>
              <w:t>действий и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антитеррористических</w:t>
            </w:r>
            <w:r w:rsidRPr="004C059F">
              <w:rPr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операций, в рамках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Месячника военно-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патриотического    воспитания</w:t>
            </w:r>
          </w:p>
        </w:tc>
        <w:tc>
          <w:tcPr>
            <w:tcW w:w="708" w:type="dxa"/>
            <w:vAlign w:val="center"/>
          </w:tcPr>
          <w:p w14:paraId="76F7CAD2" w14:textId="364F2C5D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1B2CCD4E" w14:textId="1665C9C0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14:paraId="20CCFC49" w14:textId="445912F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2F732EA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0001E63A" w14:textId="77777777" w:rsidTr="00F311D1">
        <w:trPr>
          <w:jc w:val="center"/>
        </w:trPr>
        <w:tc>
          <w:tcPr>
            <w:tcW w:w="7532" w:type="dxa"/>
          </w:tcPr>
          <w:p w14:paraId="1E50693C" w14:textId="59F975AF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sz w:val="24"/>
                <w:lang w:val="ru-RU"/>
              </w:rPr>
              <w:t>Викторина «По страницам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    </w:t>
            </w:r>
            <w:r w:rsidRPr="0065067A">
              <w:rPr>
                <w:sz w:val="24"/>
                <w:lang w:val="ru-RU"/>
              </w:rPr>
              <w:t>истории»,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посвящённая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</w:t>
            </w:r>
            <w:r w:rsidRPr="0065067A">
              <w:rPr>
                <w:sz w:val="24"/>
                <w:lang w:val="ru-RU"/>
              </w:rPr>
              <w:t xml:space="preserve">Дню воссоединения </w:t>
            </w:r>
            <w:proofErr w:type="gramStart"/>
            <w:r w:rsidRPr="0065067A">
              <w:rPr>
                <w:sz w:val="24"/>
                <w:lang w:val="ru-RU"/>
              </w:rPr>
              <w:t>Крыма</w:t>
            </w:r>
            <w:r>
              <w:rPr>
                <w:sz w:val="24"/>
                <w:lang w:val="ru-RU"/>
              </w:rPr>
              <w:t xml:space="preserve"> 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с</w:t>
            </w:r>
            <w:proofErr w:type="gramEnd"/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Россией</w:t>
            </w:r>
          </w:p>
        </w:tc>
        <w:tc>
          <w:tcPr>
            <w:tcW w:w="708" w:type="dxa"/>
          </w:tcPr>
          <w:p w14:paraId="0DE1DE12" w14:textId="5224977C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26EE3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2D10FFA7" w14:textId="60D452E0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701" w:type="dxa"/>
          </w:tcPr>
          <w:p w14:paraId="002C7C78" w14:textId="28395E81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45AFB00E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33F01237" w14:textId="77777777" w:rsidTr="00F311D1">
        <w:trPr>
          <w:jc w:val="center"/>
        </w:trPr>
        <w:tc>
          <w:tcPr>
            <w:tcW w:w="7532" w:type="dxa"/>
            <w:vAlign w:val="center"/>
          </w:tcPr>
          <w:p w14:paraId="4BECEBBC" w14:textId="4C7C4B9E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Конкурсы рисунка,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 xml:space="preserve">выпуск боевых </w:t>
            </w:r>
            <w:proofErr w:type="gramStart"/>
            <w:r w:rsidRPr="0065067A">
              <w:rPr>
                <w:rFonts w:cs="Times New Roman"/>
                <w:sz w:val="24"/>
                <w:lang w:val="ru-RU"/>
              </w:rPr>
              <w:t>листков ,</w:t>
            </w:r>
            <w:proofErr w:type="gramEnd"/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посвященных памятным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датам ВОВ, оформление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информационных</w:t>
            </w:r>
            <w:r w:rsidRPr="0065067A">
              <w:rPr>
                <w:rFonts w:cs="Times New Roman"/>
                <w:spacing w:val="-8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стендов</w:t>
            </w:r>
          </w:p>
        </w:tc>
        <w:tc>
          <w:tcPr>
            <w:tcW w:w="708" w:type="dxa"/>
          </w:tcPr>
          <w:p w14:paraId="5B1C6762" w14:textId="576DC9FC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26EE3">
              <w:rPr>
                <w:rFonts w:cs="Times New Roman"/>
                <w:sz w:val="24"/>
                <w:szCs w:val="24"/>
                <w:lang w:val="ru-RU"/>
              </w:rPr>
              <w:t>5-11</w:t>
            </w:r>
          </w:p>
        </w:tc>
        <w:tc>
          <w:tcPr>
            <w:tcW w:w="1418" w:type="dxa"/>
            <w:vAlign w:val="center"/>
          </w:tcPr>
          <w:p w14:paraId="6BB6FD81" w14:textId="29EA9D5E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701" w:type="dxa"/>
          </w:tcPr>
          <w:p w14:paraId="66283512" w14:textId="3BEB4D5C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2F88F371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B10D6" w:rsidRPr="00027D8D" w14:paraId="3EC68D5D" w14:textId="77777777" w:rsidTr="00C6305A">
        <w:trPr>
          <w:jc w:val="center"/>
        </w:trPr>
        <w:tc>
          <w:tcPr>
            <w:tcW w:w="13721" w:type="dxa"/>
            <w:gridSpan w:val="5"/>
            <w:vAlign w:val="center"/>
          </w:tcPr>
          <w:p w14:paraId="4C499ADA" w14:textId="371AAF3C" w:rsidR="006B10D6" w:rsidRPr="006B10D6" w:rsidRDefault="006B10D6" w:rsidP="006B10D6">
            <w:pPr>
              <w:jc w:val="center"/>
              <w:rPr>
                <w:rFonts w:cs="Times New Roman"/>
                <w:b/>
                <w:bCs/>
                <w:sz w:val="28"/>
                <w:szCs w:val="24"/>
                <w:lang w:val="ru-RU"/>
              </w:rPr>
            </w:pPr>
            <w:r w:rsidRPr="006B10D6">
              <w:rPr>
                <w:rFonts w:cs="Times New Roman"/>
                <w:b/>
                <w:bCs/>
                <w:sz w:val="28"/>
                <w:szCs w:val="24"/>
                <w:lang w:val="ru-RU"/>
              </w:rPr>
              <w:t>Правовое воспитание Классные часы</w:t>
            </w:r>
          </w:p>
        </w:tc>
      </w:tr>
      <w:tr w:rsidR="004F71C1" w:rsidRPr="00027D8D" w14:paraId="70F343BA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FEB1" w14:textId="0C1CD05F" w:rsidR="004F71C1" w:rsidRPr="006B10D6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Правила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5561852C" w14:textId="24A44D4A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14:paraId="193EBDA8" w14:textId="1DDD0703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16FE9340" w14:textId="51CE6F54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3F63C116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0F376C25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CB64" w14:textId="77777777" w:rsidR="004F71C1" w:rsidRDefault="004F71C1" w:rsidP="004F71C1">
            <w:pPr>
              <w:pStyle w:val="Defaul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Что такое закон </w:t>
            </w:r>
          </w:p>
          <w:p w14:paraId="36CB9B37" w14:textId="48729305" w:rsidR="004F71C1" w:rsidRPr="006B10D6" w:rsidRDefault="004F71C1" w:rsidP="004F71C1">
            <w:pPr>
              <w:pStyle w:val="Default"/>
              <w:rPr>
                <w:color w:val="auto"/>
              </w:rPr>
            </w:pPr>
            <w:r>
              <w:rPr>
                <w:bCs/>
                <w:color w:val="auto"/>
              </w:rPr>
              <w:t>и для чего он нужен?</w:t>
            </w:r>
          </w:p>
        </w:tc>
        <w:tc>
          <w:tcPr>
            <w:tcW w:w="708" w:type="dxa"/>
          </w:tcPr>
          <w:p w14:paraId="3C0E58CF" w14:textId="4E35D557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0D71D026" w14:textId="52E80CF5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624AF833" w14:textId="7791BA96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120B7C8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1605B00B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4FA4" w14:textId="6E7EFDBB" w:rsidR="004F71C1" w:rsidRPr="006B10D6" w:rsidRDefault="004F71C1" w:rsidP="004F71C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Твоя уличная компания</w:t>
            </w:r>
          </w:p>
        </w:tc>
        <w:tc>
          <w:tcPr>
            <w:tcW w:w="708" w:type="dxa"/>
          </w:tcPr>
          <w:p w14:paraId="4C8D04C5" w14:textId="0246530F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58FCD5C4" w14:textId="2B45F2C4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76A19A6A" w14:textId="2CAFFADD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30ADC906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411F5130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7AB0" w14:textId="18D8E3C0" w:rsidR="004F71C1" w:rsidRPr="006B10D6" w:rsidRDefault="004F71C1" w:rsidP="004F71C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Безопасный интернет </w:t>
            </w:r>
          </w:p>
        </w:tc>
        <w:tc>
          <w:tcPr>
            <w:tcW w:w="708" w:type="dxa"/>
          </w:tcPr>
          <w:p w14:paraId="2D3196B8" w14:textId="5EED21DE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626FD015" w14:textId="357F01ED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768E9B27" w14:textId="7637B930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7E32C17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6BDA0701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A788" w14:textId="78B5B525" w:rsidR="004F71C1" w:rsidRPr="008F652B" w:rsidRDefault="004F71C1" w:rsidP="004F71C1">
            <w:pPr>
              <w:rPr>
                <w:rFonts w:cs="Times New Roman"/>
                <w:sz w:val="24"/>
                <w:lang w:val="ru-RU"/>
              </w:rPr>
            </w:pPr>
            <w:proofErr w:type="spellStart"/>
            <w:r>
              <w:t>Порядок</w:t>
            </w:r>
            <w:proofErr w:type="spellEnd"/>
            <w:r>
              <w:t xml:space="preserve"> в </w:t>
            </w:r>
            <w:proofErr w:type="spellStart"/>
            <w:r>
              <w:t>обществе</w:t>
            </w:r>
            <w:proofErr w:type="spellEnd"/>
          </w:p>
        </w:tc>
        <w:tc>
          <w:tcPr>
            <w:tcW w:w="708" w:type="dxa"/>
          </w:tcPr>
          <w:p w14:paraId="1168002C" w14:textId="74B3D5DF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5DDB63E3" w14:textId="6479A7D4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4493D561" w14:textId="52C85C86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66DC2E0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7A8019DF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FD76" w14:textId="148AC7EA" w:rsidR="004F71C1" w:rsidRPr="004F71C1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Осторожно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конфликт</w:t>
            </w:r>
            <w:proofErr w:type="spellEnd"/>
            <w:r>
              <w:rPr>
                <w:sz w:val="24"/>
                <w:szCs w:val="24"/>
              </w:rPr>
              <w:t>!</w:t>
            </w:r>
          </w:p>
        </w:tc>
        <w:tc>
          <w:tcPr>
            <w:tcW w:w="708" w:type="dxa"/>
          </w:tcPr>
          <w:p w14:paraId="56395B74" w14:textId="3220C552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717644D5" w14:textId="2A285BD7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613B9B75" w14:textId="6B9264B5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46C7CFEA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55376573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519F" w14:textId="288E362D" w:rsidR="004F71C1" w:rsidRPr="008F652B" w:rsidRDefault="004F71C1" w:rsidP="004F71C1">
            <w:pPr>
              <w:rPr>
                <w:rFonts w:cs="Times New Roman"/>
                <w:sz w:val="24"/>
                <w:lang w:val="ru-RU"/>
              </w:rPr>
            </w:pPr>
            <w:proofErr w:type="spellStart"/>
            <w:r>
              <w:rPr>
                <w:bCs/>
              </w:rPr>
              <w:lastRenderedPageBreak/>
              <w:t>Школьное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самоуправление</w:t>
            </w:r>
            <w:proofErr w:type="spellEnd"/>
            <w:r>
              <w:t xml:space="preserve"> </w:t>
            </w:r>
          </w:p>
        </w:tc>
        <w:tc>
          <w:tcPr>
            <w:tcW w:w="708" w:type="dxa"/>
          </w:tcPr>
          <w:p w14:paraId="5B500D30" w14:textId="2E3EB7A0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2916CEC5" w14:textId="69580931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6B07175B" w14:textId="6A2E6066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0A17FC51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2150F7E5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E60E" w14:textId="2B2412DB" w:rsidR="004F71C1" w:rsidRPr="004F71C1" w:rsidRDefault="004F71C1" w:rsidP="004F71C1">
            <w:pPr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Право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здоровье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708" w:type="dxa"/>
          </w:tcPr>
          <w:p w14:paraId="59958AD0" w14:textId="371750FD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58FB44B3" w14:textId="71657E94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3A875986" w14:textId="10351195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58242FE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4B959D97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4AC3" w14:textId="70A47919" w:rsidR="004F71C1" w:rsidRPr="004F71C1" w:rsidRDefault="004F71C1" w:rsidP="004F71C1">
            <w:pPr>
              <w:rPr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 xml:space="preserve">Я – </w:t>
            </w:r>
            <w:proofErr w:type="spellStart"/>
            <w:r>
              <w:rPr>
                <w:bCs/>
                <w:sz w:val="24"/>
                <w:szCs w:val="24"/>
              </w:rPr>
              <w:t>гражданин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России</w:t>
            </w:r>
            <w:proofErr w:type="spellEnd"/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708" w:type="dxa"/>
          </w:tcPr>
          <w:p w14:paraId="22B701A5" w14:textId="3AF2F3EE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61C6D282" w14:textId="5DB5F58A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2386AE94" w14:textId="5EF04384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00E42615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7C4968B2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ADB9" w14:textId="70C69D0E" w:rsidR="004F71C1" w:rsidRPr="004F71C1" w:rsidRDefault="004F71C1" w:rsidP="004F71C1">
            <w:pPr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Cs/>
                <w:sz w:val="24"/>
                <w:szCs w:val="24"/>
              </w:rPr>
              <w:t>Как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реализовать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право</w:t>
            </w:r>
            <w:proofErr w:type="spellEnd"/>
            <w:r>
              <w:rPr>
                <w:bCs/>
                <w:sz w:val="24"/>
                <w:szCs w:val="24"/>
              </w:rPr>
              <w:t xml:space="preserve"> ПРАВИЛЬНО </w:t>
            </w:r>
          </w:p>
        </w:tc>
        <w:tc>
          <w:tcPr>
            <w:tcW w:w="708" w:type="dxa"/>
          </w:tcPr>
          <w:p w14:paraId="249F6B13" w14:textId="1584CB01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12DB7BB7" w14:textId="2899A00D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0925DDB9" w14:textId="425AF63F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0CB7A534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10964D2E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520B" w14:textId="0E840E5C" w:rsidR="004F71C1" w:rsidRPr="004F71C1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Законы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страже</w:t>
            </w:r>
            <w:proofErr w:type="spellEnd"/>
          </w:p>
        </w:tc>
        <w:tc>
          <w:tcPr>
            <w:tcW w:w="708" w:type="dxa"/>
          </w:tcPr>
          <w:p w14:paraId="224776DF" w14:textId="226C9B2A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2AA7FAB1" w14:textId="289DE24C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09491C31" w14:textId="36A599D1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4CB26A4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35B5B8B3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4AB4" w14:textId="7B27A507" w:rsidR="004F71C1" w:rsidRPr="003808AF" w:rsidRDefault="004F71C1" w:rsidP="004F71C1">
            <w:pPr>
              <w:rPr>
                <w:sz w:val="24"/>
                <w:szCs w:val="24"/>
                <w:lang w:val="ru-RU"/>
              </w:rPr>
            </w:pPr>
            <w:r w:rsidRPr="003808AF">
              <w:rPr>
                <w:bCs/>
                <w:sz w:val="24"/>
                <w:szCs w:val="24"/>
                <w:lang w:val="ru-RU"/>
              </w:rPr>
              <w:t xml:space="preserve">Как не стать жертвой преступления </w:t>
            </w:r>
          </w:p>
        </w:tc>
        <w:tc>
          <w:tcPr>
            <w:tcW w:w="708" w:type="dxa"/>
          </w:tcPr>
          <w:p w14:paraId="75DDD7B2" w14:textId="3B895DC5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</w:tcPr>
          <w:p w14:paraId="5AA8AEB0" w14:textId="4BFF53B4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14428CDA" w14:textId="0A0AB2FB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82244C9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239A6D20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15EA" w14:textId="1FAD06CB" w:rsidR="004F71C1" w:rsidRPr="004F71C1" w:rsidRDefault="004F71C1" w:rsidP="004F71C1">
            <w:pPr>
              <w:pStyle w:val="Default"/>
              <w:rPr>
                <w:color w:val="auto"/>
              </w:rPr>
            </w:pPr>
            <w:r>
              <w:rPr>
                <w:bCs/>
                <w:color w:val="auto"/>
              </w:rPr>
              <w:t xml:space="preserve">Право, свобода, ответственность </w:t>
            </w:r>
          </w:p>
        </w:tc>
        <w:tc>
          <w:tcPr>
            <w:tcW w:w="708" w:type="dxa"/>
          </w:tcPr>
          <w:p w14:paraId="567499B5" w14:textId="2CFFE63D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52399D94" w14:textId="1D3AEEEB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075F1507" w14:textId="578108AB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65B67459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0299A42A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9461" w14:textId="4BEA68CC" w:rsidR="004F71C1" w:rsidRPr="004F71C1" w:rsidRDefault="004F71C1" w:rsidP="004F71C1">
            <w:pPr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Cs/>
                <w:sz w:val="24"/>
                <w:szCs w:val="24"/>
              </w:rPr>
              <w:t>Право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труд</w:t>
            </w:r>
            <w:proofErr w:type="spellEnd"/>
          </w:p>
        </w:tc>
        <w:tc>
          <w:tcPr>
            <w:tcW w:w="708" w:type="dxa"/>
          </w:tcPr>
          <w:p w14:paraId="38384726" w14:textId="0287C0E6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620E44A9" w14:textId="78EC6EA1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586CE8A6" w14:textId="0C367EE3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65261FAA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0B84F11B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2E65" w14:textId="7AC325C9" w:rsidR="004F71C1" w:rsidRPr="004F71C1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Волонтерство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мода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добро</w:t>
            </w:r>
            <w:proofErr w:type="spellEnd"/>
            <w:r>
              <w:rPr>
                <w:sz w:val="24"/>
                <w:szCs w:val="24"/>
              </w:rPr>
              <w:t xml:space="preserve">? </w:t>
            </w:r>
          </w:p>
        </w:tc>
        <w:tc>
          <w:tcPr>
            <w:tcW w:w="708" w:type="dxa"/>
          </w:tcPr>
          <w:p w14:paraId="4BECC09E" w14:textId="6DC39067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54A644C4" w14:textId="215D1EB6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09A8E51A" w14:textId="21AE7A1F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2F69DE61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72639115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F9C6" w14:textId="2B8D7B65" w:rsidR="004F71C1" w:rsidRPr="004F71C1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Экстремизм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угроза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обществу</w:t>
            </w:r>
            <w:proofErr w:type="spellEnd"/>
          </w:p>
        </w:tc>
        <w:tc>
          <w:tcPr>
            <w:tcW w:w="708" w:type="dxa"/>
          </w:tcPr>
          <w:p w14:paraId="440EF0BA" w14:textId="70306BDB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8" w:type="dxa"/>
          </w:tcPr>
          <w:p w14:paraId="0C35FA92" w14:textId="0C6FE84A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0DDA7534" w14:textId="3D8FBED2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0CF0E48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282DA8C7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DE05" w14:textId="3BF8C855" w:rsidR="004F71C1" w:rsidRPr="004F71C1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будущая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708" w:type="dxa"/>
          </w:tcPr>
          <w:p w14:paraId="483627AE" w14:textId="4573CC1A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609D0B16" w14:textId="3C2F0CE4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03BF32C6" w14:textId="4E9843AC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90B78FF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1989A10D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C20B" w14:textId="522A349A" w:rsidR="004F71C1" w:rsidRPr="004F71C1" w:rsidRDefault="004F71C1" w:rsidP="004F71C1">
            <w:pPr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Cs/>
                <w:sz w:val="24"/>
                <w:szCs w:val="24"/>
              </w:rPr>
              <w:t>Все</w:t>
            </w:r>
            <w:proofErr w:type="spellEnd"/>
            <w:r>
              <w:rPr>
                <w:bCs/>
                <w:sz w:val="24"/>
                <w:szCs w:val="24"/>
              </w:rPr>
              <w:t xml:space="preserve"> - в </w:t>
            </w:r>
            <w:proofErr w:type="spellStart"/>
            <w:r>
              <w:rPr>
                <w:bCs/>
                <w:sz w:val="24"/>
                <w:szCs w:val="24"/>
              </w:rPr>
              <w:t>суд</w:t>
            </w:r>
            <w:proofErr w:type="spellEnd"/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708" w:type="dxa"/>
          </w:tcPr>
          <w:p w14:paraId="6055F137" w14:textId="0669E9D3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5C13C749" w14:textId="740E4E88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7DD12278" w14:textId="4268FEF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B244576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461D347E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AA0F" w14:textId="3830DBFA" w:rsidR="004F71C1" w:rsidRPr="004F71C1" w:rsidRDefault="004F71C1" w:rsidP="004F71C1">
            <w:pPr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Профессиональное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образование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7C28D6B7" w14:textId="283BF81B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45C21F72" w14:textId="63E7B117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433D20B8" w14:textId="510A2FA2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1B1D178D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F71C1" w:rsidRPr="00027D8D" w14:paraId="23B4C60D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129A" w14:textId="77777777" w:rsidR="004F71C1" w:rsidRPr="004F71C1" w:rsidRDefault="004F71C1" w:rsidP="004F71C1">
            <w:pPr>
              <w:rPr>
                <w:sz w:val="24"/>
                <w:szCs w:val="24"/>
                <w:lang w:val="ru-RU"/>
              </w:rPr>
            </w:pPr>
            <w:r w:rsidRPr="004F71C1">
              <w:rPr>
                <w:sz w:val="24"/>
                <w:szCs w:val="24"/>
                <w:lang w:val="ru-RU"/>
              </w:rPr>
              <w:t xml:space="preserve">Права в международных </w:t>
            </w:r>
            <w:r w:rsidRPr="004F71C1">
              <w:rPr>
                <w:sz w:val="24"/>
                <w:szCs w:val="24"/>
                <w:lang w:val="ru-RU"/>
              </w:rPr>
              <w:br/>
              <w:t xml:space="preserve">и российских </w:t>
            </w:r>
            <w:proofErr w:type="gramStart"/>
            <w:r w:rsidRPr="004F71C1">
              <w:rPr>
                <w:sz w:val="24"/>
                <w:szCs w:val="24"/>
                <w:lang w:val="ru-RU"/>
              </w:rPr>
              <w:t>законодательных  актах</w:t>
            </w:r>
            <w:proofErr w:type="gramEnd"/>
            <w:r w:rsidRPr="004F71C1">
              <w:rPr>
                <w:sz w:val="24"/>
                <w:szCs w:val="24"/>
                <w:lang w:val="ru-RU"/>
              </w:rPr>
              <w:t xml:space="preserve"> в области защиты прав человека</w:t>
            </w:r>
          </w:p>
          <w:p w14:paraId="602CECFB" w14:textId="13298C51" w:rsidR="004F71C1" w:rsidRPr="008F652B" w:rsidRDefault="004F71C1" w:rsidP="004F71C1">
            <w:pPr>
              <w:rPr>
                <w:rFonts w:cs="Times New Roman"/>
                <w:sz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Итоговое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708" w:type="dxa"/>
          </w:tcPr>
          <w:p w14:paraId="368C307A" w14:textId="1FA9DCFB" w:rsidR="004F71C1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</w:tcPr>
          <w:p w14:paraId="3B2C8340" w14:textId="4A819898" w:rsidR="004F71C1" w:rsidRDefault="004F71C1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1701" w:type="dxa"/>
          </w:tcPr>
          <w:p w14:paraId="35B3FA4E" w14:textId="0ED234E5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49643D3" w14:textId="77777777" w:rsidR="004F71C1" w:rsidRPr="00027D8D" w:rsidRDefault="004F71C1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318BF" w:rsidRPr="00027D8D" w14:paraId="4976BCDC" w14:textId="77777777" w:rsidTr="00347B66">
        <w:trPr>
          <w:jc w:val="center"/>
        </w:trPr>
        <w:tc>
          <w:tcPr>
            <w:tcW w:w="13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56669" w14:textId="47B681FD" w:rsidR="00D318BF" w:rsidRPr="00D318BF" w:rsidRDefault="00D318BF" w:rsidP="00D318BF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D318BF">
              <w:rPr>
                <w:b/>
                <w:bCs/>
                <w:sz w:val="28"/>
                <w:szCs w:val="28"/>
                <w:lang w:val="ru-RU"/>
              </w:rPr>
              <w:t>Профилактика знаний ПДД</w:t>
            </w:r>
          </w:p>
        </w:tc>
      </w:tr>
      <w:tr w:rsidR="00D318BF" w:rsidRPr="00027D8D" w14:paraId="7679D5E7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159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Наш город (поселок), район.</w:t>
            </w:r>
          </w:p>
          <w:p w14:paraId="13D793E2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Причины дорожно-транспортных происшествий.</w:t>
            </w:r>
          </w:p>
          <w:p w14:paraId="5050FDE6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Назначение дорожной разметки.</w:t>
            </w:r>
          </w:p>
          <w:p w14:paraId="4E292E41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 xml:space="preserve">Сигналы светофора с дополнительными секциями. Сигналы </w:t>
            </w:r>
            <w:r w:rsidRPr="00D318BF">
              <w:rPr>
                <w:sz w:val="24"/>
                <w:szCs w:val="24"/>
                <w:lang w:val="ru-RU"/>
              </w:rPr>
              <w:lastRenderedPageBreak/>
              <w:t>регулировщика.</w:t>
            </w:r>
          </w:p>
          <w:p w14:paraId="1CE05B51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Дорожные знаки.</w:t>
            </w:r>
          </w:p>
          <w:p w14:paraId="661BF4E3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Дорожные знаки.</w:t>
            </w:r>
          </w:p>
          <w:p w14:paraId="598E86B9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Езда на велосипеде.</w:t>
            </w:r>
          </w:p>
          <w:p w14:paraId="4BD35461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На железной дороге</w:t>
            </w:r>
          </w:p>
          <w:p w14:paraId="0558D9A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Участие школьников в пропаганде    правил безопасного поведения. Отряды юных инспекторов движения.</w:t>
            </w:r>
          </w:p>
          <w:p w14:paraId="61C74F56" w14:textId="3CA33316" w:rsidR="00D318BF" w:rsidRPr="004F71C1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708" w:type="dxa"/>
          </w:tcPr>
          <w:p w14:paraId="363B7EEB" w14:textId="5BEBB526" w:rsidR="00D318BF" w:rsidRDefault="00D318BF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418" w:type="dxa"/>
          </w:tcPr>
          <w:p w14:paraId="2380CDB2" w14:textId="5A4DC87D" w:rsidR="00D318BF" w:rsidRPr="00E703FB" w:rsidRDefault="00D318BF" w:rsidP="004F71C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1701" w:type="dxa"/>
          </w:tcPr>
          <w:p w14:paraId="1F5FF4B7" w14:textId="7F538CA1" w:rsidR="00D318BF" w:rsidRPr="00A15546" w:rsidRDefault="00D318BF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3F3BDC29" w14:textId="77777777" w:rsidR="00D318BF" w:rsidRPr="00027D8D" w:rsidRDefault="00D318BF" w:rsidP="004F71C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318BF" w:rsidRPr="00D318BF" w14:paraId="6915802A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81DC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Правила безопасного движения.</w:t>
            </w:r>
          </w:p>
          <w:p w14:paraId="16E4CD69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Викторина: «Как ты знаешь правила безопасного поведения на улицах и дорогах?».</w:t>
            </w:r>
          </w:p>
          <w:p w14:paraId="62A8EB9E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Движение транспортных средств.</w:t>
            </w:r>
          </w:p>
          <w:p w14:paraId="0563E844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Движение транспортных средств.</w:t>
            </w:r>
          </w:p>
          <w:p w14:paraId="64D22057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Остановочный путь транспортных средств.</w:t>
            </w:r>
          </w:p>
          <w:p w14:paraId="6C2F86D0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Назначение номерных, опознавательных знаков, предупредительных знаков и надписей на транспортных средствах.</w:t>
            </w:r>
          </w:p>
          <w:p w14:paraId="7653D843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Дополнительные требования к движению велосипедистов.</w:t>
            </w:r>
          </w:p>
          <w:p w14:paraId="099C888A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Технические требования, предъявляемые к велосипедам.</w:t>
            </w:r>
          </w:p>
          <w:p w14:paraId="552ED5E5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Движение групп велосипедистов.</w:t>
            </w:r>
          </w:p>
          <w:p w14:paraId="4423DD72" w14:textId="00D0A223" w:rsidR="00D318BF" w:rsidRPr="004F71C1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Самостоятельная работа учащихся по правилам безопасного поведения на улицах и дорогах.</w:t>
            </w:r>
          </w:p>
        </w:tc>
        <w:tc>
          <w:tcPr>
            <w:tcW w:w="708" w:type="dxa"/>
          </w:tcPr>
          <w:p w14:paraId="2EF34A9D" w14:textId="5EE8DA6D" w:rsidR="00D318BF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4682279A" w14:textId="6AF82646" w:rsidR="00D318BF" w:rsidRPr="00E703FB" w:rsidRDefault="00D318BF" w:rsidP="00D318B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1701" w:type="dxa"/>
          </w:tcPr>
          <w:p w14:paraId="0A360C20" w14:textId="4CE12C9C" w:rsidR="00D318BF" w:rsidRPr="00A15546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567BDE8C" w14:textId="77777777" w:rsidR="00D318BF" w:rsidRPr="00027D8D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318BF" w:rsidRPr="00D318BF" w14:paraId="06CFE6A1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2C54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Роль автомобильного транспорта в экономике страны.</w:t>
            </w:r>
          </w:p>
          <w:p w14:paraId="4F5D6C81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Как ты знаешь правила безопасного поведения?</w:t>
            </w:r>
          </w:p>
          <w:p w14:paraId="4E187079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Правила перевозки пассажиров на мотоциклах и мотороллерах.</w:t>
            </w:r>
          </w:p>
          <w:p w14:paraId="1A9FA31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На сельских дорогах.</w:t>
            </w:r>
          </w:p>
          <w:p w14:paraId="794111C8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Проезд железнодорожных переездов.</w:t>
            </w:r>
          </w:p>
          <w:p w14:paraId="505410BA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Поведение учащихся при дорожно-транспортных происшествиях. Практические занятия по оказанию   пострадавшим первой доврачебной помощи.</w:t>
            </w:r>
          </w:p>
          <w:p w14:paraId="44129F23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Поведение учащихся при дорожно-транспортных происшествиях. Практические занятия по оказанию   пострадавшим первой доврачебной помощи.</w:t>
            </w:r>
          </w:p>
          <w:p w14:paraId="196FED51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Практические занятия с велосипедистами на специально размеченной площадке.</w:t>
            </w:r>
          </w:p>
          <w:p w14:paraId="75EFE99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lastRenderedPageBreak/>
              <w:t>Практические занятия с велосипедистами на специально размеченной площадке.</w:t>
            </w:r>
          </w:p>
          <w:p w14:paraId="651FDF7B" w14:textId="0FE1CD75" w:rsidR="00D318BF" w:rsidRPr="004F71C1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Итоговое занятие.</w:t>
            </w:r>
          </w:p>
        </w:tc>
        <w:tc>
          <w:tcPr>
            <w:tcW w:w="708" w:type="dxa"/>
          </w:tcPr>
          <w:p w14:paraId="12CD5916" w14:textId="6493B594" w:rsidR="00D318BF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1418" w:type="dxa"/>
          </w:tcPr>
          <w:p w14:paraId="6ADF6DF1" w14:textId="75794D23" w:rsidR="00D318BF" w:rsidRPr="00E703FB" w:rsidRDefault="00D318BF" w:rsidP="00D318B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1701" w:type="dxa"/>
          </w:tcPr>
          <w:p w14:paraId="1889A54C" w14:textId="49912A34" w:rsidR="00D318BF" w:rsidRPr="00A15546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73971A11" w14:textId="77777777" w:rsidR="00D318BF" w:rsidRPr="00027D8D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318BF" w:rsidRPr="00D318BF" w14:paraId="6B3116EA" w14:textId="77777777" w:rsidTr="001955DD">
        <w:trPr>
          <w:jc w:val="center"/>
        </w:trPr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4AB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Правила движения - законы улиц и дорог.</w:t>
            </w:r>
          </w:p>
          <w:p w14:paraId="3959AE38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Элементы улиц и дорог. Перекрестки и их виды.</w:t>
            </w:r>
          </w:p>
          <w:p w14:paraId="407D5C5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Дорожная разметка. Движение пешеходов индивидуально, группами и в колоннах.</w:t>
            </w:r>
          </w:p>
          <w:p w14:paraId="244CE9E0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Формы регулирования движения.</w:t>
            </w:r>
          </w:p>
          <w:p w14:paraId="35B4EF8C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Формы регулирования движения.</w:t>
            </w:r>
          </w:p>
          <w:p w14:paraId="79569809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Правила пользования транспортными средствами.</w:t>
            </w:r>
          </w:p>
          <w:p w14:paraId="0A138ABB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Дорожные знаки.</w:t>
            </w:r>
          </w:p>
          <w:p w14:paraId="2ABDEC58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Велосипед с подвесным двигателем и мопед.</w:t>
            </w:r>
          </w:p>
          <w:p w14:paraId="5320BF96" w14:textId="77777777" w:rsidR="00D318BF" w:rsidRPr="00D318BF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>Дополнительные требования к движению велосипедистов.</w:t>
            </w:r>
          </w:p>
          <w:p w14:paraId="77EFA4B6" w14:textId="2A62D29B" w:rsidR="00D318BF" w:rsidRPr="004F71C1" w:rsidRDefault="00D318BF" w:rsidP="00D318BF">
            <w:pPr>
              <w:rPr>
                <w:sz w:val="24"/>
                <w:szCs w:val="24"/>
                <w:lang w:val="ru-RU"/>
              </w:rPr>
            </w:pPr>
            <w:r w:rsidRPr="00D318BF">
              <w:rPr>
                <w:sz w:val="24"/>
                <w:szCs w:val="24"/>
                <w:lang w:val="ru-RU"/>
              </w:rPr>
              <w:t xml:space="preserve">Проверка знаний учащимися правил безопасного поведения на улицах и дорогах и приемов оказания      пострадавшим первой доврачебной помощи при </w:t>
            </w:r>
            <w:proofErr w:type="spellStart"/>
            <w:r w:rsidRPr="00D318BF">
              <w:rPr>
                <w:sz w:val="24"/>
                <w:szCs w:val="24"/>
                <w:lang w:val="ru-RU"/>
              </w:rPr>
              <w:t>дорожно</w:t>
            </w:r>
            <w:proofErr w:type="spellEnd"/>
            <w:r w:rsidRPr="00D318BF">
              <w:rPr>
                <w:sz w:val="24"/>
                <w:szCs w:val="24"/>
                <w:lang w:val="ru-RU"/>
              </w:rPr>
              <w:t xml:space="preserve"> - транспортных происшествиях.</w:t>
            </w:r>
          </w:p>
        </w:tc>
        <w:tc>
          <w:tcPr>
            <w:tcW w:w="708" w:type="dxa"/>
          </w:tcPr>
          <w:p w14:paraId="3F8EDC91" w14:textId="669D5AA2" w:rsidR="00D318BF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418" w:type="dxa"/>
          </w:tcPr>
          <w:p w14:paraId="66B089A7" w14:textId="610CFBB5" w:rsidR="00D318BF" w:rsidRPr="00E703FB" w:rsidRDefault="00D318BF" w:rsidP="00D318B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1701" w:type="dxa"/>
          </w:tcPr>
          <w:p w14:paraId="1D9DC9DA" w14:textId="4A214165" w:rsidR="00D318BF" w:rsidRPr="00A15546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362" w:type="dxa"/>
          </w:tcPr>
          <w:p w14:paraId="49555F2D" w14:textId="77777777" w:rsidR="00D318BF" w:rsidRPr="00027D8D" w:rsidRDefault="00D318BF" w:rsidP="00D318B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A551C42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46B58D3C" w14:textId="77777777" w:rsidR="007971DC" w:rsidRPr="00D318BF" w:rsidRDefault="007971DC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72C25671" w14:textId="77777777" w:rsidR="007971DC" w:rsidRPr="00D318BF" w:rsidRDefault="007971DC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7E29BE0E" w14:textId="3DF81ECC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«ОСНОВНЫЕ ШКОЛЬНЫЕ ДЕЛА»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70"/>
        <w:gridCol w:w="850"/>
        <w:gridCol w:w="1418"/>
        <w:gridCol w:w="3402"/>
        <w:gridCol w:w="2443"/>
      </w:tblGrid>
      <w:tr w:rsidR="000A63B8" w:rsidRPr="00027D8D" w14:paraId="4C3CE689" w14:textId="5692B9B1" w:rsidTr="00CA74D2">
        <w:trPr>
          <w:tblHeader/>
          <w:jc w:val="center"/>
        </w:trPr>
        <w:tc>
          <w:tcPr>
            <w:tcW w:w="5770" w:type="dxa"/>
            <w:shd w:val="clear" w:color="auto" w:fill="D9EAF7"/>
            <w:vAlign w:val="center"/>
          </w:tcPr>
          <w:p w14:paraId="226D1420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850" w:type="dxa"/>
            <w:shd w:val="clear" w:color="auto" w:fill="D9EAF7"/>
            <w:vAlign w:val="center"/>
          </w:tcPr>
          <w:p w14:paraId="4DA9DEF9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18" w:type="dxa"/>
            <w:shd w:val="clear" w:color="auto" w:fill="D9EAF7"/>
            <w:vAlign w:val="center"/>
          </w:tcPr>
          <w:p w14:paraId="08DBDE03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3402" w:type="dxa"/>
            <w:shd w:val="clear" w:color="auto" w:fill="D9EAF7"/>
            <w:vAlign w:val="center"/>
          </w:tcPr>
          <w:p w14:paraId="75E0CD9D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2443" w:type="dxa"/>
            <w:shd w:val="clear" w:color="auto" w:fill="D9EAF7"/>
          </w:tcPr>
          <w:p w14:paraId="55EAA061" w14:textId="1BBB0931" w:rsidR="000A63B8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4C059F" w:rsidRPr="00D318BF" w14:paraId="63745491" w14:textId="2517845A" w:rsidTr="00CA74D2">
        <w:trPr>
          <w:jc w:val="center"/>
        </w:trPr>
        <w:tc>
          <w:tcPr>
            <w:tcW w:w="5770" w:type="dxa"/>
            <w:vAlign w:val="center"/>
          </w:tcPr>
          <w:p w14:paraId="5765023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Торжественная линейка и классные встречи ко Дню знаний</w:t>
            </w:r>
          </w:p>
        </w:tc>
        <w:tc>
          <w:tcPr>
            <w:tcW w:w="850" w:type="dxa"/>
            <w:vAlign w:val="center"/>
          </w:tcPr>
          <w:p w14:paraId="5911E54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1E956F3F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01.09.2026</w:t>
            </w:r>
          </w:p>
        </w:tc>
        <w:tc>
          <w:tcPr>
            <w:tcW w:w="3402" w:type="dxa"/>
            <w:vAlign w:val="center"/>
          </w:tcPr>
          <w:p w14:paraId="65D97BE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классные руководители</w:t>
            </w:r>
          </w:p>
        </w:tc>
        <w:tc>
          <w:tcPr>
            <w:tcW w:w="2443" w:type="dxa"/>
          </w:tcPr>
          <w:p w14:paraId="123D45B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4405D5F6" w14:textId="53A943B8" w:rsidTr="00CA74D2">
        <w:trPr>
          <w:jc w:val="center"/>
        </w:trPr>
        <w:tc>
          <w:tcPr>
            <w:tcW w:w="5770" w:type="dxa"/>
            <w:vAlign w:val="center"/>
          </w:tcPr>
          <w:p w14:paraId="00DD293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Памятное занятие ко Дню окончания Второй мировой войны</w:t>
            </w:r>
          </w:p>
        </w:tc>
        <w:tc>
          <w:tcPr>
            <w:tcW w:w="850" w:type="dxa"/>
            <w:vAlign w:val="center"/>
          </w:tcPr>
          <w:p w14:paraId="3F8354C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2C587E23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02.09.2026</w:t>
            </w:r>
          </w:p>
        </w:tc>
        <w:tc>
          <w:tcPr>
            <w:tcW w:w="3402" w:type="dxa"/>
            <w:vAlign w:val="center"/>
          </w:tcPr>
          <w:p w14:paraId="59EBBED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443" w:type="dxa"/>
          </w:tcPr>
          <w:p w14:paraId="1F97BE7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012BAE3F" w14:textId="1B71AB4D" w:rsidTr="00CA74D2">
        <w:trPr>
          <w:jc w:val="center"/>
        </w:trPr>
        <w:tc>
          <w:tcPr>
            <w:tcW w:w="5770" w:type="dxa"/>
            <w:vAlign w:val="center"/>
          </w:tcPr>
          <w:p w14:paraId="2EEE289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солидарности в борьбе с терроризмом: акция памяти и урок безопасности</w:t>
            </w:r>
          </w:p>
        </w:tc>
        <w:tc>
          <w:tcPr>
            <w:tcW w:w="850" w:type="dxa"/>
            <w:vAlign w:val="center"/>
          </w:tcPr>
          <w:p w14:paraId="0198FE9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656C458A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3402" w:type="dxa"/>
            <w:vAlign w:val="center"/>
          </w:tcPr>
          <w:p w14:paraId="05B4B90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Ответственный за комплексную безопасность;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</w:tc>
        <w:tc>
          <w:tcPr>
            <w:tcW w:w="2443" w:type="dxa"/>
          </w:tcPr>
          <w:p w14:paraId="72C56FE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004184FE" w14:textId="1B63D7D4" w:rsidTr="00CA74D2">
        <w:trPr>
          <w:jc w:val="center"/>
        </w:trPr>
        <w:tc>
          <w:tcPr>
            <w:tcW w:w="5770" w:type="dxa"/>
            <w:vAlign w:val="center"/>
          </w:tcPr>
          <w:p w14:paraId="3515712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 ко «Деню добрых дел»</w:t>
            </w:r>
          </w:p>
          <w:p w14:paraId="26405205" w14:textId="0C974A09" w:rsidR="004C059F" w:rsidRPr="00027D8D" w:rsidRDefault="004C059F" w:rsidP="004C059F">
            <w:pPr>
              <w:pStyle w:val="ae"/>
              <w:numPr>
                <w:ilvl w:val="0"/>
                <w:numId w:val="25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«Спешим мы делать добрые дела» Посещение Центра социальной помощи населению г. Батайска с концертом</w:t>
            </w:r>
          </w:p>
          <w:p w14:paraId="03C852CC" w14:textId="7E758022" w:rsidR="004C059F" w:rsidRPr="00027D8D" w:rsidRDefault="004C059F" w:rsidP="004C059F">
            <w:pPr>
              <w:pStyle w:val="ae"/>
              <w:numPr>
                <w:ilvl w:val="0"/>
                <w:numId w:val="25"/>
              </w:numPr>
              <w:snapToGrid w:val="0"/>
              <w:spacing w:after="160"/>
              <w:ind w:right="-68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Мастер-класс и выставка детских рисунков «Я рисую добро!»</w:t>
            </w:r>
          </w:p>
        </w:tc>
        <w:tc>
          <w:tcPr>
            <w:tcW w:w="850" w:type="dxa"/>
            <w:vAlign w:val="center"/>
          </w:tcPr>
          <w:p w14:paraId="371D208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3756D6E" w14:textId="2C36D831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4</w:t>
            </w:r>
            <w:r w:rsidRPr="00027D8D">
              <w:rPr>
                <w:rFonts w:cs="Times New Roman"/>
                <w:sz w:val="24"/>
                <w:szCs w:val="24"/>
              </w:rPr>
              <w:t>.09.2026</w:t>
            </w:r>
          </w:p>
        </w:tc>
        <w:tc>
          <w:tcPr>
            <w:tcW w:w="3402" w:type="dxa"/>
            <w:vAlign w:val="center"/>
          </w:tcPr>
          <w:p w14:paraId="7AF4111D" w14:textId="7FC3CFE0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педагог-организатор; педагог дополнительного образования;</w:t>
            </w:r>
          </w:p>
        </w:tc>
        <w:tc>
          <w:tcPr>
            <w:tcW w:w="2443" w:type="dxa"/>
          </w:tcPr>
          <w:p w14:paraId="605B95E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03233671" w14:textId="3492164F" w:rsidTr="00CA74D2">
        <w:trPr>
          <w:jc w:val="center"/>
        </w:trPr>
        <w:tc>
          <w:tcPr>
            <w:tcW w:w="5770" w:type="dxa"/>
            <w:vAlign w:val="center"/>
          </w:tcPr>
          <w:p w14:paraId="6C97B6B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первой помощи: практические станции</w:t>
            </w:r>
          </w:p>
        </w:tc>
        <w:tc>
          <w:tcPr>
            <w:tcW w:w="850" w:type="dxa"/>
            <w:vAlign w:val="center"/>
          </w:tcPr>
          <w:p w14:paraId="1348D43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6C02D68A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11.09.2026 либо ближайший учебный день к 13.09.2026</w:t>
            </w:r>
          </w:p>
        </w:tc>
        <w:tc>
          <w:tcPr>
            <w:tcW w:w="3402" w:type="dxa"/>
            <w:vAlign w:val="center"/>
          </w:tcPr>
          <w:p w14:paraId="43ED56A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медицинский работник (при наличии)</w:t>
            </w:r>
          </w:p>
        </w:tc>
        <w:tc>
          <w:tcPr>
            <w:tcW w:w="2443" w:type="dxa"/>
          </w:tcPr>
          <w:p w14:paraId="636E9D4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63871266" w14:textId="2595938D" w:rsidTr="00CA74D2">
        <w:trPr>
          <w:jc w:val="center"/>
        </w:trPr>
        <w:tc>
          <w:tcPr>
            <w:tcW w:w="5770" w:type="dxa"/>
            <w:vAlign w:val="center"/>
          </w:tcPr>
          <w:p w14:paraId="78EC4FB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Музыкальная гостиная к Международному дню музыки</w:t>
            </w:r>
          </w:p>
        </w:tc>
        <w:tc>
          <w:tcPr>
            <w:tcW w:w="850" w:type="dxa"/>
            <w:vAlign w:val="center"/>
          </w:tcPr>
          <w:p w14:paraId="1CBBD27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C85F0AD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01.10.2026</w:t>
            </w:r>
          </w:p>
        </w:tc>
        <w:tc>
          <w:tcPr>
            <w:tcW w:w="3402" w:type="dxa"/>
            <w:vAlign w:val="center"/>
          </w:tcPr>
          <w:p w14:paraId="696F07B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музыки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443" w:type="dxa"/>
          </w:tcPr>
          <w:p w14:paraId="764A565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3DBB0862" w14:textId="1CE065A9" w:rsidTr="00CA74D2">
        <w:trPr>
          <w:jc w:val="center"/>
        </w:trPr>
        <w:tc>
          <w:tcPr>
            <w:tcW w:w="5770" w:type="dxa"/>
            <w:vAlign w:val="center"/>
          </w:tcPr>
          <w:p w14:paraId="4FD9D1F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заботы к Международному дню пожилых людей</w:t>
            </w:r>
          </w:p>
        </w:tc>
        <w:tc>
          <w:tcPr>
            <w:tcW w:w="850" w:type="dxa"/>
            <w:vAlign w:val="center"/>
          </w:tcPr>
          <w:p w14:paraId="72597ED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E641D8D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01.10.2026</w:t>
            </w:r>
          </w:p>
        </w:tc>
        <w:tc>
          <w:tcPr>
            <w:tcW w:w="3402" w:type="dxa"/>
            <w:vAlign w:val="center"/>
          </w:tcPr>
          <w:p w14:paraId="11CE987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2443" w:type="dxa"/>
          </w:tcPr>
          <w:p w14:paraId="67A8D4A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1F0D5ABB" w14:textId="52F28606" w:rsidTr="00CA74D2">
        <w:trPr>
          <w:jc w:val="center"/>
        </w:trPr>
        <w:tc>
          <w:tcPr>
            <w:tcW w:w="5770" w:type="dxa"/>
            <w:vAlign w:val="center"/>
          </w:tcPr>
          <w:p w14:paraId="4B3D6F9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Праздничные мероприятия ко Дню учителя</w:t>
            </w:r>
          </w:p>
        </w:tc>
        <w:tc>
          <w:tcPr>
            <w:tcW w:w="850" w:type="dxa"/>
            <w:vAlign w:val="center"/>
          </w:tcPr>
          <w:p w14:paraId="0EEDF0F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941B45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05.10.2026</w:t>
            </w:r>
          </w:p>
        </w:tc>
        <w:tc>
          <w:tcPr>
            <w:tcW w:w="3402" w:type="dxa"/>
            <w:vAlign w:val="center"/>
          </w:tcPr>
          <w:p w14:paraId="48AFE5B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3D0C63F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039DD91F" w14:textId="1F6458D2" w:rsidTr="00CA74D2">
        <w:trPr>
          <w:jc w:val="center"/>
        </w:trPr>
        <w:tc>
          <w:tcPr>
            <w:tcW w:w="5770" w:type="dxa"/>
            <w:vAlign w:val="center"/>
          </w:tcPr>
          <w:p w14:paraId="5E5E6DF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Всероссийский день чтения: школьный читательский марафон</w:t>
            </w:r>
          </w:p>
        </w:tc>
        <w:tc>
          <w:tcPr>
            <w:tcW w:w="850" w:type="dxa"/>
            <w:vAlign w:val="center"/>
          </w:tcPr>
          <w:p w14:paraId="67AD286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8F47798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09.10.2026</w:t>
            </w:r>
          </w:p>
        </w:tc>
        <w:tc>
          <w:tcPr>
            <w:tcW w:w="3402" w:type="dxa"/>
            <w:vAlign w:val="center"/>
          </w:tcPr>
          <w:p w14:paraId="559D038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учителя основной школы</w:t>
            </w:r>
          </w:p>
        </w:tc>
        <w:tc>
          <w:tcPr>
            <w:tcW w:w="2443" w:type="dxa"/>
          </w:tcPr>
          <w:p w14:paraId="67B0327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333FCCEC" w14:textId="6D8C4E86" w:rsidTr="00CA74D2">
        <w:trPr>
          <w:jc w:val="center"/>
        </w:trPr>
        <w:tc>
          <w:tcPr>
            <w:tcW w:w="5770" w:type="dxa"/>
            <w:vAlign w:val="center"/>
          </w:tcPr>
          <w:p w14:paraId="599F23C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Всемирный день защиты животных: экологическая акция</w:t>
            </w:r>
          </w:p>
        </w:tc>
        <w:tc>
          <w:tcPr>
            <w:tcW w:w="850" w:type="dxa"/>
            <w:vAlign w:val="center"/>
          </w:tcPr>
          <w:p w14:paraId="492C2E8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3F01FBCF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05.10.2026,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04.10.2026</w:t>
            </w:r>
          </w:p>
        </w:tc>
        <w:tc>
          <w:tcPr>
            <w:tcW w:w="3402" w:type="dxa"/>
            <w:vAlign w:val="center"/>
          </w:tcPr>
          <w:p w14:paraId="4A261D53" w14:textId="7166CD76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социальный педагог</w:t>
            </w:r>
          </w:p>
        </w:tc>
        <w:tc>
          <w:tcPr>
            <w:tcW w:w="2443" w:type="dxa"/>
          </w:tcPr>
          <w:p w14:paraId="3AAD685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2CADA6E2" w14:textId="2988763F" w:rsidTr="00CA74D2">
        <w:trPr>
          <w:jc w:val="center"/>
        </w:trPr>
        <w:tc>
          <w:tcPr>
            <w:tcW w:w="5770" w:type="dxa"/>
            <w:vAlign w:val="center"/>
          </w:tcPr>
          <w:p w14:paraId="31A5566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 мастерские ко Дню отца</w:t>
            </w:r>
          </w:p>
        </w:tc>
        <w:tc>
          <w:tcPr>
            <w:tcW w:w="850" w:type="dxa"/>
            <w:vAlign w:val="center"/>
          </w:tcPr>
          <w:p w14:paraId="2EF13B2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7776A22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16.10.2026;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18.10.2026</w:t>
            </w:r>
          </w:p>
        </w:tc>
        <w:tc>
          <w:tcPr>
            <w:tcW w:w="3402" w:type="dxa"/>
            <w:vAlign w:val="center"/>
          </w:tcPr>
          <w:p w14:paraId="3B2F9D2D" w14:textId="0B2E3A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2443" w:type="dxa"/>
          </w:tcPr>
          <w:p w14:paraId="732D21E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79754B67" w14:textId="257AA503" w:rsidTr="00CA74D2">
        <w:trPr>
          <w:jc w:val="center"/>
        </w:trPr>
        <w:tc>
          <w:tcPr>
            <w:tcW w:w="5770" w:type="dxa"/>
            <w:vAlign w:val="center"/>
          </w:tcPr>
          <w:p w14:paraId="1CE7F64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Международный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школьных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</w:t>
            </w:r>
            <w:proofErr w:type="spellEnd"/>
          </w:p>
        </w:tc>
        <w:tc>
          <w:tcPr>
            <w:tcW w:w="850" w:type="dxa"/>
            <w:vAlign w:val="center"/>
          </w:tcPr>
          <w:p w14:paraId="09DFFB4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0B6B0F2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26.10.2026</w:t>
            </w:r>
          </w:p>
        </w:tc>
        <w:tc>
          <w:tcPr>
            <w:tcW w:w="3402" w:type="dxa"/>
            <w:vAlign w:val="center"/>
          </w:tcPr>
          <w:p w14:paraId="2BAF26E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библиотекарь</w:t>
            </w:r>
            <w:proofErr w:type="spellEnd"/>
          </w:p>
        </w:tc>
        <w:tc>
          <w:tcPr>
            <w:tcW w:w="2443" w:type="dxa"/>
          </w:tcPr>
          <w:p w14:paraId="6D1934E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7698474D" w14:textId="7B10B4A6" w:rsidTr="00CA74D2">
        <w:trPr>
          <w:jc w:val="center"/>
        </w:trPr>
        <w:tc>
          <w:tcPr>
            <w:tcW w:w="5770" w:type="dxa"/>
            <w:vAlign w:val="center"/>
          </w:tcPr>
          <w:p w14:paraId="23DAB18B" w14:textId="30546BDF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Фестиваль культур ко Дню народного единства «150 культур Дона»</w:t>
            </w:r>
          </w:p>
        </w:tc>
        <w:tc>
          <w:tcPr>
            <w:tcW w:w="850" w:type="dxa"/>
            <w:vAlign w:val="center"/>
          </w:tcPr>
          <w:p w14:paraId="17D9F68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1FD3EC31" w14:textId="5655F89D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Октябрь </w:t>
            </w:r>
            <w:r w:rsidRPr="00027D8D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3402" w:type="dxa"/>
            <w:vAlign w:val="center"/>
          </w:tcPr>
          <w:p w14:paraId="2018E866" w14:textId="4C355E4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советник директора по воспитанию и взаимодействию с детскими общественными объединениями; классные руководители</w:t>
            </w:r>
          </w:p>
        </w:tc>
        <w:tc>
          <w:tcPr>
            <w:tcW w:w="2443" w:type="dxa"/>
          </w:tcPr>
          <w:p w14:paraId="4AEF400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112B42BB" w14:textId="577788BB" w:rsidTr="00CA74D2">
        <w:trPr>
          <w:jc w:val="center"/>
        </w:trPr>
        <w:tc>
          <w:tcPr>
            <w:tcW w:w="5770" w:type="dxa"/>
            <w:vAlign w:val="center"/>
          </w:tcPr>
          <w:p w14:paraId="4AF4424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исторической памяти о военном параде на Красной площади 7 ноября 1941 года</w:t>
            </w:r>
          </w:p>
        </w:tc>
        <w:tc>
          <w:tcPr>
            <w:tcW w:w="850" w:type="dxa"/>
            <w:vAlign w:val="center"/>
          </w:tcPr>
          <w:p w14:paraId="17A011B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72D349A0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06.11.2026</w:t>
            </w:r>
          </w:p>
        </w:tc>
        <w:tc>
          <w:tcPr>
            <w:tcW w:w="3402" w:type="dxa"/>
            <w:vAlign w:val="center"/>
          </w:tcPr>
          <w:p w14:paraId="2EBC8446" w14:textId="7969A80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руководители; руководитель школьного музея </w:t>
            </w:r>
          </w:p>
        </w:tc>
        <w:tc>
          <w:tcPr>
            <w:tcW w:w="2443" w:type="dxa"/>
          </w:tcPr>
          <w:p w14:paraId="1FC55F6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7E13848C" w14:textId="71E8BFDC" w:rsidTr="00CA74D2">
        <w:trPr>
          <w:jc w:val="center"/>
        </w:trPr>
        <w:tc>
          <w:tcPr>
            <w:tcW w:w="5770" w:type="dxa"/>
            <w:vAlign w:val="center"/>
          </w:tcPr>
          <w:p w14:paraId="43ABB67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Синичкин день: акция помощи зимующим птицам</w:t>
            </w:r>
          </w:p>
        </w:tc>
        <w:tc>
          <w:tcPr>
            <w:tcW w:w="850" w:type="dxa"/>
            <w:vAlign w:val="center"/>
          </w:tcPr>
          <w:p w14:paraId="2D846F8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CB6E4D5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12.11.2026</w:t>
            </w:r>
          </w:p>
        </w:tc>
        <w:tc>
          <w:tcPr>
            <w:tcW w:w="3402" w:type="dxa"/>
            <w:vAlign w:val="center"/>
          </w:tcPr>
          <w:p w14:paraId="1F759CF7" w14:textId="73477DBC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Социальный педагог; советник;</w:t>
            </w:r>
          </w:p>
        </w:tc>
        <w:tc>
          <w:tcPr>
            <w:tcW w:w="2443" w:type="dxa"/>
          </w:tcPr>
          <w:p w14:paraId="091560E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123E56B8" w14:textId="14330257" w:rsidTr="00CA74D2">
        <w:trPr>
          <w:jc w:val="center"/>
        </w:trPr>
        <w:tc>
          <w:tcPr>
            <w:tcW w:w="5770" w:type="dxa"/>
            <w:vAlign w:val="center"/>
          </w:tcPr>
          <w:p w14:paraId="4DD0E06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Познавательная программа к Всемирному дню ребёнка</w:t>
            </w:r>
          </w:p>
        </w:tc>
        <w:tc>
          <w:tcPr>
            <w:tcW w:w="850" w:type="dxa"/>
            <w:vAlign w:val="center"/>
          </w:tcPr>
          <w:p w14:paraId="613CA3E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E68DDBC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20.11.2026</w:t>
            </w:r>
          </w:p>
        </w:tc>
        <w:tc>
          <w:tcPr>
            <w:tcW w:w="3402" w:type="dxa"/>
            <w:vAlign w:val="center"/>
          </w:tcPr>
          <w:p w14:paraId="480F691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43" w:type="dxa"/>
          </w:tcPr>
          <w:p w14:paraId="03ED929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378874C6" w14:textId="4C1D22D6" w:rsidTr="00CA74D2">
        <w:trPr>
          <w:jc w:val="center"/>
        </w:trPr>
        <w:tc>
          <w:tcPr>
            <w:tcW w:w="5770" w:type="dxa"/>
            <w:vAlign w:val="center"/>
          </w:tcPr>
          <w:p w14:paraId="7C91846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словарей и энциклопедий и 225-летие В. И. Даля</w:t>
            </w:r>
          </w:p>
        </w:tc>
        <w:tc>
          <w:tcPr>
            <w:tcW w:w="850" w:type="dxa"/>
            <w:vAlign w:val="center"/>
          </w:tcPr>
          <w:p w14:paraId="7590EF5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43A6539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20–23.11.2026</w:t>
            </w:r>
          </w:p>
        </w:tc>
        <w:tc>
          <w:tcPr>
            <w:tcW w:w="3402" w:type="dxa"/>
            <w:vAlign w:val="center"/>
          </w:tcPr>
          <w:p w14:paraId="5F4A115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учителя основной школы</w:t>
            </w:r>
          </w:p>
        </w:tc>
        <w:tc>
          <w:tcPr>
            <w:tcW w:w="2443" w:type="dxa"/>
          </w:tcPr>
          <w:p w14:paraId="14CE5B3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00C2DA46" w14:textId="4B8EF16D" w:rsidTr="00CA74D2">
        <w:trPr>
          <w:jc w:val="center"/>
        </w:trPr>
        <w:tc>
          <w:tcPr>
            <w:tcW w:w="5770" w:type="dxa"/>
            <w:vAlign w:val="center"/>
          </w:tcPr>
          <w:p w14:paraId="08F4A9E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Праздничная программа ко Дню матери</w:t>
            </w:r>
          </w:p>
        </w:tc>
        <w:tc>
          <w:tcPr>
            <w:tcW w:w="850" w:type="dxa"/>
            <w:vAlign w:val="center"/>
          </w:tcPr>
          <w:p w14:paraId="2D277BF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ECC1D5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27.11.2026;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29.11.2026</w:t>
            </w:r>
          </w:p>
        </w:tc>
        <w:tc>
          <w:tcPr>
            <w:tcW w:w="3402" w:type="dxa"/>
            <w:vAlign w:val="center"/>
          </w:tcPr>
          <w:p w14:paraId="21D66EF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Педагог-организатор; </w:t>
            </w:r>
          </w:p>
          <w:p w14:paraId="5FF20115" w14:textId="622059B2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Советник;</w:t>
            </w:r>
          </w:p>
          <w:p w14:paraId="578E14DA" w14:textId="3D78D78D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43" w:type="dxa"/>
          </w:tcPr>
          <w:p w14:paraId="45D0BA4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7E68F3F5" w14:textId="73868A1B" w:rsidTr="00CA74D2">
        <w:trPr>
          <w:jc w:val="center"/>
        </w:trPr>
        <w:tc>
          <w:tcPr>
            <w:tcW w:w="5770" w:type="dxa"/>
            <w:vAlign w:val="center"/>
          </w:tcPr>
          <w:p w14:paraId="4E3C523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Познавательное мероприятие ко Дню Государственного герба Российской Федерации</w:t>
            </w:r>
          </w:p>
        </w:tc>
        <w:tc>
          <w:tcPr>
            <w:tcW w:w="850" w:type="dxa"/>
            <w:vAlign w:val="center"/>
          </w:tcPr>
          <w:p w14:paraId="7B2A2CC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1C054AE1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30.11.2026</w:t>
            </w:r>
          </w:p>
        </w:tc>
        <w:tc>
          <w:tcPr>
            <w:tcW w:w="3402" w:type="dxa"/>
            <w:vAlign w:val="center"/>
          </w:tcPr>
          <w:p w14:paraId="1216593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0B6D31F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7094AB9B" w14:textId="772353E8" w:rsidTr="00CA74D2">
        <w:trPr>
          <w:jc w:val="center"/>
        </w:trPr>
        <w:tc>
          <w:tcPr>
            <w:tcW w:w="5770" w:type="dxa"/>
            <w:vAlign w:val="center"/>
          </w:tcPr>
          <w:p w14:paraId="1B63F69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Неизвестного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Солдата</w:t>
            </w:r>
            <w:proofErr w:type="spellEnd"/>
          </w:p>
        </w:tc>
        <w:tc>
          <w:tcPr>
            <w:tcW w:w="850" w:type="dxa"/>
            <w:vAlign w:val="center"/>
          </w:tcPr>
          <w:p w14:paraId="64F6D63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C83F482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03.12.2026</w:t>
            </w:r>
          </w:p>
        </w:tc>
        <w:tc>
          <w:tcPr>
            <w:tcW w:w="3402" w:type="dxa"/>
            <w:vAlign w:val="center"/>
          </w:tcPr>
          <w:p w14:paraId="1D480FD9" w14:textId="7D992904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руководитель школьного музея; учителя истории;</w:t>
            </w:r>
          </w:p>
        </w:tc>
        <w:tc>
          <w:tcPr>
            <w:tcW w:w="2443" w:type="dxa"/>
          </w:tcPr>
          <w:p w14:paraId="2156D07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6BB03D2C" w14:textId="1A87148F" w:rsidTr="00CA74D2">
        <w:trPr>
          <w:jc w:val="center"/>
        </w:trPr>
        <w:tc>
          <w:tcPr>
            <w:tcW w:w="5770" w:type="dxa"/>
            <w:vAlign w:val="center"/>
          </w:tcPr>
          <w:p w14:paraId="128846D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Международный день людей с ограниченными возможностями здоровья: акция «Мир равных возможностей»</w:t>
            </w:r>
          </w:p>
        </w:tc>
        <w:tc>
          <w:tcPr>
            <w:tcW w:w="850" w:type="dxa"/>
            <w:vAlign w:val="center"/>
          </w:tcPr>
          <w:p w14:paraId="1113089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23E4CB3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03.12.2026</w:t>
            </w:r>
          </w:p>
        </w:tc>
        <w:tc>
          <w:tcPr>
            <w:tcW w:w="3402" w:type="dxa"/>
            <w:vAlign w:val="center"/>
          </w:tcPr>
          <w:p w14:paraId="4B11247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2443" w:type="dxa"/>
          </w:tcPr>
          <w:p w14:paraId="4B2C6A7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28F52211" w14:textId="01FC6F9C" w:rsidTr="00CA74D2">
        <w:trPr>
          <w:jc w:val="center"/>
        </w:trPr>
        <w:tc>
          <w:tcPr>
            <w:tcW w:w="5770" w:type="dxa"/>
            <w:vAlign w:val="center"/>
          </w:tcPr>
          <w:p w14:paraId="6327A25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День начала контрнаступления советских войск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битве под Москвой</w:t>
            </w:r>
          </w:p>
        </w:tc>
        <w:tc>
          <w:tcPr>
            <w:tcW w:w="850" w:type="dxa"/>
            <w:vAlign w:val="center"/>
          </w:tcPr>
          <w:p w14:paraId="028AD57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6–9</w:t>
            </w:r>
          </w:p>
        </w:tc>
        <w:tc>
          <w:tcPr>
            <w:tcW w:w="1418" w:type="dxa"/>
            <w:vAlign w:val="center"/>
          </w:tcPr>
          <w:p w14:paraId="232C207B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04.12.2026,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05.12.2026</w:t>
            </w:r>
          </w:p>
        </w:tc>
        <w:tc>
          <w:tcPr>
            <w:tcW w:w="3402" w:type="dxa"/>
            <w:vAlign w:val="center"/>
          </w:tcPr>
          <w:p w14:paraId="6EE6D7E3" w14:textId="1069EC51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Классные руководители;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руководитель школьного музея </w:t>
            </w:r>
          </w:p>
        </w:tc>
        <w:tc>
          <w:tcPr>
            <w:tcW w:w="2443" w:type="dxa"/>
          </w:tcPr>
          <w:p w14:paraId="4C525F2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02F0EB0" w14:textId="0F185C52" w:rsidTr="00CA74D2">
        <w:trPr>
          <w:jc w:val="center"/>
        </w:trPr>
        <w:tc>
          <w:tcPr>
            <w:tcW w:w="5770" w:type="dxa"/>
            <w:vAlign w:val="center"/>
          </w:tcPr>
          <w:p w14:paraId="5F28B0B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Международный день добровольца: школьная акция добрых дел</w:t>
            </w:r>
          </w:p>
        </w:tc>
        <w:tc>
          <w:tcPr>
            <w:tcW w:w="850" w:type="dxa"/>
            <w:vAlign w:val="center"/>
          </w:tcPr>
          <w:p w14:paraId="3710C58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1975E252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04.12.2026,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05.12.2026</w:t>
            </w:r>
          </w:p>
        </w:tc>
        <w:tc>
          <w:tcPr>
            <w:tcW w:w="3402" w:type="dxa"/>
            <w:vAlign w:val="center"/>
          </w:tcPr>
          <w:p w14:paraId="5A78325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349A6C6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6B0B85A5" w14:textId="233DE1F2" w:rsidTr="00CA74D2">
        <w:trPr>
          <w:jc w:val="center"/>
        </w:trPr>
        <w:tc>
          <w:tcPr>
            <w:tcW w:w="5770" w:type="dxa"/>
            <w:vAlign w:val="center"/>
          </w:tcPr>
          <w:p w14:paraId="385357C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Героев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850" w:type="dxa"/>
            <w:vAlign w:val="center"/>
          </w:tcPr>
          <w:p w14:paraId="705BE92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110B5D6D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09.12.2026</w:t>
            </w:r>
          </w:p>
        </w:tc>
        <w:tc>
          <w:tcPr>
            <w:tcW w:w="3402" w:type="dxa"/>
            <w:vAlign w:val="center"/>
          </w:tcPr>
          <w:p w14:paraId="7C0BC82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43" w:type="dxa"/>
          </w:tcPr>
          <w:p w14:paraId="1811C6A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4563E6A7" w14:textId="7CFF9271" w:rsidTr="00CA74D2">
        <w:trPr>
          <w:jc w:val="center"/>
        </w:trPr>
        <w:tc>
          <w:tcPr>
            <w:tcW w:w="5770" w:type="dxa"/>
            <w:vAlign w:val="center"/>
          </w:tcPr>
          <w:p w14:paraId="3412EB6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Международный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прав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850" w:type="dxa"/>
            <w:vAlign w:val="center"/>
          </w:tcPr>
          <w:p w14:paraId="54DC930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2D011C28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10.12.2026</w:t>
            </w:r>
          </w:p>
        </w:tc>
        <w:tc>
          <w:tcPr>
            <w:tcW w:w="3402" w:type="dxa"/>
            <w:vAlign w:val="center"/>
          </w:tcPr>
          <w:p w14:paraId="1EA1EF3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43" w:type="dxa"/>
          </w:tcPr>
          <w:p w14:paraId="73A1F0B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31B4D9D6" w14:textId="269C531B" w:rsidTr="00CA74D2">
        <w:trPr>
          <w:jc w:val="center"/>
        </w:trPr>
        <w:tc>
          <w:tcPr>
            <w:tcW w:w="5770" w:type="dxa"/>
            <w:vAlign w:val="center"/>
          </w:tcPr>
          <w:p w14:paraId="2494794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Познавательные занятия ко Дню Конституции Российской Федерации</w:t>
            </w:r>
          </w:p>
        </w:tc>
        <w:tc>
          <w:tcPr>
            <w:tcW w:w="850" w:type="dxa"/>
            <w:vAlign w:val="center"/>
          </w:tcPr>
          <w:p w14:paraId="6EFE304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288EDB3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11.12.2026;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12.12.2026</w:t>
            </w:r>
          </w:p>
        </w:tc>
        <w:tc>
          <w:tcPr>
            <w:tcW w:w="3402" w:type="dxa"/>
            <w:vAlign w:val="center"/>
          </w:tcPr>
          <w:p w14:paraId="0B7C116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43" w:type="dxa"/>
          </w:tcPr>
          <w:p w14:paraId="562CF65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6975B723" w14:textId="15F27485" w:rsidTr="00CA74D2">
        <w:trPr>
          <w:jc w:val="center"/>
        </w:trPr>
        <w:tc>
          <w:tcPr>
            <w:tcW w:w="5770" w:type="dxa"/>
            <w:vAlign w:val="center"/>
          </w:tcPr>
          <w:p w14:paraId="0215C7C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Государственного гимна Российской Федерации</w:t>
            </w:r>
          </w:p>
        </w:tc>
        <w:tc>
          <w:tcPr>
            <w:tcW w:w="850" w:type="dxa"/>
            <w:vAlign w:val="center"/>
          </w:tcPr>
          <w:p w14:paraId="189DD96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AA9785D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25.12.2026</w:t>
            </w:r>
          </w:p>
        </w:tc>
        <w:tc>
          <w:tcPr>
            <w:tcW w:w="3402" w:type="dxa"/>
            <w:vAlign w:val="center"/>
          </w:tcPr>
          <w:p w14:paraId="527B90F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учитель музыки</w:t>
            </w:r>
          </w:p>
        </w:tc>
        <w:tc>
          <w:tcPr>
            <w:tcW w:w="2443" w:type="dxa"/>
          </w:tcPr>
          <w:p w14:paraId="116CC5C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4F23578" w14:textId="14ECCE6C" w:rsidTr="00CA74D2">
        <w:trPr>
          <w:jc w:val="center"/>
        </w:trPr>
        <w:tc>
          <w:tcPr>
            <w:tcW w:w="5770" w:type="dxa"/>
            <w:vAlign w:val="center"/>
          </w:tcPr>
          <w:p w14:paraId="63FF9E4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Новогодняя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творческая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850" w:type="dxa"/>
            <w:vAlign w:val="center"/>
          </w:tcPr>
          <w:p w14:paraId="60678DC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FB663BA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21–25.12.2026</w:t>
            </w:r>
          </w:p>
        </w:tc>
        <w:tc>
          <w:tcPr>
            <w:tcW w:w="3402" w:type="dxa"/>
            <w:vAlign w:val="center"/>
          </w:tcPr>
          <w:p w14:paraId="131CDA5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2443" w:type="dxa"/>
          </w:tcPr>
          <w:p w14:paraId="5BB7B84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1F9395CB" w14:textId="3224B091" w:rsidTr="00CA74D2">
        <w:trPr>
          <w:jc w:val="center"/>
        </w:trPr>
        <w:tc>
          <w:tcPr>
            <w:tcW w:w="5770" w:type="dxa"/>
            <w:vAlign w:val="center"/>
          </w:tcPr>
          <w:p w14:paraId="6AFA16F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850" w:type="dxa"/>
            <w:vAlign w:val="center"/>
          </w:tcPr>
          <w:p w14:paraId="174F911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27E0255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Ближайший учебный день после зимних каникул</w:t>
            </w:r>
          </w:p>
        </w:tc>
        <w:tc>
          <w:tcPr>
            <w:tcW w:w="3402" w:type="dxa"/>
            <w:vAlign w:val="center"/>
          </w:tcPr>
          <w:p w14:paraId="172C751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443" w:type="dxa"/>
          </w:tcPr>
          <w:p w14:paraId="4496766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1CEADF05" w14:textId="5B4A25F0" w:rsidTr="00CA74D2">
        <w:trPr>
          <w:jc w:val="center"/>
        </w:trPr>
        <w:tc>
          <w:tcPr>
            <w:tcW w:w="5770" w:type="dxa"/>
            <w:vAlign w:val="center"/>
          </w:tcPr>
          <w:p w14:paraId="7BE6625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полного освобождения Ленинграда от фашистской блокады и Международный день памяти жертв Холокоста</w:t>
            </w:r>
          </w:p>
        </w:tc>
        <w:tc>
          <w:tcPr>
            <w:tcW w:w="850" w:type="dxa"/>
            <w:vAlign w:val="center"/>
          </w:tcPr>
          <w:p w14:paraId="5056818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21B442F5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27.01.2027</w:t>
            </w:r>
          </w:p>
        </w:tc>
        <w:tc>
          <w:tcPr>
            <w:tcW w:w="3402" w:type="dxa"/>
            <w:vAlign w:val="center"/>
          </w:tcPr>
          <w:p w14:paraId="1B7970D8" w14:textId="67E99AD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руководители; руководитель школьного музея </w:t>
            </w:r>
          </w:p>
        </w:tc>
        <w:tc>
          <w:tcPr>
            <w:tcW w:w="2443" w:type="dxa"/>
          </w:tcPr>
          <w:p w14:paraId="469E491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76E1EB81" w14:textId="41660C0F" w:rsidTr="00CA74D2">
        <w:trPr>
          <w:jc w:val="center"/>
        </w:trPr>
        <w:tc>
          <w:tcPr>
            <w:tcW w:w="5770" w:type="dxa"/>
            <w:vAlign w:val="center"/>
          </w:tcPr>
          <w:p w14:paraId="797A806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Международный день защиты персональных данных</w:t>
            </w:r>
          </w:p>
        </w:tc>
        <w:tc>
          <w:tcPr>
            <w:tcW w:w="850" w:type="dxa"/>
            <w:vAlign w:val="center"/>
          </w:tcPr>
          <w:p w14:paraId="6B9CFB7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0067A41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28.01.2027</w:t>
            </w:r>
          </w:p>
        </w:tc>
        <w:tc>
          <w:tcPr>
            <w:tcW w:w="3402" w:type="dxa"/>
            <w:vAlign w:val="center"/>
          </w:tcPr>
          <w:p w14:paraId="230E4E6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классные руководители</w:t>
            </w:r>
          </w:p>
        </w:tc>
        <w:tc>
          <w:tcPr>
            <w:tcW w:w="2443" w:type="dxa"/>
          </w:tcPr>
          <w:p w14:paraId="02E9711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609AB79A" w14:textId="50A470CC" w:rsidTr="00CA74D2">
        <w:trPr>
          <w:jc w:val="center"/>
        </w:trPr>
        <w:tc>
          <w:tcPr>
            <w:tcW w:w="5770" w:type="dxa"/>
            <w:vAlign w:val="center"/>
          </w:tcPr>
          <w:p w14:paraId="54149D4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850" w:type="dxa"/>
            <w:vAlign w:val="center"/>
          </w:tcPr>
          <w:p w14:paraId="35E2E93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5D1A9C5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02.02.2027</w:t>
            </w:r>
          </w:p>
        </w:tc>
        <w:tc>
          <w:tcPr>
            <w:tcW w:w="3402" w:type="dxa"/>
            <w:vAlign w:val="center"/>
          </w:tcPr>
          <w:p w14:paraId="60EC342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443" w:type="dxa"/>
          </w:tcPr>
          <w:p w14:paraId="4F881C1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1CFC4E1F" w14:textId="33AAE1B2" w:rsidTr="00CA74D2">
        <w:trPr>
          <w:jc w:val="center"/>
        </w:trPr>
        <w:tc>
          <w:tcPr>
            <w:tcW w:w="5770" w:type="dxa"/>
            <w:vAlign w:val="center"/>
          </w:tcPr>
          <w:p w14:paraId="2A82888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российской науки: школьный фестиваль опытов и открытий</w:t>
            </w:r>
          </w:p>
        </w:tc>
        <w:tc>
          <w:tcPr>
            <w:tcW w:w="850" w:type="dxa"/>
            <w:vAlign w:val="center"/>
          </w:tcPr>
          <w:p w14:paraId="6CBD81D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3D2B9955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08.02.2027</w:t>
            </w:r>
          </w:p>
        </w:tc>
        <w:tc>
          <w:tcPr>
            <w:tcW w:w="3402" w:type="dxa"/>
            <w:vAlign w:val="center"/>
          </w:tcPr>
          <w:p w14:paraId="4CA6259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работе; учителя основной школы</w:t>
            </w:r>
          </w:p>
        </w:tc>
        <w:tc>
          <w:tcPr>
            <w:tcW w:w="2443" w:type="dxa"/>
          </w:tcPr>
          <w:p w14:paraId="3DA131B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1585408E" w14:textId="6BFE3C2F" w:rsidTr="00CA74D2">
        <w:trPr>
          <w:jc w:val="center"/>
        </w:trPr>
        <w:tc>
          <w:tcPr>
            <w:tcW w:w="5770" w:type="dxa"/>
            <w:vAlign w:val="center"/>
          </w:tcPr>
          <w:p w14:paraId="164DCD5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Международный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850" w:type="dxa"/>
            <w:vAlign w:val="center"/>
          </w:tcPr>
          <w:p w14:paraId="41CA259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03100BAA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12.02.2027,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14.02.2027</w:t>
            </w:r>
          </w:p>
        </w:tc>
        <w:tc>
          <w:tcPr>
            <w:tcW w:w="3402" w:type="dxa"/>
            <w:vAlign w:val="center"/>
          </w:tcPr>
          <w:p w14:paraId="199C2006" w14:textId="07E61508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</w:tc>
        <w:tc>
          <w:tcPr>
            <w:tcW w:w="2443" w:type="dxa"/>
          </w:tcPr>
          <w:p w14:paraId="1357C21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6FDC0735" w14:textId="28BD1511" w:rsidTr="00CA74D2">
        <w:trPr>
          <w:jc w:val="center"/>
        </w:trPr>
        <w:tc>
          <w:tcPr>
            <w:tcW w:w="5770" w:type="dxa"/>
            <w:vAlign w:val="center"/>
          </w:tcPr>
          <w:p w14:paraId="340A3EC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Международный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родного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850" w:type="dxa"/>
            <w:vAlign w:val="center"/>
          </w:tcPr>
          <w:p w14:paraId="0818600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A286AF9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19.02.2027,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21.02.2027</w:t>
            </w:r>
          </w:p>
        </w:tc>
        <w:tc>
          <w:tcPr>
            <w:tcW w:w="3402" w:type="dxa"/>
            <w:vAlign w:val="center"/>
          </w:tcPr>
          <w:p w14:paraId="6B9C8D0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443" w:type="dxa"/>
          </w:tcPr>
          <w:p w14:paraId="78DDEF8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1AB9C2E8" w14:textId="753C3E9A" w:rsidTr="00CA74D2">
        <w:trPr>
          <w:jc w:val="center"/>
        </w:trPr>
        <w:tc>
          <w:tcPr>
            <w:tcW w:w="5770" w:type="dxa"/>
            <w:vAlign w:val="center"/>
          </w:tcPr>
          <w:p w14:paraId="670D743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Спортивно-патриотический праздник ко Дню защитника Отечества</w:t>
            </w:r>
          </w:p>
        </w:tc>
        <w:tc>
          <w:tcPr>
            <w:tcW w:w="850" w:type="dxa"/>
            <w:vAlign w:val="center"/>
          </w:tcPr>
          <w:p w14:paraId="0A30347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65A05A2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19.02.2027;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23.02.2027</w:t>
            </w:r>
          </w:p>
        </w:tc>
        <w:tc>
          <w:tcPr>
            <w:tcW w:w="3402" w:type="dxa"/>
            <w:vAlign w:val="center"/>
          </w:tcPr>
          <w:p w14:paraId="76970578" w14:textId="794E1A51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педагог-организатор, учитель ОБЗР</w:t>
            </w:r>
          </w:p>
        </w:tc>
        <w:tc>
          <w:tcPr>
            <w:tcW w:w="2443" w:type="dxa"/>
          </w:tcPr>
          <w:p w14:paraId="233A8B5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3E52B595" w14:textId="17FF4F29" w:rsidTr="00CA74D2">
        <w:trPr>
          <w:jc w:val="center"/>
        </w:trPr>
        <w:tc>
          <w:tcPr>
            <w:tcW w:w="5770" w:type="dxa"/>
            <w:vAlign w:val="center"/>
          </w:tcPr>
          <w:p w14:paraId="637710E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наставника</w:t>
            </w:r>
            <w:proofErr w:type="spellEnd"/>
          </w:p>
        </w:tc>
        <w:tc>
          <w:tcPr>
            <w:tcW w:w="850" w:type="dxa"/>
            <w:vAlign w:val="center"/>
          </w:tcPr>
          <w:p w14:paraId="69D13B5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1ADEAAB6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02.03.2027</w:t>
            </w:r>
          </w:p>
        </w:tc>
        <w:tc>
          <w:tcPr>
            <w:tcW w:w="3402" w:type="dxa"/>
            <w:vAlign w:val="center"/>
          </w:tcPr>
          <w:p w14:paraId="6B47D8B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443" w:type="dxa"/>
          </w:tcPr>
          <w:p w14:paraId="388C9C3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1160AD8C" w14:textId="05525017" w:rsidTr="00CA74D2">
        <w:trPr>
          <w:jc w:val="center"/>
        </w:trPr>
        <w:tc>
          <w:tcPr>
            <w:tcW w:w="5770" w:type="dxa"/>
            <w:vAlign w:val="center"/>
          </w:tcPr>
          <w:p w14:paraId="060CF6C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Творческая программа к Международному женскому дню</w:t>
            </w:r>
          </w:p>
        </w:tc>
        <w:tc>
          <w:tcPr>
            <w:tcW w:w="850" w:type="dxa"/>
            <w:vAlign w:val="center"/>
          </w:tcPr>
          <w:p w14:paraId="3A63645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120C4A3A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05.03.2027;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08.03.2027</w:t>
            </w:r>
          </w:p>
        </w:tc>
        <w:tc>
          <w:tcPr>
            <w:tcW w:w="3402" w:type="dxa"/>
            <w:vAlign w:val="center"/>
          </w:tcPr>
          <w:p w14:paraId="7C883B8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2443" w:type="dxa"/>
          </w:tcPr>
          <w:p w14:paraId="41D72ED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1EE62C95" w14:textId="772DAA13" w:rsidTr="00CA74D2">
        <w:trPr>
          <w:jc w:val="center"/>
        </w:trPr>
        <w:tc>
          <w:tcPr>
            <w:tcW w:w="5770" w:type="dxa"/>
            <w:vAlign w:val="center"/>
          </w:tcPr>
          <w:p w14:paraId="44EE7EF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Всемирный день инженерии: конструкторский марафон</w:t>
            </w:r>
          </w:p>
        </w:tc>
        <w:tc>
          <w:tcPr>
            <w:tcW w:w="850" w:type="dxa"/>
            <w:vAlign w:val="center"/>
          </w:tcPr>
          <w:p w14:paraId="0C88CE6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7762F9A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04.03.2027</w:t>
            </w:r>
          </w:p>
        </w:tc>
        <w:tc>
          <w:tcPr>
            <w:tcW w:w="3402" w:type="dxa"/>
            <w:vAlign w:val="center"/>
          </w:tcPr>
          <w:p w14:paraId="2B0FF992" w14:textId="3A62FFF6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труда; педагог дополнительного образования </w:t>
            </w:r>
          </w:p>
        </w:tc>
        <w:tc>
          <w:tcPr>
            <w:tcW w:w="2443" w:type="dxa"/>
          </w:tcPr>
          <w:p w14:paraId="2DE29A4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2C406E50" w14:textId="69458DE7" w:rsidTr="00CA74D2">
        <w:trPr>
          <w:jc w:val="center"/>
        </w:trPr>
        <w:tc>
          <w:tcPr>
            <w:tcW w:w="5770" w:type="dxa"/>
            <w:vAlign w:val="center"/>
          </w:tcPr>
          <w:p w14:paraId="7F49221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искусственного интеллекта: безопасное знакомство с технологиями</w:t>
            </w:r>
          </w:p>
        </w:tc>
        <w:tc>
          <w:tcPr>
            <w:tcW w:w="850" w:type="dxa"/>
            <w:vAlign w:val="center"/>
          </w:tcPr>
          <w:p w14:paraId="33AE0E5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37692A26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12.03.2027,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13.03.2027</w:t>
            </w:r>
          </w:p>
        </w:tc>
        <w:tc>
          <w:tcPr>
            <w:tcW w:w="3402" w:type="dxa"/>
            <w:vAlign w:val="center"/>
          </w:tcPr>
          <w:p w14:paraId="5882C80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Ответственный за информационную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безопасность; учителя основной школы</w:t>
            </w:r>
          </w:p>
        </w:tc>
        <w:tc>
          <w:tcPr>
            <w:tcW w:w="2443" w:type="dxa"/>
          </w:tcPr>
          <w:p w14:paraId="2C61B74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B53E1C6" w14:textId="3BC0E8E6" w:rsidTr="00CA74D2">
        <w:trPr>
          <w:jc w:val="center"/>
        </w:trPr>
        <w:tc>
          <w:tcPr>
            <w:tcW w:w="5770" w:type="dxa"/>
            <w:vAlign w:val="center"/>
          </w:tcPr>
          <w:p w14:paraId="3ED4CEA0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850" w:type="dxa"/>
            <w:vAlign w:val="center"/>
          </w:tcPr>
          <w:p w14:paraId="0507A89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11DC7CBC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18.03.2027</w:t>
            </w:r>
          </w:p>
        </w:tc>
        <w:tc>
          <w:tcPr>
            <w:tcW w:w="3402" w:type="dxa"/>
            <w:vAlign w:val="center"/>
          </w:tcPr>
          <w:p w14:paraId="52A9E8C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72B38BA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89BE867" w14:textId="6D028107" w:rsidTr="00CA74D2">
        <w:trPr>
          <w:jc w:val="center"/>
        </w:trPr>
        <w:tc>
          <w:tcPr>
            <w:tcW w:w="5770" w:type="dxa"/>
            <w:vAlign w:val="center"/>
          </w:tcPr>
          <w:p w14:paraId="3C094DB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Всемирный день поэзии и Международный день лесов</w:t>
            </w:r>
          </w:p>
        </w:tc>
        <w:tc>
          <w:tcPr>
            <w:tcW w:w="850" w:type="dxa"/>
            <w:vAlign w:val="center"/>
          </w:tcPr>
          <w:p w14:paraId="4BF6FE5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D88CE96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19.03.2027,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21.03.2027</w:t>
            </w:r>
          </w:p>
        </w:tc>
        <w:tc>
          <w:tcPr>
            <w:tcW w:w="3402" w:type="dxa"/>
            <w:vAlign w:val="center"/>
          </w:tcPr>
          <w:p w14:paraId="646A2F0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2443" w:type="dxa"/>
          </w:tcPr>
          <w:p w14:paraId="141CDC4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2F23CE0A" w14:textId="323AAD6A" w:rsidTr="00CA74D2">
        <w:trPr>
          <w:jc w:val="center"/>
        </w:trPr>
        <w:tc>
          <w:tcPr>
            <w:tcW w:w="5770" w:type="dxa"/>
            <w:vAlign w:val="center"/>
          </w:tcPr>
          <w:p w14:paraId="702F99B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Всемирный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850" w:type="dxa"/>
            <w:vAlign w:val="center"/>
          </w:tcPr>
          <w:p w14:paraId="6D29340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0BE116A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26.03.2027,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ближайший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к 27.03.2027</w:t>
            </w:r>
          </w:p>
        </w:tc>
        <w:tc>
          <w:tcPr>
            <w:tcW w:w="3402" w:type="dxa"/>
            <w:vAlign w:val="center"/>
          </w:tcPr>
          <w:p w14:paraId="76AEE8BF" w14:textId="5FF83165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педагог-организатор; педагог дополнительного образования</w:t>
            </w:r>
          </w:p>
        </w:tc>
        <w:tc>
          <w:tcPr>
            <w:tcW w:w="2443" w:type="dxa"/>
          </w:tcPr>
          <w:p w14:paraId="101B826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3C58CF71" w14:textId="0A6609BA" w:rsidTr="00CA74D2">
        <w:trPr>
          <w:jc w:val="center"/>
        </w:trPr>
        <w:tc>
          <w:tcPr>
            <w:tcW w:w="5770" w:type="dxa"/>
            <w:vAlign w:val="center"/>
          </w:tcPr>
          <w:p w14:paraId="0BA429C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Международный день спорта на благо развития и мира</w:t>
            </w:r>
          </w:p>
        </w:tc>
        <w:tc>
          <w:tcPr>
            <w:tcW w:w="850" w:type="dxa"/>
            <w:vAlign w:val="center"/>
          </w:tcPr>
          <w:p w14:paraId="33E3907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3C29B830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06.04.2027</w:t>
            </w:r>
          </w:p>
        </w:tc>
        <w:tc>
          <w:tcPr>
            <w:tcW w:w="3402" w:type="dxa"/>
            <w:vAlign w:val="center"/>
          </w:tcPr>
          <w:p w14:paraId="278BE18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физической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2443" w:type="dxa"/>
          </w:tcPr>
          <w:p w14:paraId="078FDE6B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4A2BA6A0" w14:textId="35546B0A" w:rsidTr="00CA74D2">
        <w:trPr>
          <w:jc w:val="center"/>
        </w:trPr>
        <w:tc>
          <w:tcPr>
            <w:tcW w:w="5770" w:type="dxa"/>
            <w:vAlign w:val="center"/>
          </w:tcPr>
          <w:p w14:paraId="361AE72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Всемирный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850" w:type="dxa"/>
            <w:vAlign w:val="center"/>
          </w:tcPr>
          <w:p w14:paraId="4121EF5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DE7132D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07.04.2027</w:t>
            </w:r>
          </w:p>
        </w:tc>
        <w:tc>
          <w:tcPr>
            <w:tcW w:w="3402" w:type="dxa"/>
            <w:vAlign w:val="center"/>
          </w:tcPr>
          <w:p w14:paraId="34D77EE3" w14:textId="74899015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Учитель физической культуры; медицинский работник </w:t>
            </w:r>
          </w:p>
        </w:tc>
        <w:tc>
          <w:tcPr>
            <w:tcW w:w="2443" w:type="dxa"/>
          </w:tcPr>
          <w:p w14:paraId="029B330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3D27350" w14:textId="17007513" w:rsidTr="00CA74D2">
        <w:trPr>
          <w:jc w:val="center"/>
        </w:trPr>
        <w:tc>
          <w:tcPr>
            <w:tcW w:w="5770" w:type="dxa"/>
            <w:vAlign w:val="center"/>
          </w:tcPr>
          <w:p w14:paraId="07A4320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российской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анимации</w:t>
            </w:r>
            <w:proofErr w:type="spellEnd"/>
          </w:p>
        </w:tc>
        <w:tc>
          <w:tcPr>
            <w:tcW w:w="850" w:type="dxa"/>
            <w:vAlign w:val="center"/>
          </w:tcPr>
          <w:p w14:paraId="411EF6B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BEC1768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08.04.2027</w:t>
            </w:r>
          </w:p>
        </w:tc>
        <w:tc>
          <w:tcPr>
            <w:tcW w:w="3402" w:type="dxa"/>
            <w:vAlign w:val="center"/>
          </w:tcPr>
          <w:p w14:paraId="0B4AE8D2" w14:textId="0F405684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Педагог-организатор; ответственный за школьный медиацентр </w:t>
            </w:r>
          </w:p>
        </w:tc>
        <w:tc>
          <w:tcPr>
            <w:tcW w:w="2443" w:type="dxa"/>
          </w:tcPr>
          <w:p w14:paraId="079806D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45078005" w14:textId="6E4C1629" w:rsidTr="00CA74D2">
        <w:trPr>
          <w:jc w:val="center"/>
        </w:trPr>
        <w:tc>
          <w:tcPr>
            <w:tcW w:w="5770" w:type="dxa"/>
            <w:vAlign w:val="center"/>
          </w:tcPr>
          <w:p w14:paraId="4B9EB8A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Космическая неделя ко Дню космонавтики</w:t>
            </w:r>
          </w:p>
        </w:tc>
        <w:tc>
          <w:tcPr>
            <w:tcW w:w="850" w:type="dxa"/>
            <w:vAlign w:val="center"/>
          </w:tcPr>
          <w:p w14:paraId="231EAA6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6A7CBD36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07–12.04.2027</w:t>
            </w:r>
          </w:p>
        </w:tc>
        <w:tc>
          <w:tcPr>
            <w:tcW w:w="3402" w:type="dxa"/>
            <w:vAlign w:val="center"/>
          </w:tcPr>
          <w:p w14:paraId="4E73A180" w14:textId="1582092F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 ВР; Учителя основной школы; педагог-организатор</w:t>
            </w:r>
          </w:p>
        </w:tc>
        <w:tc>
          <w:tcPr>
            <w:tcW w:w="2443" w:type="dxa"/>
          </w:tcPr>
          <w:p w14:paraId="77FB26D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6F03BC30" w14:textId="790E015C" w:rsidTr="00CA74D2">
        <w:trPr>
          <w:jc w:val="center"/>
        </w:trPr>
        <w:tc>
          <w:tcPr>
            <w:tcW w:w="5770" w:type="dxa"/>
            <w:vAlign w:val="center"/>
          </w:tcPr>
          <w:p w14:paraId="4BC7157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850" w:type="dxa"/>
            <w:vAlign w:val="center"/>
          </w:tcPr>
          <w:p w14:paraId="2F8F1AF2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20098FE8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19.04.2027</w:t>
            </w:r>
          </w:p>
        </w:tc>
        <w:tc>
          <w:tcPr>
            <w:tcW w:w="3402" w:type="dxa"/>
            <w:vAlign w:val="center"/>
          </w:tcPr>
          <w:p w14:paraId="29E2708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443" w:type="dxa"/>
          </w:tcPr>
          <w:p w14:paraId="29571EF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4293EB61" w14:textId="0E4C6711" w:rsidTr="00CA74D2">
        <w:trPr>
          <w:jc w:val="center"/>
        </w:trPr>
        <w:tc>
          <w:tcPr>
            <w:tcW w:w="5770" w:type="dxa"/>
            <w:vAlign w:val="center"/>
          </w:tcPr>
          <w:p w14:paraId="7D5772C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Всемирный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850" w:type="dxa"/>
            <w:vAlign w:val="center"/>
          </w:tcPr>
          <w:p w14:paraId="1EDB012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2C80C4F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22.04.2027</w:t>
            </w:r>
          </w:p>
        </w:tc>
        <w:tc>
          <w:tcPr>
            <w:tcW w:w="3402" w:type="dxa"/>
            <w:vAlign w:val="center"/>
          </w:tcPr>
          <w:p w14:paraId="5F8D160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443" w:type="dxa"/>
          </w:tcPr>
          <w:p w14:paraId="241AAF8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25C6B56A" w14:textId="2ECC71EF" w:rsidTr="00CA74D2">
        <w:trPr>
          <w:jc w:val="center"/>
        </w:trPr>
        <w:tc>
          <w:tcPr>
            <w:tcW w:w="5770" w:type="dxa"/>
            <w:vAlign w:val="center"/>
          </w:tcPr>
          <w:p w14:paraId="3FB9CF5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пожарной охраны: практикум безопасности</w:t>
            </w:r>
          </w:p>
        </w:tc>
        <w:tc>
          <w:tcPr>
            <w:tcW w:w="850" w:type="dxa"/>
            <w:vAlign w:val="center"/>
          </w:tcPr>
          <w:p w14:paraId="5654140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291E939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30.04.2027</w:t>
            </w:r>
          </w:p>
        </w:tc>
        <w:tc>
          <w:tcPr>
            <w:tcW w:w="3402" w:type="dxa"/>
            <w:vAlign w:val="center"/>
          </w:tcPr>
          <w:p w14:paraId="62AD19E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комплексную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2443" w:type="dxa"/>
          </w:tcPr>
          <w:p w14:paraId="743BB7E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027D8D" w14:paraId="04489B80" w14:textId="320A660B" w:rsidTr="00CA74D2">
        <w:trPr>
          <w:jc w:val="center"/>
        </w:trPr>
        <w:tc>
          <w:tcPr>
            <w:tcW w:w="5770" w:type="dxa"/>
            <w:vAlign w:val="center"/>
          </w:tcPr>
          <w:p w14:paraId="532A73D5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Тематические мероприятия к Празднику Весны и Труда</w:t>
            </w:r>
          </w:p>
        </w:tc>
        <w:tc>
          <w:tcPr>
            <w:tcW w:w="850" w:type="dxa"/>
            <w:vAlign w:val="center"/>
          </w:tcPr>
          <w:p w14:paraId="1EAA816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0E3424A4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30.04.2027;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01.05.2027</w:t>
            </w:r>
          </w:p>
        </w:tc>
        <w:tc>
          <w:tcPr>
            <w:tcW w:w="3402" w:type="dxa"/>
            <w:vAlign w:val="center"/>
          </w:tcPr>
          <w:p w14:paraId="016E6C9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443" w:type="dxa"/>
          </w:tcPr>
          <w:p w14:paraId="53F98119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6556441B" w14:textId="25DA7267" w:rsidTr="00CA74D2">
        <w:trPr>
          <w:jc w:val="center"/>
        </w:trPr>
        <w:tc>
          <w:tcPr>
            <w:tcW w:w="5770" w:type="dxa"/>
            <w:vAlign w:val="center"/>
          </w:tcPr>
          <w:p w14:paraId="70822B4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Неделя памяти и славы ко Дню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850" w:type="dxa"/>
            <w:vAlign w:val="center"/>
          </w:tcPr>
          <w:p w14:paraId="4CC34DD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7B8D31A6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04–07.05.2027;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официальная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дата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09.05.2027</w:t>
            </w:r>
          </w:p>
        </w:tc>
        <w:tc>
          <w:tcPr>
            <w:tcW w:w="3402" w:type="dxa"/>
            <w:vAlign w:val="center"/>
          </w:tcPr>
          <w:p w14:paraId="72B6AEA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2443" w:type="dxa"/>
          </w:tcPr>
          <w:p w14:paraId="4863967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69536564" w14:textId="77777777" w:rsidTr="00CA74D2">
        <w:trPr>
          <w:jc w:val="center"/>
        </w:trPr>
        <w:tc>
          <w:tcPr>
            <w:tcW w:w="5770" w:type="dxa"/>
            <w:vAlign w:val="center"/>
          </w:tcPr>
          <w:p w14:paraId="441C2E8F" w14:textId="5D7B26E5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Уроки Мужества с приглашением ветеранов</w:t>
            </w:r>
          </w:p>
        </w:tc>
        <w:tc>
          <w:tcPr>
            <w:tcW w:w="850" w:type="dxa"/>
            <w:vAlign w:val="center"/>
          </w:tcPr>
          <w:p w14:paraId="083303A3" w14:textId="3E192608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  <w:vAlign w:val="center"/>
          </w:tcPr>
          <w:p w14:paraId="281F35F8" w14:textId="338440FE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3402" w:type="dxa"/>
            <w:vAlign w:val="center"/>
          </w:tcPr>
          <w:p w14:paraId="506635F2" w14:textId="6538C930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; учителя истории</w:t>
            </w:r>
          </w:p>
        </w:tc>
        <w:tc>
          <w:tcPr>
            <w:tcW w:w="2443" w:type="dxa"/>
          </w:tcPr>
          <w:p w14:paraId="7C30705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6D5194F" w14:textId="2F90EE50" w:rsidTr="00CA74D2">
        <w:trPr>
          <w:jc w:val="center"/>
        </w:trPr>
        <w:tc>
          <w:tcPr>
            <w:tcW w:w="5770" w:type="dxa"/>
            <w:vAlign w:val="center"/>
          </w:tcPr>
          <w:p w14:paraId="397FB61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Международный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музеев</w:t>
            </w:r>
            <w:proofErr w:type="spellEnd"/>
          </w:p>
        </w:tc>
        <w:tc>
          <w:tcPr>
            <w:tcW w:w="850" w:type="dxa"/>
            <w:vAlign w:val="center"/>
          </w:tcPr>
          <w:p w14:paraId="737A95D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40D2ECA9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18.05.2027</w:t>
            </w:r>
          </w:p>
        </w:tc>
        <w:tc>
          <w:tcPr>
            <w:tcW w:w="3402" w:type="dxa"/>
            <w:vAlign w:val="center"/>
          </w:tcPr>
          <w:p w14:paraId="76CDF8F7" w14:textId="37848D51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2443" w:type="dxa"/>
          </w:tcPr>
          <w:p w14:paraId="66132FA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06A12F8B" w14:textId="0918FE08" w:rsidTr="00CA74D2">
        <w:trPr>
          <w:jc w:val="center"/>
        </w:trPr>
        <w:tc>
          <w:tcPr>
            <w:tcW w:w="5770" w:type="dxa"/>
            <w:vAlign w:val="center"/>
          </w:tcPr>
          <w:p w14:paraId="4838D606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850" w:type="dxa"/>
            <w:vAlign w:val="center"/>
          </w:tcPr>
          <w:p w14:paraId="4777745A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418" w:type="dxa"/>
            <w:vAlign w:val="center"/>
          </w:tcPr>
          <w:p w14:paraId="4CB7882C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19.05.2027</w:t>
            </w:r>
          </w:p>
        </w:tc>
        <w:tc>
          <w:tcPr>
            <w:tcW w:w="3402" w:type="dxa"/>
            <w:vAlign w:val="center"/>
          </w:tcPr>
          <w:p w14:paraId="37EFD3E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1ED627E3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44B8DB8A" w14:textId="18C50509" w:rsidTr="00CA74D2">
        <w:trPr>
          <w:jc w:val="center"/>
        </w:trPr>
        <w:tc>
          <w:tcPr>
            <w:tcW w:w="5770" w:type="dxa"/>
            <w:vAlign w:val="center"/>
          </w:tcPr>
          <w:p w14:paraId="70A9AD2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850" w:type="dxa"/>
            <w:vAlign w:val="center"/>
          </w:tcPr>
          <w:p w14:paraId="386594B4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2C0692E3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24.05.2027</w:t>
            </w:r>
          </w:p>
        </w:tc>
        <w:tc>
          <w:tcPr>
            <w:tcW w:w="3402" w:type="dxa"/>
            <w:vAlign w:val="center"/>
          </w:tcPr>
          <w:p w14:paraId="133DCB9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2443" w:type="dxa"/>
          </w:tcPr>
          <w:p w14:paraId="595EEE6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118B1501" w14:textId="29EBDD5A" w:rsidTr="00CA74D2">
        <w:trPr>
          <w:jc w:val="center"/>
        </w:trPr>
        <w:tc>
          <w:tcPr>
            <w:tcW w:w="5770" w:type="dxa"/>
            <w:vAlign w:val="center"/>
          </w:tcPr>
          <w:p w14:paraId="02CB1BFF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Общероссийский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</w:t>
            </w:r>
            <w:proofErr w:type="spellEnd"/>
          </w:p>
        </w:tc>
        <w:tc>
          <w:tcPr>
            <w:tcW w:w="850" w:type="dxa"/>
            <w:vAlign w:val="center"/>
          </w:tcPr>
          <w:p w14:paraId="44FDB777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418" w:type="dxa"/>
            <w:vAlign w:val="center"/>
          </w:tcPr>
          <w:p w14:paraId="5474220E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27.05.2027</w:t>
            </w:r>
          </w:p>
        </w:tc>
        <w:tc>
          <w:tcPr>
            <w:tcW w:w="3402" w:type="dxa"/>
            <w:vAlign w:val="center"/>
          </w:tcPr>
          <w:p w14:paraId="064B4B0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библиотекарь</w:t>
            </w:r>
            <w:proofErr w:type="spellEnd"/>
          </w:p>
        </w:tc>
        <w:tc>
          <w:tcPr>
            <w:tcW w:w="2443" w:type="dxa"/>
          </w:tcPr>
          <w:p w14:paraId="58977E9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C059F" w:rsidRPr="00D318BF" w14:paraId="45CE1745" w14:textId="46DF5558" w:rsidTr="00CA74D2">
        <w:trPr>
          <w:jc w:val="center"/>
        </w:trPr>
        <w:tc>
          <w:tcPr>
            <w:tcW w:w="5770" w:type="dxa"/>
            <w:vAlign w:val="center"/>
          </w:tcPr>
          <w:p w14:paraId="1FB194B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Праздник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Прощай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начальная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27D8D">
              <w:rPr>
                <w:rFonts w:cs="Times New Roman"/>
                <w:sz w:val="24"/>
                <w:szCs w:val="24"/>
              </w:rPr>
              <w:t>школа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50" w:type="dxa"/>
            <w:vAlign w:val="center"/>
          </w:tcPr>
          <w:p w14:paraId="7AA20F28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Align w:val="center"/>
          </w:tcPr>
          <w:p w14:paraId="362C6EF6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 2027 года, по отдельному графику</w:t>
            </w:r>
          </w:p>
        </w:tc>
        <w:tc>
          <w:tcPr>
            <w:tcW w:w="3402" w:type="dxa"/>
            <w:vAlign w:val="center"/>
          </w:tcPr>
          <w:p w14:paraId="61A9AFE7" w14:textId="0FED23F2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классные руководители; советник</w:t>
            </w:r>
          </w:p>
        </w:tc>
        <w:tc>
          <w:tcPr>
            <w:tcW w:w="2443" w:type="dxa"/>
          </w:tcPr>
          <w:p w14:paraId="00D9F48D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D318BF" w14:paraId="55343DBA" w14:textId="77777777" w:rsidTr="00CA74D2">
        <w:trPr>
          <w:jc w:val="center"/>
        </w:trPr>
        <w:tc>
          <w:tcPr>
            <w:tcW w:w="5770" w:type="dxa"/>
            <w:vAlign w:val="center"/>
          </w:tcPr>
          <w:p w14:paraId="17848CFF" w14:textId="308163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Торжественная линейка «Последний звонок»</w:t>
            </w:r>
          </w:p>
        </w:tc>
        <w:tc>
          <w:tcPr>
            <w:tcW w:w="850" w:type="dxa"/>
            <w:vAlign w:val="center"/>
          </w:tcPr>
          <w:p w14:paraId="5321CB0F" w14:textId="6ED187B9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  <w:vAlign w:val="center"/>
          </w:tcPr>
          <w:p w14:paraId="5277CFAC" w14:textId="4571AC86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 2027 года, по отдельному графику</w:t>
            </w:r>
          </w:p>
        </w:tc>
        <w:tc>
          <w:tcPr>
            <w:tcW w:w="3402" w:type="dxa"/>
            <w:vAlign w:val="center"/>
          </w:tcPr>
          <w:p w14:paraId="5966CF6D" w14:textId="04F1E76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классные руководители; советник</w:t>
            </w:r>
          </w:p>
        </w:tc>
        <w:tc>
          <w:tcPr>
            <w:tcW w:w="2443" w:type="dxa"/>
          </w:tcPr>
          <w:p w14:paraId="58306F8C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E5F908E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03394CF0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«ВНЕШКОЛЬНЫЕ МЕРОПРИЯТИЯ»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00"/>
        <w:gridCol w:w="993"/>
        <w:gridCol w:w="2268"/>
        <w:gridCol w:w="3260"/>
        <w:gridCol w:w="2324"/>
      </w:tblGrid>
      <w:tr w:rsidR="00250789" w:rsidRPr="00027D8D" w14:paraId="51D3B7E9" w14:textId="5A8A4638" w:rsidTr="00CA74D2">
        <w:trPr>
          <w:tblHeader/>
          <w:jc w:val="center"/>
        </w:trPr>
        <w:tc>
          <w:tcPr>
            <w:tcW w:w="4800" w:type="dxa"/>
            <w:shd w:val="clear" w:color="auto" w:fill="D9EAF7"/>
            <w:vAlign w:val="center"/>
          </w:tcPr>
          <w:p w14:paraId="48495340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93" w:type="dxa"/>
            <w:shd w:val="clear" w:color="auto" w:fill="D9EAF7"/>
            <w:vAlign w:val="center"/>
          </w:tcPr>
          <w:p w14:paraId="400BA3B5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268" w:type="dxa"/>
            <w:shd w:val="clear" w:color="auto" w:fill="D9EAF7"/>
            <w:vAlign w:val="center"/>
          </w:tcPr>
          <w:p w14:paraId="19941EFD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3260" w:type="dxa"/>
            <w:shd w:val="clear" w:color="auto" w:fill="D9EAF7"/>
            <w:vAlign w:val="center"/>
          </w:tcPr>
          <w:p w14:paraId="62758748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2324" w:type="dxa"/>
            <w:shd w:val="clear" w:color="auto" w:fill="D9EAF7"/>
          </w:tcPr>
          <w:p w14:paraId="05B4C8F6" w14:textId="13663E77" w:rsidR="00250789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250789" w:rsidRPr="00D318BF" w14:paraId="6AB354F1" w14:textId="038E2717" w:rsidTr="00CA74D2">
        <w:trPr>
          <w:jc w:val="center"/>
        </w:trPr>
        <w:tc>
          <w:tcPr>
            <w:tcW w:w="4800" w:type="dxa"/>
            <w:vAlign w:val="center"/>
          </w:tcPr>
          <w:p w14:paraId="42434EEB" w14:textId="7BAD8370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Совместный читательский проект с муниципальной библиотекой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 xml:space="preserve"> им. А.П. Чехова</w:t>
            </w:r>
          </w:p>
        </w:tc>
        <w:tc>
          <w:tcPr>
            <w:tcW w:w="993" w:type="dxa"/>
            <w:vAlign w:val="center"/>
          </w:tcPr>
          <w:p w14:paraId="2B376F14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08AD26B7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графику партнёра</w:t>
            </w:r>
          </w:p>
        </w:tc>
        <w:tc>
          <w:tcPr>
            <w:tcW w:w="3260" w:type="dxa"/>
            <w:vAlign w:val="center"/>
          </w:tcPr>
          <w:p w14:paraId="75B2E2CA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сотрудники библиотеки — по согласованию</w:t>
            </w:r>
          </w:p>
        </w:tc>
        <w:tc>
          <w:tcPr>
            <w:tcW w:w="2324" w:type="dxa"/>
          </w:tcPr>
          <w:p w14:paraId="7F7E46CA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50789" w:rsidRPr="00D318BF" w14:paraId="4B7955AD" w14:textId="2A6E9E62" w:rsidTr="00CA74D2">
        <w:trPr>
          <w:jc w:val="center"/>
        </w:trPr>
        <w:tc>
          <w:tcPr>
            <w:tcW w:w="4800" w:type="dxa"/>
            <w:vAlign w:val="center"/>
          </w:tcPr>
          <w:p w14:paraId="7CCEA19A" w14:textId="3D14C583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Экскурсии в 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 xml:space="preserve">городской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краеведческий музей и учреждения культуры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 xml:space="preserve"> ДДТ, ГКДЦ</w:t>
            </w:r>
          </w:p>
        </w:tc>
        <w:tc>
          <w:tcPr>
            <w:tcW w:w="993" w:type="dxa"/>
            <w:vAlign w:val="center"/>
          </w:tcPr>
          <w:p w14:paraId="1E1A7B0C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2268" w:type="dxa"/>
            <w:vAlign w:val="center"/>
          </w:tcPr>
          <w:p w14:paraId="78EF36A0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полугодие, по согласованию</w:t>
            </w:r>
          </w:p>
        </w:tc>
        <w:tc>
          <w:tcPr>
            <w:tcW w:w="3260" w:type="dxa"/>
            <w:vAlign w:val="center"/>
          </w:tcPr>
          <w:p w14:paraId="0C0F8BF8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учреждений — по согласованию</w:t>
            </w:r>
          </w:p>
        </w:tc>
        <w:tc>
          <w:tcPr>
            <w:tcW w:w="2324" w:type="dxa"/>
          </w:tcPr>
          <w:p w14:paraId="70BED7C3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50789" w:rsidRPr="00027D8D" w14:paraId="552DD4C6" w14:textId="64683C96" w:rsidTr="00CA74D2">
        <w:trPr>
          <w:jc w:val="center"/>
        </w:trPr>
        <w:tc>
          <w:tcPr>
            <w:tcW w:w="4800" w:type="dxa"/>
            <w:vAlign w:val="center"/>
          </w:tcPr>
          <w:p w14:paraId="08D8AA9D" w14:textId="00029B19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Посещение 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>кино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театра, филармонии, художественной галереи</w:t>
            </w:r>
          </w:p>
        </w:tc>
        <w:tc>
          <w:tcPr>
            <w:tcW w:w="993" w:type="dxa"/>
            <w:vAlign w:val="center"/>
          </w:tcPr>
          <w:p w14:paraId="7B15F790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14C747CD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афише и отдельному плану</w:t>
            </w:r>
          </w:p>
        </w:tc>
        <w:tc>
          <w:tcPr>
            <w:tcW w:w="3260" w:type="dxa"/>
            <w:vAlign w:val="center"/>
          </w:tcPr>
          <w:p w14:paraId="3C1A39F2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324" w:type="dxa"/>
          </w:tcPr>
          <w:p w14:paraId="0DE9444D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50789" w:rsidRPr="00D318BF" w14:paraId="4284DC28" w14:textId="48EDF079" w:rsidTr="00CA74D2">
        <w:trPr>
          <w:jc w:val="center"/>
        </w:trPr>
        <w:tc>
          <w:tcPr>
            <w:tcW w:w="4800" w:type="dxa"/>
            <w:vAlign w:val="center"/>
          </w:tcPr>
          <w:p w14:paraId="5A48A44B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 мастер-классы с художниками и мастерами народных промыслов</w:t>
            </w:r>
          </w:p>
        </w:tc>
        <w:tc>
          <w:tcPr>
            <w:tcW w:w="993" w:type="dxa"/>
            <w:vAlign w:val="center"/>
          </w:tcPr>
          <w:p w14:paraId="2FD3AE75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66D896D8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3260" w:type="dxa"/>
            <w:vAlign w:val="center"/>
          </w:tcPr>
          <w:p w14:paraId="1E1FBC3B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наличии); приглашённые мастера — по согласованию</w:t>
            </w:r>
          </w:p>
        </w:tc>
        <w:tc>
          <w:tcPr>
            <w:tcW w:w="2324" w:type="dxa"/>
          </w:tcPr>
          <w:p w14:paraId="6B2F3C21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50789" w:rsidRPr="00D318BF" w14:paraId="75C4BC0D" w14:textId="0E22A697" w:rsidTr="00CA74D2">
        <w:trPr>
          <w:jc w:val="center"/>
        </w:trPr>
        <w:tc>
          <w:tcPr>
            <w:tcW w:w="4800" w:type="dxa"/>
            <w:vAlign w:val="center"/>
          </w:tcPr>
          <w:p w14:paraId="7DFEB143" w14:textId="499942E1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Спортивные мероприятия с 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>ДЮСШ</w:t>
            </w:r>
          </w:p>
        </w:tc>
        <w:tc>
          <w:tcPr>
            <w:tcW w:w="993" w:type="dxa"/>
            <w:vAlign w:val="center"/>
          </w:tcPr>
          <w:p w14:paraId="2EE3432A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5F94646B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согласованному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3260" w:type="dxa"/>
            <w:vAlign w:val="center"/>
          </w:tcPr>
          <w:p w14:paraId="5ADD459F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2324" w:type="dxa"/>
          </w:tcPr>
          <w:p w14:paraId="625DB835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50789" w:rsidRPr="00D318BF" w14:paraId="69909EC1" w14:textId="4070C2CA" w:rsidTr="00CA74D2">
        <w:trPr>
          <w:jc w:val="center"/>
        </w:trPr>
        <w:tc>
          <w:tcPr>
            <w:tcW w:w="4800" w:type="dxa"/>
            <w:vAlign w:val="center"/>
          </w:tcPr>
          <w:p w14:paraId="176F3004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Муниципальные конкурсы чтецов, рисунков и творческих проектов</w:t>
            </w:r>
          </w:p>
        </w:tc>
        <w:tc>
          <w:tcPr>
            <w:tcW w:w="993" w:type="dxa"/>
            <w:vAlign w:val="center"/>
          </w:tcPr>
          <w:p w14:paraId="1F91D582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38B89DB7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положениям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организаторов</w:t>
            </w:r>
            <w:proofErr w:type="spellEnd"/>
          </w:p>
        </w:tc>
        <w:tc>
          <w:tcPr>
            <w:tcW w:w="3260" w:type="dxa"/>
            <w:vAlign w:val="center"/>
          </w:tcPr>
          <w:p w14:paraId="1D8745E2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педагог-организатор</w:t>
            </w:r>
          </w:p>
        </w:tc>
        <w:tc>
          <w:tcPr>
            <w:tcW w:w="2324" w:type="dxa"/>
          </w:tcPr>
          <w:p w14:paraId="40ED8AB0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50789" w:rsidRPr="00027D8D" w14:paraId="546CA792" w14:textId="73EE4A77" w:rsidTr="00CA74D2">
        <w:trPr>
          <w:jc w:val="center"/>
        </w:trPr>
        <w:tc>
          <w:tcPr>
            <w:tcW w:w="4800" w:type="dxa"/>
            <w:vAlign w:val="center"/>
          </w:tcPr>
          <w:p w14:paraId="6C274008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Региональные интеллектуальные и краеведческие мероприятия</w:t>
            </w:r>
          </w:p>
        </w:tc>
        <w:tc>
          <w:tcPr>
            <w:tcW w:w="993" w:type="dxa"/>
            <w:vAlign w:val="center"/>
          </w:tcPr>
          <w:p w14:paraId="38D05EA7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2268" w:type="dxa"/>
            <w:vAlign w:val="center"/>
          </w:tcPr>
          <w:p w14:paraId="2CCC0E4D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календарю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организаторов</w:t>
            </w:r>
            <w:proofErr w:type="spellEnd"/>
          </w:p>
        </w:tc>
        <w:tc>
          <w:tcPr>
            <w:tcW w:w="3260" w:type="dxa"/>
            <w:vAlign w:val="center"/>
          </w:tcPr>
          <w:p w14:paraId="2B4D6D73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324" w:type="dxa"/>
          </w:tcPr>
          <w:p w14:paraId="17ABB0D8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50789" w:rsidRPr="00D318BF" w14:paraId="0E0D1414" w14:textId="30ABFA74" w:rsidTr="00CA74D2">
        <w:trPr>
          <w:jc w:val="center"/>
        </w:trPr>
        <w:tc>
          <w:tcPr>
            <w:tcW w:w="4800" w:type="dxa"/>
            <w:vAlign w:val="center"/>
          </w:tcPr>
          <w:p w14:paraId="6765813A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Экологические маршруты и прогулки-наблюдения</w:t>
            </w:r>
          </w:p>
        </w:tc>
        <w:tc>
          <w:tcPr>
            <w:tcW w:w="993" w:type="dxa"/>
            <w:vAlign w:val="center"/>
          </w:tcPr>
          <w:p w14:paraId="3C1B6B35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02ECA1A1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Сентябрь–октябрь 2026 года; апрель–май 2027 года</w:t>
            </w:r>
          </w:p>
        </w:tc>
        <w:tc>
          <w:tcPr>
            <w:tcW w:w="3260" w:type="dxa"/>
            <w:vAlign w:val="center"/>
          </w:tcPr>
          <w:p w14:paraId="4B015B01" w14:textId="53856055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>; классные руководители</w:t>
            </w:r>
          </w:p>
        </w:tc>
        <w:tc>
          <w:tcPr>
            <w:tcW w:w="2324" w:type="dxa"/>
          </w:tcPr>
          <w:p w14:paraId="50B3FF85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50789" w:rsidRPr="00D318BF" w14:paraId="54CE7B58" w14:textId="245E60D1" w:rsidTr="00CA74D2">
        <w:trPr>
          <w:jc w:val="center"/>
        </w:trPr>
        <w:tc>
          <w:tcPr>
            <w:tcW w:w="4800" w:type="dxa"/>
            <w:vAlign w:val="center"/>
          </w:tcPr>
          <w:p w14:paraId="26C7FE29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во всероссийских акциях гражданско-патриотической и экологической направленности</w:t>
            </w:r>
          </w:p>
        </w:tc>
        <w:tc>
          <w:tcPr>
            <w:tcW w:w="993" w:type="dxa"/>
            <w:vAlign w:val="center"/>
          </w:tcPr>
          <w:p w14:paraId="616E3BE4" w14:textId="77777777" w:rsidR="00250789" w:rsidRPr="00027D8D" w:rsidRDefault="00250789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2268" w:type="dxa"/>
            <w:vAlign w:val="center"/>
          </w:tcPr>
          <w:p w14:paraId="5CFC813A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календарю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организаторов</w:t>
            </w:r>
            <w:proofErr w:type="spellEnd"/>
          </w:p>
        </w:tc>
        <w:tc>
          <w:tcPr>
            <w:tcW w:w="3260" w:type="dxa"/>
            <w:vAlign w:val="center"/>
          </w:tcPr>
          <w:p w14:paraId="5DF68162" w14:textId="406D4182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  <w:r w:rsidR="00810EE6" w:rsidRPr="00027D8D">
              <w:rPr>
                <w:rFonts w:cs="Times New Roman"/>
                <w:sz w:val="24"/>
                <w:szCs w:val="24"/>
                <w:lang w:val="ru-RU"/>
              </w:rPr>
              <w:t>; учитель ОБЗР</w:t>
            </w:r>
          </w:p>
        </w:tc>
        <w:tc>
          <w:tcPr>
            <w:tcW w:w="2324" w:type="dxa"/>
          </w:tcPr>
          <w:p w14:paraId="53B5010D" w14:textId="77777777" w:rsidR="00250789" w:rsidRPr="00027D8D" w:rsidRDefault="0025078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105ECAA5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1F90D018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МОДУЛЬ «ОРГАНИЗАЦИЯ ПРЕДМЕТНО-ПРОСТРАНСТВЕННОЙ СРЕДЫ»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7"/>
        <w:gridCol w:w="851"/>
        <w:gridCol w:w="1843"/>
        <w:gridCol w:w="3260"/>
        <w:gridCol w:w="2324"/>
      </w:tblGrid>
      <w:tr w:rsidR="00D15585" w:rsidRPr="00027D8D" w14:paraId="2010E939" w14:textId="22122798" w:rsidTr="00CA74D2">
        <w:trPr>
          <w:tblHeader/>
          <w:jc w:val="center"/>
        </w:trPr>
        <w:tc>
          <w:tcPr>
            <w:tcW w:w="5367" w:type="dxa"/>
            <w:shd w:val="clear" w:color="auto" w:fill="D9EAF7"/>
            <w:vAlign w:val="center"/>
          </w:tcPr>
          <w:p w14:paraId="118BEC6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851" w:type="dxa"/>
            <w:shd w:val="clear" w:color="auto" w:fill="D9EAF7"/>
            <w:vAlign w:val="center"/>
          </w:tcPr>
          <w:p w14:paraId="3FF81FE7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  <w:shd w:val="clear" w:color="auto" w:fill="D9EAF7"/>
            <w:vAlign w:val="center"/>
          </w:tcPr>
          <w:p w14:paraId="2CECB284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3260" w:type="dxa"/>
            <w:shd w:val="clear" w:color="auto" w:fill="D9EAF7"/>
            <w:vAlign w:val="center"/>
          </w:tcPr>
          <w:p w14:paraId="0F894461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2324" w:type="dxa"/>
            <w:shd w:val="clear" w:color="auto" w:fill="D9EAF7"/>
          </w:tcPr>
          <w:p w14:paraId="2D85C5B1" w14:textId="45EC090F" w:rsidR="00D15585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15585" w:rsidRPr="00D318BF" w14:paraId="49410FC7" w14:textId="7FFDEF1D" w:rsidTr="00CA74D2">
        <w:trPr>
          <w:jc w:val="center"/>
        </w:trPr>
        <w:tc>
          <w:tcPr>
            <w:tcW w:w="5367" w:type="dxa"/>
            <w:vAlign w:val="center"/>
          </w:tcPr>
          <w:p w14:paraId="43CFFB1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Размещение и актуализация государственной символики Российской Федерации</w:t>
            </w:r>
          </w:p>
        </w:tc>
        <w:tc>
          <w:tcPr>
            <w:tcW w:w="851" w:type="dxa"/>
            <w:vAlign w:val="center"/>
          </w:tcPr>
          <w:p w14:paraId="1CE04A7E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639692E5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Сентябрь 2026 года; далее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необходимости</w:t>
            </w:r>
          </w:p>
        </w:tc>
        <w:tc>
          <w:tcPr>
            <w:tcW w:w="3260" w:type="dxa"/>
            <w:vAlign w:val="center"/>
          </w:tcPr>
          <w:p w14:paraId="228E5434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Заместитель директора по воспитательной работе</w:t>
            </w:r>
          </w:p>
        </w:tc>
        <w:tc>
          <w:tcPr>
            <w:tcW w:w="2324" w:type="dxa"/>
          </w:tcPr>
          <w:p w14:paraId="4BCB273E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05ACF649" w14:textId="4BAD4B2B" w:rsidTr="00CA74D2">
        <w:trPr>
          <w:jc w:val="center"/>
        </w:trPr>
        <w:tc>
          <w:tcPr>
            <w:tcW w:w="5367" w:type="dxa"/>
            <w:vAlign w:val="center"/>
          </w:tcPr>
          <w:p w14:paraId="60072AAB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Оформление пространства детских инициатив и достижений</w:t>
            </w:r>
          </w:p>
        </w:tc>
        <w:tc>
          <w:tcPr>
            <w:tcW w:w="851" w:type="dxa"/>
            <w:vAlign w:val="center"/>
          </w:tcPr>
          <w:p w14:paraId="0DFCD91C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3821CBBB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260" w:type="dxa"/>
            <w:vAlign w:val="center"/>
          </w:tcPr>
          <w:p w14:paraId="0391A67F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классные руководители</w:t>
            </w:r>
          </w:p>
        </w:tc>
        <w:tc>
          <w:tcPr>
            <w:tcW w:w="2324" w:type="dxa"/>
          </w:tcPr>
          <w:p w14:paraId="52297BB3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2043B97E" w14:textId="1C7B5C05" w:rsidTr="00CA74D2">
        <w:trPr>
          <w:jc w:val="center"/>
        </w:trPr>
        <w:tc>
          <w:tcPr>
            <w:tcW w:w="5367" w:type="dxa"/>
            <w:vAlign w:val="center"/>
          </w:tcPr>
          <w:p w14:paraId="5770FF12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Экспозиция «Народы России: единство в многообразии»</w:t>
            </w:r>
          </w:p>
        </w:tc>
        <w:tc>
          <w:tcPr>
            <w:tcW w:w="851" w:type="dxa"/>
            <w:vAlign w:val="center"/>
          </w:tcPr>
          <w:p w14:paraId="24F64A5B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178F3F5B" w14:textId="73022204" w:rsidR="00D15585" w:rsidRPr="00027D8D" w:rsidRDefault="0047582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август</w:t>
            </w:r>
            <w:r w:rsidR="00D15585" w:rsidRPr="00027D8D">
              <w:rPr>
                <w:rFonts w:cs="Times New Roman"/>
                <w:sz w:val="24"/>
                <w:szCs w:val="24"/>
              </w:rPr>
              <w:t>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сентябрь </w:t>
            </w:r>
            <w:r w:rsidR="00D15585" w:rsidRPr="00027D8D">
              <w:rPr>
                <w:rFonts w:cs="Times New Roman"/>
                <w:sz w:val="24"/>
                <w:szCs w:val="24"/>
              </w:rPr>
              <w:t xml:space="preserve">2026 </w:t>
            </w:r>
            <w:proofErr w:type="spellStart"/>
            <w:r w:rsidR="00D15585"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260" w:type="dxa"/>
            <w:vAlign w:val="center"/>
          </w:tcPr>
          <w:p w14:paraId="6D7E45AC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учитель изобразительного искусства</w:t>
            </w:r>
          </w:p>
        </w:tc>
        <w:tc>
          <w:tcPr>
            <w:tcW w:w="2324" w:type="dxa"/>
          </w:tcPr>
          <w:p w14:paraId="4385E510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5F348FA5" w14:textId="02B167F7" w:rsidTr="00CA74D2">
        <w:trPr>
          <w:jc w:val="center"/>
        </w:trPr>
        <w:tc>
          <w:tcPr>
            <w:tcW w:w="5367" w:type="dxa"/>
            <w:vAlign w:val="center"/>
          </w:tcPr>
          <w:p w14:paraId="612FE0BA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Книжные выставки к образовательным событиям, памятным и юбилейным датам</w:t>
            </w:r>
          </w:p>
        </w:tc>
        <w:tc>
          <w:tcPr>
            <w:tcW w:w="851" w:type="dxa"/>
            <w:vAlign w:val="center"/>
          </w:tcPr>
          <w:p w14:paraId="04CD2421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4CEFB053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3260" w:type="dxa"/>
            <w:vAlign w:val="center"/>
          </w:tcPr>
          <w:p w14:paraId="224C2BAF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библиотекарь</w:t>
            </w:r>
            <w:proofErr w:type="spellEnd"/>
          </w:p>
        </w:tc>
        <w:tc>
          <w:tcPr>
            <w:tcW w:w="2324" w:type="dxa"/>
          </w:tcPr>
          <w:p w14:paraId="6AEE1757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D318BF" w14:paraId="17241E71" w14:textId="4B024FAE" w:rsidTr="00CA74D2">
        <w:trPr>
          <w:jc w:val="center"/>
        </w:trPr>
        <w:tc>
          <w:tcPr>
            <w:tcW w:w="5367" w:type="dxa"/>
            <w:vAlign w:val="center"/>
          </w:tcPr>
          <w:p w14:paraId="7E779A2F" w14:textId="19DB68D3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Выставки детского творчества </w:t>
            </w:r>
            <w:r w:rsidR="00475825" w:rsidRPr="00027D8D">
              <w:rPr>
                <w:rFonts w:cs="Times New Roman"/>
                <w:sz w:val="24"/>
                <w:szCs w:val="24"/>
                <w:lang w:val="ru-RU"/>
              </w:rPr>
              <w:t xml:space="preserve">«День добрых дел»,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«Осенняя палитра», «Новогодняя фантазия», </w:t>
            </w:r>
            <w:r w:rsidR="00475825" w:rsidRPr="00027D8D">
              <w:rPr>
                <w:rFonts w:cs="Times New Roman"/>
                <w:sz w:val="24"/>
                <w:szCs w:val="24"/>
                <w:lang w:val="ru-RU"/>
              </w:rPr>
              <w:t xml:space="preserve">«Подвиг жив!»,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«Весеннее настроение»</w:t>
            </w:r>
            <w:r w:rsidR="00475825" w:rsidRPr="00027D8D">
              <w:rPr>
                <w:rFonts w:cs="Times New Roman"/>
                <w:sz w:val="24"/>
                <w:szCs w:val="24"/>
                <w:lang w:val="ru-RU"/>
              </w:rPr>
              <w:t>, «Это лето!»</w:t>
            </w:r>
          </w:p>
        </w:tc>
        <w:tc>
          <w:tcPr>
            <w:tcW w:w="851" w:type="dxa"/>
            <w:vAlign w:val="center"/>
          </w:tcPr>
          <w:p w14:paraId="4D62F6D5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68A429A9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 2026 года; декабрь 2026 года; апрель 2027 года</w:t>
            </w:r>
          </w:p>
        </w:tc>
        <w:tc>
          <w:tcPr>
            <w:tcW w:w="3260" w:type="dxa"/>
            <w:vAlign w:val="center"/>
          </w:tcPr>
          <w:p w14:paraId="7CDF21E4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классные руководители</w:t>
            </w:r>
          </w:p>
        </w:tc>
        <w:tc>
          <w:tcPr>
            <w:tcW w:w="2324" w:type="dxa"/>
          </w:tcPr>
          <w:p w14:paraId="32B7A658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682A47C1" w14:textId="4A755988" w:rsidTr="00CA74D2">
        <w:trPr>
          <w:jc w:val="center"/>
        </w:trPr>
        <w:tc>
          <w:tcPr>
            <w:tcW w:w="5367" w:type="dxa"/>
            <w:vAlign w:val="center"/>
          </w:tcPr>
          <w:p w14:paraId="5FB09D35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Памятные экспозиции ко Дню Неизвестного Солдата, Дню Героев Отечества и Дню Победы</w:t>
            </w:r>
          </w:p>
        </w:tc>
        <w:tc>
          <w:tcPr>
            <w:tcW w:w="851" w:type="dxa"/>
            <w:vAlign w:val="center"/>
          </w:tcPr>
          <w:p w14:paraId="158BD106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2FDE93B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 2026 года; апрель–май 2027 года</w:t>
            </w:r>
          </w:p>
        </w:tc>
        <w:tc>
          <w:tcPr>
            <w:tcW w:w="3260" w:type="dxa"/>
            <w:vAlign w:val="center"/>
          </w:tcPr>
          <w:p w14:paraId="08D4D634" w14:textId="0FB7121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педагог-организатор</w:t>
            </w:r>
          </w:p>
        </w:tc>
        <w:tc>
          <w:tcPr>
            <w:tcW w:w="2324" w:type="dxa"/>
          </w:tcPr>
          <w:p w14:paraId="12F88EE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336699E2" w14:textId="648ED4E2" w:rsidTr="00CA74D2">
        <w:trPr>
          <w:jc w:val="center"/>
        </w:trPr>
        <w:tc>
          <w:tcPr>
            <w:tcW w:w="5367" w:type="dxa"/>
            <w:vAlign w:val="center"/>
          </w:tcPr>
          <w:p w14:paraId="390FA02A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Информационные материалы по дорожной, пожарной, антитеррористической и цифровой безопасности</w:t>
            </w:r>
          </w:p>
        </w:tc>
        <w:tc>
          <w:tcPr>
            <w:tcW w:w="851" w:type="dxa"/>
            <w:vAlign w:val="center"/>
          </w:tcPr>
          <w:p w14:paraId="27803810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7CF37841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 года; обновление один раз в четверть</w:t>
            </w:r>
          </w:p>
        </w:tc>
        <w:tc>
          <w:tcPr>
            <w:tcW w:w="3260" w:type="dxa"/>
            <w:vAlign w:val="center"/>
          </w:tcPr>
          <w:p w14:paraId="23594988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ответственный за информационную безопасность</w:t>
            </w:r>
          </w:p>
        </w:tc>
        <w:tc>
          <w:tcPr>
            <w:tcW w:w="2324" w:type="dxa"/>
          </w:tcPr>
          <w:p w14:paraId="5689DF4E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4968DBAE" w14:textId="0248A12F" w:rsidTr="00CA74D2">
        <w:trPr>
          <w:jc w:val="center"/>
        </w:trPr>
        <w:tc>
          <w:tcPr>
            <w:tcW w:w="5367" w:type="dxa"/>
            <w:vAlign w:val="center"/>
          </w:tcPr>
          <w:p w14:paraId="022A44C7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Полка книгообмена и читательские рекомендации</w:t>
            </w:r>
          </w:p>
        </w:tc>
        <w:tc>
          <w:tcPr>
            <w:tcW w:w="851" w:type="dxa"/>
            <w:vAlign w:val="center"/>
          </w:tcPr>
          <w:p w14:paraId="2A9D3952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6CACCD04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260" w:type="dxa"/>
            <w:vAlign w:val="center"/>
          </w:tcPr>
          <w:p w14:paraId="3C41F536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библиотекарь</w:t>
            </w:r>
            <w:proofErr w:type="spellEnd"/>
          </w:p>
        </w:tc>
        <w:tc>
          <w:tcPr>
            <w:tcW w:w="2324" w:type="dxa"/>
          </w:tcPr>
          <w:p w14:paraId="375C467E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D318BF" w14:paraId="6CA8E3C3" w14:textId="6A090F03" w:rsidTr="00CA74D2">
        <w:trPr>
          <w:jc w:val="center"/>
        </w:trPr>
        <w:tc>
          <w:tcPr>
            <w:tcW w:w="5367" w:type="dxa"/>
            <w:vAlign w:val="center"/>
          </w:tcPr>
          <w:p w14:paraId="56C06B7D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Оформление школы к государственным праздникам и общешкольным событиям</w:t>
            </w:r>
          </w:p>
        </w:tc>
        <w:tc>
          <w:tcPr>
            <w:tcW w:w="851" w:type="dxa"/>
            <w:vAlign w:val="center"/>
          </w:tcPr>
          <w:p w14:paraId="2EE88CFA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3" w:type="dxa"/>
            <w:vAlign w:val="center"/>
          </w:tcPr>
          <w:p w14:paraId="2A75223F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календарному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3260" w:type="dxa"/>
            <w:vAlign w:val="center"/>
          </w:tcPr>
          <w:p w14:paraId="6AAF930A" w14:textId="00835BC2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</w:t>
            </w:r>
            <w:r w:rsidR="00475825" w:rsidRPr="00027D8D">
              <w:rPr>
                <w:rFonts w:cs="Times New Roman"/>
                <w:sz w:val="24"/>
                <w:szCs w:val="24"/>
                <w:lang w:val="ru-RU"/>
              </w:rPr>
              <w:t>; педагог дополнительного образования</w:t>
            </w:r>
          </w:p>
        </w:tc>
        <w:tc>
          <w:tcPr>
            <w:tcW w:w="2324" w:type="dxa"/>
          </w:tcPr>
          <w:p w14:paraId="7891E29E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263696B8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0CD4D379" w14:textId="77777777" w:rsidR="00C35608" w:rsidRPr="00027D8D" w:rsidRDefault="00C35608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1740D375" w14:textId="0B245B72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«ВЗАИМОДЕЙСТВИЕ С РОДИТЕЛЯМИ»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3"/>
        <w:gridCol w:w="851"/>
        <w:gridCol w:w="1134"/>
        <w:gridCol w:w="3827"/>
        <w:gridCol w:w="2289"/>
      </w:tblGrid>
      <w:tr w:rsidR="00D15585" w:rsidRPr="00027D8D" w14:paraId="56F077C3" w14:textId="39D40252" w:rsidTr="00CA74D2">
        <w:trPr>
          <w:tblHeader/>
          <w:jc w:val="center"/>
        </w:trPr>
        <w:tc>
          <w:tcPr>
            <w:tcW w:w="5473" w:type="dxa"/>
            <w:shd w:val="clear" w:color="auto" w:fill="D9EAF7"/>
            <w:vAlign w:val="center"/>
          </w:tcPr>
          <w:p w14:paraId="2CFCF557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851" w:type="dxa"/>
            <w:shd w:val="clear" w:color="auto" w:fill="D9EAF7"/>
            <w:vAlign w:val="center"/>
          </w:tcPr>
          <w:p w14:paraId="7F5CC92B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134" w:type="dxa"/>
            <w:shd w:val="clear" w:color="auto" w:fill="D9EAF7"/>
            <w:vAlign w:val="center"/>
          </w:tcPr>
          <w:p w14:paraId="259E6A2A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3827" w:type="dxa"/>
            <w:shd w:val="clear" w:color="auto" w:fill="D9EAF7"/>
            <w:vAlign w:val="center"/>
          </w:tcPr>
          <w:p w14:paraId="495B8454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2289" w:type="dxa"/>
            <w:shd w:val="clear" w:color="auto" w:fill="D9EAF7"/>
          </w:tcPr>
          <w:p w14:paraId="1569E07A" w14:textId="3D551717" w:rsidR="00D15585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15585" w:rsidRPr="00D318BF" w14:paraId="73EB6204" w14:textId="19D57640" w:rsidTr="00CA74D2">
        <w:trPr>
          <w:jc w:val="center"/>
        </w:trPr>
        <w:tc>
          <w:tcPr>
            <w:tcW w:w="5473" w:type="dxa"/>
            <w:vAlign w:val="center"/>
          </w:tcPr>
          <w:p w14:paraId="622F473C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Общешкольные родительские собрания по вопросам воспитания, безопасности и организации школьной жизни</w:t>
            </w:r>
          </w:p>
        </w:tc>
        <w:tc>
          <w:tcPr>
            <w:tcW w:w="851" w:type="dxa"/>
            <w:vAlign w:val="center"/>
          </w:tcPr>
          <w:p w14:paraId="4ACCA901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287C6DE5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827" w:type="dxa"/>
            <w:vAlign w:val="center"/>
          </w:tcPr>
          <w:p w14:paraId="4890BE8F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</w:p>
        </w:tc>
        <w:tc>
          <w:tcPr>
            <w:tcW w:w="2289" w:type="dxa"/>
          </w:tcPr>
          <w:p w14:paraId="2D262521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DAD0BBB" w14:textId="77777777" w:rsidTr="00EE01CA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220D2765" w14:textId="6AAD4940" w:rsidR="00EE01CA" w:rsidRPr="00027D8D" w:rsidRDefault="00EE01CA" w:rsidP="00EE01C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общешкольных родительских собраний</w:t>
            </w:r>
          </w:p>
        </w:tc>
      </w:tr>
      <w:tr w:rsidR="00EE01CA" w:rsidRPr="00D318BF" w14:paraId="39F34987" w14:textId="77777777" w:rsidTr="00CA74D2">
        <w:trPr>
          <w:jc w:val="center"/>
        </w:trPr>
        <w:tc>
          <w:tcPr>
            <w:tcW w:w="5473" w:type="dxa"/>
            <w:vAlign w:val="center"/>
          </w:tcPr>
          <w:p w14:paraId="602ECF88" w14:textId="1F241E23" w:rsidR="00B61755" w:rsidRPr="00027D8D" w:rsidRDefault="00B61755" w:rsidP="00B6175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Организация свободного времени детей. </w:t>
            </w:r>
          </w:p>
          <w:p w14:paraId="2ED5CE63" w14:textId="77777777" w:rsidR="00EE01CA" w:rsidRPr="00027D8D" w:rsidRDefault="00B61755" w:rsidP="00B6175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Внеурочная деятельность школьников. </w:t>
            </w:r>
          </w:p>
          <w:p w14:paraId="5FF296D0" w14:textId="6594EEA6" w:rsidR="005D790A" w:rsidRPr="00027D8D" w:rsidRDefault="005D790A" w:rsidP="00B6175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  <w:vAlign w:val="center"/>
          </w:tcPr>
          <w:p w14:paraId="78909FCC" w14:textId="4376B6E4" w:rsidR="00EE01CA" w:rsidRPr="00027D8D" w:rsidRDefault="003808A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vAlign w:val="center"/>
          </w:tcPr>
          <w:p w14:paraId="5F4F4713" w14:textId="106300B2" w:rsidR="00EE01CA" w:rsidRPr="00027D8D" w:rsidRDefault="00B6175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827" w:type="dxa"/>
            <w:vAlign w:val="center"/>
          </w:tcPr>
          <w:p w14:paraId="7F668861" w14:textId="614A2A48" w:rsidR="00EE01CA" w:rsidRPr="00027D8D" w:rsidRDefault="00B6175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1B8AE155" w14:textId="77777777" w:rsidR="00EE01CA" w:rsidRPr="00027D8D" w:rsidRDefault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D318BF" w14:paraId="2666BB18" w14:textId="77777777" w:rsidTr="00E64092">
        <w:trPr>
          <w:jc w:val="center"/>
        </w:trPr>
        <w:tc>
          <w:tcPr>
            <w:tcW w:w="5473" w:type="dxa"/>
            <w:vAlign w:val="center"/>
          </w:tcPr>
          <w:p w14:paraId="5CAE0315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Внимание!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! </w:t>
            </w:r>
          </w:p>
          <w:p w14:paraId="0345F078" w14:textId="36FABE0F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</w:tcPr>
          <w:p w14:paraId="2D26DCAC" w14:textId="5F1956DF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3FB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vAlign w:val="center"/>
          </w:tcPr>
          <w:p w14:paraId="46EC8B5A" w14:textId="6C2D2720" w:rsidR="003808AF" w:rsidRPr="00027D8D" w:rsidRDefault="003808AF" w:rsidP="003808A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827" w:type="dxa"/>
          </w:tcPr>
          <w:p w14:paraId="7BAAD681" w14:textId="3C575C55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63F418C2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D318BF" w14:paraId="1E9C2D12" w14:textId="77777777" w:rsidTr="00E64092">
        <w:trPr>
          <w:jc w:val="center"/>
        </w:trPr>
        <w:tc>
          <w:tcPr>
            <w:tcW w:w="5473" w:type="dxa"/>
            <w:vAlign w:val="center"/>
          </w:tcPr>
          <w:p w14:paraId="36A8FFFD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Ценностные ориентиры современных детей. </w:t>
            </w:r>
          </w:p>
          <w:p w14:paraId="32C2FC51" w14:textId="0C716541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</w:tcPr>
          <w:p w14:paraId="7D567A47" w14:textId="6A26883E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3FB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vAlign w:val="center"/>
          </w:tcPr>
          <w:p w14:paraId="799DE13D" w14:textId="124931AA" w:rsidR="003808AF" w:rsidRPr="00027D8D" w:rsidRDefault="003808AF" w:rsidP="003808A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38D6CD48" w14:textId="7E7DF7A0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238E2131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808AF" w:rsidRPr="00D318BF" w14:paraId="51271991" w14:textId="77777777" w:rsidTr="00E64092">
        <w:trPr>
          <w:jc w:val="center"/>
        </w:trPr>
        <w:tc>
          <w:tcPr>
            <w:tcW w:w="5473" w:type="dxa"/>
            <w:vAlign w:val="center"/>
          </w:tcPr>
          <w:p w14:paraId="1F79B3D0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 летнего труда и отдыха обучающихся.</w:t>
            </w:r>
          </w:p>
          <w:p w14:paraId="6416F30E" w14:textId="1AF3F95F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</w:tcPr>
          <w:p w14:paraId="5F77496F" w14:textId="6345AD8E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3FB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vAlign w:val="center"/>
          </w:tcPr>
          <w:p w14:paraId="7E490FFF" w14:textId="4415931D" w:rsidR="003808AF" w:rsidRPr="00027D8D" w:rsidRDefault="003808AF" w:rsidP="003808A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827" w:type="dxa"/>
          </w:tcPr>
          <w:p w14:paraId="53F7A052" w14:textId="4191B1A8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5DCE5F33" w14:textId="77777777" w:rsidR="003808AF" w:rsidRPr="00027D8D" w:rsidRDefault="003808AF" w:rsidP="003808A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0079E1D5" w14:textId="2B6B3F74" w:rsidTr="00CA74D2">
        <w:trPr>
          <w:jc w:val="center"/>
        </w:trPr>
        <w:tc>
          <w:tcPr>
            <w:tcW w:w="5473" w:type="dxa"/>
            <w:vAlign w:val="center"/>
          </w:tcPr>
          <w:p w14:paraId="281C2D23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родительские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851" w:type="dxa"/>
            <w:vAlign w:val="center"/>
          </w:tcPr>
          <w:p w14:paraId="5BFC70F4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7E86274A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Не менее одного раза в четверть</w:t>
            </w:r>
          </w:p>
        </w:tc>
        <w:tc>
          <w:tcPr>
            <w:tcW w:w="3827" w:type="dxa"/>
            <w:vAlign w:val="center"/>
          </w:tcPr>
          <w:p w14:paraId="7B9E3C3D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289" w:type="dxa"/>
          </w:tcPr>
          <w:p w14:paraId="4C6DFE29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75825" w:rsidRPr="00027D8D" w14:paraId="2D7D35C9" w14:textId="77777777" w:rsidTr="00475825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62608FE5" w14:textId="16E3AD70" w:rsidR="00475825" w:rsidRPr="00027D8D" w:rsidRDefault="00475825" w:rsidP="00475825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родительских собраний</w:t>
            </w:r>
          </w:p>
        </w:tc>
      </w:tr>
      <w:tr w:rsidR="00F00329" w:rsidRPr="00912E1C" w14:paraId="4030CC19" w14:textId="77777777" w:rsidTr="00CA74D2">
        <w:trPr>
          <w:jc w:val="center"/>
        </w:trPr>
        <w:tc>
          <w:tcPr>
            <w:tcW w:w="5473" w:type="dxa"/>
            <w:vAlign w:val="center"/>
          </w:tcPr>
          <w:p w14:paraId="4AF89BEC" w14:textId="4A3FBC54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12E1C">
              <w:rPr>
                <w:rFonts w:cs="Times New Roman"/>
                <w:sz w:val="24"/>
                <w:szCs w:val="24"/>
                <w:lang w:val="ru-RU"/>
              </w:rPr>
              <w:t>Рассмотрение вопроса «</w:t>
            </w:r>
            <w:proofErr w:type="gramStart"/>
            <w:r w:rsidRPr="00912E1C">
              <w:rPr>
                <w:rFonts w:cs="Times New Roman"/>
                <w:sz w:val="24"/>
                <w:szCs w:val="24"/>
                <w:lang w:val="ru-RU"/>
              </w:rPr>
              <w:t>Травли  в</w:t>
            </w:r>
            <w:proofErr w:type="gramEnd"/>
            <w:r w:rsidRPr="00912E1C">
              <w:rPr>
                <w:rFonts w:cs="Times New Roman"/>
                <w:sz w:val="24"/>
                <w:szCs w:val="24"/>
                <w:lang w:val="ru-RU"/>
              </w:rPr>
              <w:t xml:space="preserve"> детской среде» на родительском собраний в классах</w:t>
            </w:r>
          </w:p>
        </w:tc>
        <w:tc>
          <w:tcPr>
            <w:tcW w:w="851" w:type="dxa"/>
            <w:vAlign w:val="center"/>
          </w:tcPr>
          <w:p w14:paraId="3E828FCA" w14:textId="120A1918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vAlign w:val="center"/>
          </w:tcPr>
          <w:p w14:paraId="31D3172B" w14:textId="78BDC6E9" w:rsidR="00F00329" w:rsidRPr="00027D8D" w:rsidRDefault="00F00329" w:rsidP="00F003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Не менее одного раза в четверть</w:t>
            </w:r>
          </w:p>
        </w:tc>
        <w:tc>
          <w:tcPr>
            <w:tcW w:w="3827" w:type="dxa"/>
            <w:vAlign w:val="center"/>
          </w:tcPr>
          <w:p w14:paraId="0A2C9DD9" w14:textId="2384E0A4" w:rsidR="00F00329" w:rsidRPr="00912E1C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289" w:type="dxa"/>
          </w:tcPr>
          <w:p w14:paraId="6CB03D69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3808AF" w14:paraId="5AE66B1D" w14:textId="77777777" w:rsidTr="00CA74D2">
        <w:trPr>
          <w:jc w:val="center"/>
        </w:trPr>
        <w:tc>
          <w:tcPr>
            <w:tcW w:w="5473" w:type="dxa"/>
            <w:vAlign w:val="center"/>
          </w:tcPr>
          <w:p w14:paraId="50A7955E" w14:textId="77777777" w:rsidR="00F00329" w:rsidRPr="00912E1C" w:rsidRDefault="00F00329" w:rsidP="00F00329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912E1C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Родительские собрания в группах:</w:t>
            </w:r>
          </w:p>
          <w:p w14:paraId="481A18C8" w14:textId="77777777" w:rsidR="00F00329" w:rsidRPr="00912E1C" w:rsidRDefault="00F00329" w:rsidP="00F00329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912E1C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• О правах ребенка на защиту от любой формы насилия.</w:t>
            </w:r>
          </w:p>
          <w:p w14:paraId="636E57EE" w14:textId="2C357E22" w:rsidR="00F00329" w:rsidRPr="00912E1C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12E1C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Как предотвратить и преодолеть травлю</w:t>
            </w:r>
            <w:r w:rsidRPr="00912E1C">
              <w:rPr>
                <w:rFonts w:cs="Times New Roman"/>
                <w:bCs/>
                <w:color w:val="000000"/>
                <w:sz w:val="24"/>
                <w:szCs w:val="24"/>
                <w:lang w:val="ru-RU" w:eastAsia="ru-RU"/>
              </w:rPr>
              <w:t>?</w:t>
            </w:r>
          </w:p>
        </w:tc>
        <w:tc>
          <w:tcPr>
            <w:tcW w:w="851" w:type="dxa"/>
            <w:vAlign w:val="center"/>
          </w:tcPr>
          <w:p w14:paraId="1B303794" w14:textId="0320042B" w:rsidR="00F00329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134" w:type="dxa"/>
            <w:vAlign w:val="center"/>
          </w:tcPr>
          <w:p w14:paraId="23D0F4BF" w14:textId="3BAAC121" w:rsidR="00F00329" w:rsidRPr="00027D8D" w:rsidRDefault="00F00329" w:rsidP="00F003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Не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менее одного раза в четверть</w:t>
            </w:r>
          </w:p>
        </w:tc>
        <w:tc>
          <w:tcPr>
            <w:tcW w:w="3827" w:type="dxa"/>
            <w:vAlign w:val="center"/>
          </w:tcPr>
          <w:p w14:paraId="2249FDE8" w14:textId="20BFE8C1" w:rsidR="00F00329" w:rsidRPr="00912E1C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289" w:type="dxa"/>
          </w:tcPr>
          <w:p w14:paraId="0B9E81CE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75825" w:rsidRPr="00027D8D" w14:paraId="7E3D74C4" w14:textId="77777777" w:rsidTr="00CA74D2">
        <w:trPr>
          <w:jc w:val="center"/>
        </w:trPr>
        <w:tc>
          <w:tcPr>
            <w:tcW w:w="5473" w:type="dxa"/>
            <w:vAlign w:val="center"/>
          </w:tcPr>
          <w:p w14:paraId="62A50F62" w14:textId="77777777" w:rsidR="00E3099E" w:rsidRPr="00027D8D" w:rsidRDefault="00E3099E" w:rsidP="00E3099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Первый раз – в пятый класс</w:t>
            </w:r>
          </w:p>
          <w:p w14:paraId="714C1B15" w14:textId="77777777" w:rsidR="00E3099E" w:rsidRPr="00027D8D" w:rsidRDefault="00E3099E" w:rsidP="00E3099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Адаптация </w:t>
            </w:r>
          </w:p>
          <w:p w14:paraId="75552857" w14:textId="77777777" w:rsidR="00E3099E" w:rsidRPr="00027D8D" w:rsidRDefault="00E3099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пятиклассников в средней школе</w:t>
            </w:r>
          </w:p>
          <w:p w14:paraId="20541400" w14:textId="2367B179" w:rsidR="00E3099E" w:rsidRPr="00027D8D" w:rsidRDefault="00E3099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Культурные ценности семьи и их значение для ребенка</w:t>
            </w:r>
          </w:p>
        </w:tc>
        <w:tc>
          <w:tcPr>
            <w:tcW w:w="851" w:type="dxa"/>
            <w:vAlign w:val="center"/>
          </w:tcPr>
          <w:p w14:paraId="54901260" w14:textId="5C1021C2" w:rsidR="00475825" w:rsidRPr="00027D8D" w:rsidRDefault="00E3099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361DC691" w14:textId="74F82B74" w:rsidR="00475825" w:rsidRPr="00027D8D" w:rsidRDefault="00E3099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1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vAlign w:val="center"/>
          </w:tcPr>
          <w:p w14:paraId="2F576C6A" w14:textId="74C57BF0" w:rsidR="00475825" w:rsidRPr="00027D8D" w:rsidRDefault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47E6D9C7" w14:textId="77777777" w:rsidR="00475825" w:rsidRPr="00027D8D" w:rsidRDefault="0047582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5FDA4E29" w14:textId="77777777" w:rsidTr="00CA74D2">
        <w:trPr>
          <w:jc w:val="center"/>
        </w:trPr>
        <w:tc>
          <w:tcPr>
            <w:tcW w:w="5473" w:type="dxa"/>
            <w:vAlign w:val="center"/>
          </w:tcPr>
          <w:p w14:paraId="02DDB295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Воля и пути </w:t>
            </w:r>
          </w:p>
          <w:p w14:paraId="0E18B129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ее формирования</w:t>
            </w:r>
          </w:p>
          <w:p w14:paraId="645119C2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 детском </w:t>
            </w:r>
          </w:p>
          <w:p w14:paraId="18F53CE4" w14:textId="5C274A45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Одиночестве</w:t>
            </w:r>
          </w:p>
          <w:p w14:paraId="1EA68936" w14:textId="79BAD779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Итоги адаптационного периода</w:t>
            </w:r>
          </w:p>
        </w:tc>
        <w:tc>
          <w:tcPr>
            <w:tcW w:w="851" w:type="dxa"/>
            <w:vAlign w:val="center"/>
          </w:tcPr>
          <w:p w14:paraId="75EA9B7B" w14:textId="71EBEF28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445BA6BC" w14:textId="281C3968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2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0B184740" w14:textId="37EB65C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D722AA2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5FA3C6B8" w14:textId="77777777" w:rsidTr="00CA74D2">
        <w:trPr>
          <w:jc w:val="center"/>
        </w:trPr>
        <w:tc>
          <w:tcPr>
            <w:tcW w:w="5473" w:type="dxa"/>
            <w:vAlign w:val="center"/>
          </w:tcPr>
          <w:p w14:paraId="448ACA68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Роль дополнительного образования в развитии творческих способностей личности</w:t>
            </w:r>
          </w:p>
          <w:p w14:paraId="2D054B9D" w14:textId="09A9A1B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ВПР без проблем!</w:t>
            </w:r>
          </w:p>
        </w:tc>
        <w:tc>
          <w:tcPr>
            <w:tcW w:w="851" w:type="dxa"/>
            <w:vAlign w:val="center"/>
          </w:tcPr>
          <w:p w14:paraId="3F3289C5" w14:textId="0342D004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10DC2C34" w14:textId="3DC494D4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3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69986E00" w14:textId="3EF87B83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17C0EF29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7AE76197" w14:textId="77777777" w:rsidTr="00CA74D2">
        <w:trPr>
          <w:jc w:val="center"/>
        </w:trPr>
        <w:tc>
          <w:tcPr>
            <w:tcW w:w="5473" w:type="dxa"/>
            <w:vAlign w:val="center"/>
          </w:tcPr>
          <w:p w14:paraId="23ED3E2A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62F6DDE6" w14:textId="6A45B87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1" w:type="dxa"/>
            <w:vAlign w:val="center"/>
          </w:tcPr>
          <w:p w14:paraId="33ABBF09" w14:textId="3532CDF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5ECC871F" w14:textId="0B641A0B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4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67689BB5" w14:textId="7027DA3C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32A5ABA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6FF1E7F3" w14:textId="77777777" w:rsidTr="00CA74D2">
        <w:trPr>
          <w:jc w:val="center"/>
        </w:trPr>
        <w:tc>
          <w:tcPr>
            <w:tcW w:w="5473" w:type="dxa"/>
            <w:vAlign w:val="center"/>
          </w:tcPr>
          <w:p w14:paraId="6F4C899D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Возрастные личностные особенности шестиклассников и причины детской агрессии</w:t>
            </w:r>
          </w:p>
          <w:p w14:paraId="66483EF9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Нравственные уроки моей семьи</w:t>
            </w:r>
          </w:p>
          <w:p w14:paraId="74FA92EC" w14:textId="74F560E1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Роль семьи в профилактике преступлений и правонарушений</w:t>
            </w:r>
          </w:p>
        </w:tc>
        <w:tc>
          <w:tcPr>
            <w:tcW w:w="851" w:type="dxa"/>
            <w:vAlign w:val="center"/>
          </w:tcPr>
          <w:p w14:paraId="4BE34D90" w14:textId="5397B2CE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vAlign w:val="center"/>
          </w:tcPr>
          <w:p w14:paraId="6A236174" w14:textId="140B313B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1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6A5E9EAB" w14:textId="1E66C50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4AF9E5CE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15474212" w14:textId="77777777" w:rsidTr="00CA74D2">
        <w:trPr>
          <w:jc w:val="center"/>
        </w:trPr>
        <w:tc>
          <w:tcPr>
            <w:tcW w:w="5473" w:type="dxa"/>
            <w:vAlign w:val="center"/>
          </w:tcPr>
          <w:p w14:paraId="0739891B" w14:textId="04928896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Как помочь ребенку качественно подготовить </w:t>
            </w:r>
          </w:p>
          <w:p w14:paraId="454D7F90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домашнее задание</w:t>
            </w:r>
          </w:p>
          <w:p w14:paraId="3EB88587" w14:textId="266CF41D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Как организовать свободное время ребенка</w:t>
            </w:r>
          </w:p>
        </w:tc>
        <w:tc>
          <w:tcPr>
            <w:tcW w:w="851" w:type="dxa"/>
            <w:vAlign w:val="center"/>
          </w:tcPr>
          <w:p w14:paraId="47E76F66" w14:textId="677B515C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vAlign w:val="center"/>
          </w:tcPr>
          <w:p w14:paraId="14A9705A" w14:textId="1C915516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2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4347ED6F" w14:textId="67A15C1B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96C92C4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6B9E61CC" w14:textId="77777777" w:rsidTr="00CA74D2">
        <w:trPr>
          <w:jc w:val="center"/>
        </w:trPr>
        <w:tc>
          <w:tcPr>
            <w:tcW w:w="5473" w:type="dxa"/>
            <w:vAlign w:val="center"/>
          </w:tcPr>
          <w:p w14:paraId="27BAF505" w14:textId="048E84E3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Формирование высоконравственных отношений между мальчиками и девочками</w:t>
            </w:r>
          </w:p>
          <w:p w14:paraId="4A568454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Социальные сети</w:t>
            </w:r>
          </w:p>
          <w:p w14:paraId="4573AE3F" w14:textId="3CDDD0C1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ВПР без проблем!</w:t>
            </w:r>
          </w:p>
        </w:tc>
        <w:tc>
          <w:tcPr>
            <w:tcW w:w="851" w:type="dxa"/>
            <w:vAlign w:val="center"/>
          </w:tcPr>
          <w:p w14:paraId="01F090C4" w14:textId="00ED1C41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vAlign w:val="center"/>
          </w:tcPr>
          <w:p w14:paraId="04EE5592" w14:textId="74BC2C3A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3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46557584" w14:textId="34576B59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578A319E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336C5BBF" w14:textId="77777777" w:rsidTr="00CA74D2">
        <w:trPr>
          <w:jc w:val="center"/>
        </w:trPr>
        <w:tc>
          <w:tcPr>
            <w:tcW w:w="5473" w:type="dxa"/>
            <w:vAlign w:val="center"/>
          </w:tcPr>
          <w:p w14:paraId="5B0A55D6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54F449E0" w14:textId="368BEA41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1" w:type="dxa"/>
            <w:vAlign w:val="center"/>
          </w:tcPr>
          <w:p w14:paraId="3AC2EE6B" w14:textId="2361975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vAlign w:val="center"/>
          </w:tcPr>
          <w:p w14:paraId="634142C1" w14:textId="1336DFA5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4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59AAD5AE" w14:textId="18BE129F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09D45FD0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4F3DE51A" w14:textId="77777777" w:rsidTr="00CA74D2">
        <w:trPr>
          <w:jc w:val="center"/>
        </w:trPr>
        <w:tc>
          <w:tcPr>
            <w:tcW w:w="5473" w:type="dxa"/>
            <w:vAlign w:val="center"/>
          </w:tcPr>
          <w:p w14:paraId="7B22C044" w14:textId="249E5C40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Социально­психологическое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тестирование: зачем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участвовать и чем может помочь</w:t>
            </w:r>
          </w:p>
        </w:tc>
        <w:tc>
          <w:tcPr>
            <w:tcW w:w="851" w:type="dxa"/>
            <w:vAlign w:val="center"/>
          </w:tcPr>
          <w:p w14:paraId="7F36E0DE" w14:textId="24F4B49E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1134" w:type="dxa"/>
            <w:vAlign w:val="center"/>
          </w:tcPr>
          <w:p w14:paraId="775DA1B3" w14:textId="5031B075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1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5E11565F" w14:textId="4EDD16B5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5A2B6E93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63DB2BD0" w14:textId="77777777" w:rsidTr="00CA74D2">
        <w:trPr>
          <w:jc w:val="center"/>
        </w:trPr>
        <w:tc>
          <w:tcPr>
            <w:tcW w:w="5473" w:type="dxa"/>
            <w:vAlign w:val="center"/>
          </w:tcPr>
          <w:p w14:paraId="249C1021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Роль самооценки в формировании личности ребенка</w:t>
            </w:r>
          </w:p>
          <w:p w14:paraId="12238474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Возрастные и индивидуальные особенности развития подростков</w:t>
            </w:r>
          </w:p>
          <w:p w14:paraId="2AB1D96C" w14:textId="62F60A3F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Как предотвратить самоубийство ребенка</w:t>
            </w:r>
          </w:p>
        </w:tc>
        <w:tc>
          <w:tcPr>
            <w:tcW w:w="851" w:type="dxa"/>
            <w:vAlign w:val="center"/>
          </w:tcPr>
          <w:p w14:paraId="03EEC234" w14:textId="5AC1CDDD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vAlign w:val="center"/>
          </w:tcPr>
          <w:p w14:paraId="799D00AE" w14:textId="211AB7FE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2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17301178" w14:textId="12BCF965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2A1ADE9E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6C432339" w14:textId="77777777" w:rsidTr="00CA74D2">
        <w:trPr>
          <w:jc w:val="center"/>
        </w:trPr>
        <w:tc>
          <w:tcPr>
            <w:tcW w:w="5473" w:type="dxa"/>
            <w:vAlign w:val="center"/>
          </w:tcPr>
          <w:p w14:paraId="0D95E2B6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Компьютер в жизни подростка: польза или вред</w:t>
            </w:r>
          </w:p>
          <w:p w14:paraId="4A271B89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Как взаимодействовать с ребенком в конфликтной ситуации</w:t>
            </w:r>
          </w:p>
          <w:p w14:paraId="475E2F45" w14:textId="1D91DA6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ВПР без проблем!</w:t>
            </w:r>
          </w:p>
        </w:tc>
        <w:tc>
          <w:tcPr>
            <w:tcW w:w="851" w:type="dxa"/>
            <w:vAlign w:val="center"/>
          </w:tcPr>
          <w:p w14:paraId="034844E2" w14:textId="5803878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vAlign w:val="center"/>
          </w:tcPr>
          <w:p w14:paraId="06874B47" w14:textId="191161D1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3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0F5F869D" w14:textId="76B850C9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5EBBF8C2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61C2C52F" w14:textId="77777777" w:rsidTr="00CA74D2">
        <w:trPr>
          <w:jc w:val="center"/>
        </w:trPr>
        <w:tc>
          <w:tcPr>
            <w:tcW w:w="5473" w:type="dxa"/>
            <w:vAlign w:val="center"/>
          </w:tcPr>
          <w:p w14:paraId="20B6A2E8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21813720" w14:textId="19946CE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1" w:type="dxa"/>
            <w:vAlign w:val="center"/>
          </w:tcPr>
          <w:p w14:paraId="752C79F3" w14:textId="1A7323A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vAlign w:val="center"/>
          </w:tcPr>
          <w:p w14:paraId="464F4960" w14:textId="4AE260E6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4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6ABEC981" w14:textId="18001899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4454DB4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5FA30EC3" w14:textId="77777777" w:rsidTr="00CA74D2">
        <w:trPr>
          <w:jc w:val="center"/>
        </w:trPr>
        <w:tc>
          <w:tcPr>
            <w:tcW w:w="5473" w:type="dxa"/>
            <w:vAlign w:val="center"/>
          </w:tcPr>
          <w:p w14:paraId="38F83A00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Социально­психологическое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тестирование: зачем участвовать и чем может помочь</w:t>
            </w:r>
          </w:p>
          <w:p w14:paraId="12A2FFA8" w14:textId="709B852E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Психология подростка</w:t>
            </w:r>
          </w:p>
        </w:tc>
        <w:tc>
          <w:tcPr>
            <w:tcW w:w="851" w:type="dxa"/>
            <w:vAlign w:val="center"/>
          </w:tcPr>
          <w:p w14:paraId="12368F46" w14:textId="45FCE09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52232F98" w14:textId="3D958AAB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1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2AE5B8C8" w14:textId="56BC568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49EE8CF9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502C1B91" w14:textId="77777777" w:rsidTr="00CA74D2">
        <w:trPr>
          <w:jc w:val="center"/>
        </w:trPr>
        <w:tc>
          <w:tcPr>
            <w:tcW w:w="5473" w:type="dxa"/>
            <w:vAlign w:val="center"/>
          </w:tcPr>
          <w:p w14:paraId="5516C37B" w14:textId="13F40049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Стили семейного воспитания</w:t>
            </w:r>
          </w:p>
          <w:p w14:paraId="00EE2586" w14:textId="12BBAB7E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Как стать успешным и не нарушить этические требования</w:t>
            </w:r>
          </w:p>
        </w:tc>
        <w:tc>
          <w:tcPr>
            <w:tcW w:w="851" w:type="dxa"/>
            <w:vAlign w:val="center"/>
          </w:tcPr>
          <w:p w14:paraId="4B222406" w14:textId="1140EABB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77CCE9AC" w14:textId="2CF59D03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2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0B2D5B95" w14:textId="124FAA85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661F0C6A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16220874" w14:textId="77777777" w:rsidTr="00CA74D2">
        <w:trPr>
          <w:jc w:val="center"/>
        </w:trPr>
        <w:tc>
          <w:tcPr>
            <w:tcW w:w="5473" w:type="dxa"/>
            <w:vAlign w:val="center"/>
          </w:tcPr>
          <w:p w14:paraId="5A37FFC0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Кодекс семейного здоровья</w:t>
            </w:r>
          </w:p>
          <w:p w14:paraId="315B5163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Правовые аспекты, связанные с ответственностью родителей за воспитание детей</w:t>
            </w:r>
          </w:p>
          <w:p w14:paraId="45147DB7" w14:textId="5A353346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ВПР без проблем!</w:t>
            </w:r>
          </w:p>
        </w:tc>
        <w:tc>
          <w:tcPr>
            <w:tcW w:w="851" w:type="dxa"/>
            <w:vAlign w:val="center"/>
          </w:tcPr>
          <w:p w14:paraId="3E27A3B5" w14:textId="0279D4AA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11C02282" w14:textId="65953C3A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3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12F8A135" w14:textId="154D7C5F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674D28C5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6204D056" w14:textId="77777777" w:rsidTr="00CA74D2">
        <w:trPr>
          <w:jc w:val="center"/>
        </w:trPr>
        <w:tc>
          <w:tcPr>
            <w:tcW w:w="5473" w:type="dxa"/>
            <w:vAlign w:val="center"/>
          </w:tcPr>
          <w:p w14:paraId="48BCBC74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08079494" w14:textId="0B968882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1" w:type="dxa"/>
            <w:vAlign w:val="center"/>
          </w:tcPr>
          <w:p w14:paraId="25DBB92D" w14:textId="16E0313D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795BAACB" w14:textId="2934697E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4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4CB41778" w14:textId="58A909FF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3F53BD3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1A8217B5" w14:textId="77777777" w:rsidTr="00CA74D2">
        <w:trPr>
          <w:jc w:val="center"/>
        </w:trPr>
        <w:tc>
          <w:tcPr>
            <w:tcW w:w="5473" w:type="dxa"/>
            <w:vAlign w:val="center"/>
          </w:tcPr>
          <w:p w14:paraId="6B2A7567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Социально­психологическое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тестирование: зачем участвовать и чем может помочь</w:t>
            </w:r>
          </w:p>
          <w:p w14:paraId="35FEFFD4" w14:textId="7AB1B7E8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Склонности и интересы подростков к выбору профессии</w:t>
            </w:r>
          </w:p>
        </w:tc>
        <w:tc>
          <w:tcPr>
            <w:tcW w:w="851" w:type="dxa"/>
            <w:vAlign w:val="center"/>
          </w:tcPr>
          <w:p w14:paraId="12A94A66" w14:textId="6D3FE3C8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vAlign w:val="center"/>
          </w:tcPr>
          <w:p w14:paraId="0397F17E" w14:textId="22BF603E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1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7718185B" w14:textId="67F17265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726B53FD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375B75D9" w14:textId="77777777" w:rsidTr="00CA74D2">
        <w:trPr>
          <w:jc w:val="center"/>
        </w:trPr>
        <w:tc>
          <w:tcPr>
            <w:tcW w:w="5473" w:type="dxa"/>
            <w:vAlign w:val="center"/>
          </w:tcPr>
          <w:p w14:paraId="10AB1A62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Поговорим о дружбе</w:t>
            </w:r>
          </w:p>
          <w:p w14:paraId="0F1FD6E1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Проблема отцов и детей в современных семьях. Пути преодоления конфликтных ситуаций</w:t>
            </w:r>
          </w:p>
          <w:p w14:paraId="1728223F" w14:textId="0EE92D34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Как преодолеть страх на обязательном итоговом собеседовании по русскому языку</w:t>
            </w:r>
          </w:p>
        </w:tc>
        <w:tc>
          <w:tcPr>
            <w:tcW w:w="851" w:type="dxa"/>
            <w:vAlign w:val="center"/>
          </w:tcPr>
          <w:p w14:paraId="79B67A50" w14:textId="47125170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vAlign w:val="center"/>
          </w:tcPr>
          <w:p w14:paraId="687F4E70" w14:textId="22DBE1BF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2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76F116CB" w14:textId="34BE8913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1A047078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4BB6E4B5" w14:textId="77777777" w:rsidTr="00CA74D2">
        <w:trPr>
          <w:jc w:val="center"/>
        </w:trPr>
        <w:tc>
          <w:tcPr>
            <w:tcW w:w="5473" w:type="dxa"/>
            <w:vAlign w:val="center"/>
          </w:tcPr>
          <w:p w14:paraId="73A080E1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Профильный класс или колледж: как помочь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ребенку выбрать свой путь</w:t>
            </w:r>
          </w:p>
          <w:p w14:paraId="47B3FB4E" w14:textId="2277E95A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Как подготовить себя и ребенка к будущим экзаменам</w:t>
            </w:r>
          </w:p>
        </w:tc>
        <w:tc>
          <w:tcPr>
            <w:tcW w:w="851" w:type="dxa"/>
            <w:vAlign w:val="center"/>
          </w:tcPr>
          <w:p w14:paraId="5EBCBA72" w14:textId="24CB112D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134" w:type="dxa"/>
            <w:vAlign w:val="center"/>
          </w:tcPr>
          <w:p w14:paraId="0949A2D3" w14:textId="68703134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3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68F83258" w14:textId="0C9D6576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14B054EE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12C5D" w:rsidRPr="00027D8D" w14:paraId="345F747E" w14:textId="77777777" w:rsidTr="00CA74D2">
        <w:trPr>
          <w:jc w:val="center"/>
        </w:trPr>
        <w:tc>
          <w:tcPr>
            <w:tcW w:w="5473" w:type="dxa"/>
            <w:vAlign w:val="center"/>
          </w:tcPr>
          <w:p w14:paraId="7211E4CD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36FCECE7" w14:textId="33837526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1" w:type="dxa"/>
            <w:vAlign w:val="center"/>
          </w:tcPr>
          <w:p w14:paraId="20191A49" w14:textId="1D5EBCDF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vAlign w:val="center"/>
          </w:tcPr>
          <w:p w14:paraId="7E12171E" w14:textId="331C8968" w:rsidR="00F12C5D" w:rsidRPr="00027D8D" w:rsidRDefault="00F12C5D" w:rsidP="00F12C5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Конец 4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четв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170DC75F" w14:textId="0D4A2541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06A64987" w14:textId="77777777" w:rsidR="00F12C5D" w:rsidRPr="00027D8D" w:rsidRDefault="00F12C5D" w:rsidP="00F12C5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683133E4" w14:textId="32BC4D80" w:rsidTr="00CA74D2">
        <w:trPr>
          <w:jc w:val="center"/>
        </w:trPr>
        <w:tc>
          <w:tcPr>
            <w:tcW w:w="5473" w:type="dxa"/>
            <w:vAlign w:val="center"/>
          </w:tcPr>
          <w:p w14:paraId="5ED94A9F" w14:textId="05EB795B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Заседания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Совета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r w:rsidR="00834EBE" w:rsidRPr="00027D8D">
              <w:rPr>
                <w:rFonts w:cs="Times New Roman"/>
                <w:sz w:val="24"/>
                <w:szCs w:val="24"/>
                <w:lang w:val="ru-RU"/>
              </w:rPr>
              <w:t>отцов</w:t>
            </w:r>
          </w:p>
        </w:tc>
        <w:tc>
          <w:tcPr>
            <w:tcW w:w="851" w:type="dxa"/>
            <w:vAlign w:val="center"/>
          </w:tcPr>
          <w:p w14:paraId="51108FFA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03704370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3827" w:type="dxa"/>
            <w:vAlign w:val="center"/>
          </w:tcPr>
          <w:p w14:paraId="04D7DC75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</w:p>
        </w:tc>
        <w:tc>
          <w:tcPr>
            <w:tcW w:w="2289" w:type="dxa"/>
          </w:tcPr>
          <w:p w14:paraId="7CF602D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34EBE" w:rsidRPr="00027D8D" w14:paraId="15BF2ED7" w14:textId="77777777" w:rsidTr="00834EBE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5A33F15C" w14:textId="3C4FABDA" w:rsidR="00834EBE" w:rsidRPr="00027D8D" w:rsidRDefault="00834EBE" w:rsidP="00834EBE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собраний</w:t>
            </w:r>
          </w:p>
        </w:tc>
      </w:tr>
      <w:tr w:rsidR="00834EBE" w:rsidRPr="00D318BF" w14:paraId="0C6F850C" w14:textId="77777777" w:rsidTr="00CA74D2">
        <w:trPr>
          <w:jc w:val="center"/>
        </w:trPr>
        <w:tc>
          <w:tcPr>
            <w:tcW w:w="5473" w:type="dxa"/>
            <w:vAlign w:val="center"/>
          </w:tcPr>
          <w:p w14:paraId="185CCE1D" w14:textId="7B542660" w:rsidR="00834EBE" w:rsidRPr="00027D8D" w:rsidRDefault="00834EBE" w:rsidP="00834EB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Выборы председателя Совета отцов. Заседание № 1</w:t>
            </w:r>
          </w:p>
          <w:p w14:paraId="3B5BE8E8" w14:textId="77777777" w:rsidR="00834EBE" w:rsidRPr="00027D8D" w:rsidRDefault="00834EBE" w:rsidP="00834EB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Разработка и утверждение плана работы Совета отцов.</w:t>
            </w:r>
          </w:p>
          <w:p w14:paraId="5002D2DD" w14:textId="77777777" w:rsidR="00834EBE" w:rsidRPr="00027D8D" w:rsidRDefault="00834EBE" w:rsidP="00834EB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Организация помощи школе по подготовке</w:t>
            </w:r>
          </w:p>
          <w:p w14:paraId="7D755922" w14:textId="1760462C" w:rsidR="00834EBE" w:rsidRPr="00027D8D" w:rsidRDefault="00834EBE" w:rsidP="00834EB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 новому учебному году</w:t>
            </w:r>
          </w:p>
        </w:tc>
        <w:tc>
          <w:tcPr>
            <w:tcW w:w="851" w:type="dxa"/>
            <w:vAlign w:val="center"/>
          </w:tcPr>
          <w:p w14:paraId="19E973A1" w14:textId="7281F27C" w:rsidR="00834EBE" w:rsidRPr="00027D8D" w:rsidRDefault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2C059EDD" w14:textId="65C0ED96" w:rsidR="00834EBE" w:rsidRPr="00027D8D" w:rsidRDefault="00834EB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3827" w:type="dxa"/>
            <w:vAlign w:val="center"/>
          </w:tcPr>
          <w:p w14:paraId="6EAC40AD" w14:textId="03DA9BF1" w:rsidR="00834EBE" w:rsidRPr="00027D8D" w:rsidRDefault="00834EB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  <w:r w:rsidR="0081287E" w:rsidRPr="00027D8D">
              <w:rPr>
                <w:rFonts w:cs="Times New Roman"/>
                <w:sz w:val="24"/>
                <w:szCs w:val="24"/>
                <w:lang w:val="ru-RU"/>
              </w:rPr>
              <w:t>; Совет отцов школы</w:t>
            </w:r>
          </w:p>
        </w:tc>
        <w:tc>
          <w:tcPr>
            <w:tcW w:w="2289" w:type="dxa"/>
          </w:tcPr>
          <w:p w14:paraId="613A161F" w14:textId="77777777" w:rsidR="00834EBE" w:rsidRPr="00027D8D" w:rsidRDefault="00834EB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517009DE" w14:textId="77777777" w:rsidTr="00CA74D2">
        <w:trPr>
          <w:jc w:val="center"/>
        </w:trPr>
        <w:tc>
          <w:tcPr>
            <w:tcW w:w="5473" w:type="dxa"/>
            <w:vAlign w:val="center"/>
          </w:tcPr>
          <w:p w14:paraId="3B9080FA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1.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субботников,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трудовых</w:t>
            </w:r>
          </w:p>
          <w:p w14:paraId="31B0DB27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десантов</w:t>
            </w:r>
          </w:p>
          <w:p w14:paraId="3F38D262" w14:textId="68D422F5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Помощь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в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организации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проведении недели ПДД</w:t>
            </w:r>
          </w:p>
        </w:tc>
        <w:tc>
          <w:tcPr>
            <w:tcW w:w="851" w:type="dxa"/>
          </w:tcPr>
          <w:p w14:paraId="01EBD1F2" w14:textId="710283C9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4EE1EA4F" w14:textId="4082F81B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827" w:type="dxa"/>
          </w:tcPr>
          <w:p w14:paraId="4BE6B7C9" w14:textId="43644013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6D2577C1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4CBF5DE0" w14:textId="77777777" w:rsidTr="00CA74D2">
        <w:trPr>
          <w:jc w:val="center"/>
        </w:trPr>
        <w:tc>
          <w:tcPr>
            <w:tcW w:w="5473" w:type="dxa"/>
            <w:vAlign w:val="center"/>
          </w:tcPr>
          <w:p w14:paraId="63AA7495" w14:textId="5CAEFAC4" w:rsidR="0081287E" w:rsidRPr="00027D8D" w:rsidRDefault="0081287E" w:rsidP="0081287E">
            <w:pPr>
              <w:widowControl w:val="0"/>
              <w:numPr>
                <w:ilvl w:val="0"/>
                <w:numId w:val="27"/>
              </w:numPr>
              <w:tabs>
                <w:tab w:val="left" w:pos="263"/>
              </w:tabs>
              <w:autoSpaceDE w:val="0"/>
              <w:autoSpaceDN w:val="0"/>
              <w:spacing w:line="260" w:lineRule="exact"/>
              <w:ind w:left="0" w:hanging="851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Круглый стол «Традиционное воспитание в семье» </w:t>
            </w:r>
          </w:p>
          <w:p w14:paraId="5F663F27" w14:textId="296CCA22" w:rsidR="0081287E" w:rsidRPr="00027D8D" w:rsidRDefault="0081287E" w:rsidP="00F268B4">
            <w:pPr>
              <w:widowControl w:val="0"/>
              <w:numPr>
                <w:ilvl w:val="0"/>
                <w:numId w:val="27"/>
              </w:numPr>
              <w:tabs>
                <w:tab w:val="left" w:pos="263"/>
              </w:tabs>
              <w:autoSpaceDE w:val="0"/>
              <w:autoSpaceDN w:val="0"/>
              <w:spacing w:line="260" w:lineRule="exact"/>
              <w:ind w:left="0" w:hanging="851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2. Организация</w:t>
            </w:r>
            <w:r w:rsidRPr="00027D8D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мероприятий</w:t>
            </w:r>
            <w:r w:rsidRPr="00027D8D">
              <w:rPr>
                <w:rFonts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рамках</w:t>
            </w:r>
            <w:r w:rsidRPr="00027D8D">
              <w:rPr>
                <w:rFonts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Дня</w:t>
            </w:r>
            <w:r w:rsidR="00F268B4"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отца</w:t>
            </w:r>
            <w:r w:rsidR="00F268B4" w:rsidRPr="00027D8D">
              <w:rPr>
                <w:rFonts w:cs="Times New Roman"/>
                <w:sz w:val="24"/>
                <w:szCs w:val="24"/>
                <w:lang w:val="ru-RU"/>
              </w:rPr>
              <w:t xml:space="preserve">.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Орга</w:t>
            </w:r>
            <w:r w:rsidR="00F268B4" w:rsidRPr="00027D8D">
              <w:rPr>
                <w:rFonts w:cs="Times New Roman"/>
                <w:sz w:val="24"/>
                <w:szCs w:val="24"/>
                <w:lang w:val="ru-RU"/>
              </w:rPr>
              <w:t>ни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мероприятий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27D8D">
              <w:rPr>
                <w:rFonts w:cs="Times New Roman"/>
                <w:spacing w:val="-4"/>
                <w:sz w:val="24"/>
                <w:szCs w:val="24"/>
                <w:lang w:val="ru-RU"/>
              </w:rPr>
              <w:t>по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профориентации</w:t>
            </w:r>
          </w:p>
        </w:tc>
        <w:tc>
          <w:tcPr>
            <w:tcW w:w="851" w:type="dxa"/>
          </w:tcPr>
          <w:p w14:paraId="7091978D" w14:textId="088699C1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1C6FFB01" w14:textId="62973097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827" w:type="dxa"/>
          </w:tcPr>
          <w:p w14:paraId="0EFD15BB" w14:textId="77FAF6C9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E375B89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2A8AC9E7" w14:textId="77777777" w:rsidTr="00CA74D2">
        <w:trPr>
          <w:jc w:val="center"/>
        </w:trPr>
        <w:tc>
          <w:tcPr>
            <w:tcW w:w="5473" w:type="dxa"/>
            <w:vAlign w:val="center"/>
          </w:tcPr>
          <w:p w14:paraId="5140377B" w14:textId="77777777" w:rsidR="0081287E" w:rsidRPr="00027D8D" w:rsidRDefault="0081287E" w:rsidP="0081287E">
            <w:pPr>
              <w:widowControl w:val="0"/>
              <w:numPr>
                <w:ilvl w:val="0"/>
                <w:numId w:val="28"/>
              </w:numPr>
              <w:tabs>
                <w:tab w:val="left" w:pos="644"/>
              </w:tabs>
              <w:autoSpaceDE w:val="0"/>
              <w:autoSpaceDN w:val="0"/>
              <w:spacing w:line="260" w:lineRule="exact"/>
              <w:ind w:left="0" w:hanging="486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Заседание</w:t>
            </w:r>
            <w:r w:rsidRPr="00027D8D">
              <w:rPr>
                <w:rFonts w:cs="Times New Roman"/>
                <w:spacing w:val="1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Совета</w:t>
            </w:r>
            <w:r w:rsidRPr="00027D8D">
              <w:rPr>
                <w:rFonts w:cs="Times New Roman"/>
                <w:spacing w:val="-4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отцов</w:t>
            </w:r>
            <w:r w:rsidRPr="00027D8D">
              <w:rPr>
                <w:rFonts w:cs="Times New Roman"/>
                <w:spacing w:val="-2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№2</w:t>
            </w:r>
          </w:p>
          <w:p w14:paraId="279D5176" w14:textId="25BA8B7A" w:rsidR="0081287E" w:rsidRPr="00027D8D" w:rsidRDefault="0081287E" w:rsidP="0081287E">
            <w:pPr>
              <w:widowControl w:val="0"/>
              <w:autoSpaceDE w:val="0"/>
              <w:autoSpaceDN w:val="0"/>
              <w:spacing w:before="2"/>
              <w:ind w:right="9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Семья и школа - партнеры в воспитании ребенка.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негативных зависимостей</w:t>
            </w:r>
            <w:r w:rsidRPr="00027D8D">
              <w:rPr>
                <w:rFonts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у детей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27D8D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подростков</w:t>
            </w:r>
          </w:p>
          <w:p w14:paraId="594AE54C" w14:textId="77777777" w:rsidR="0081287E" w:rsidRPr="00027D8D" w:rsidRDefault="0081287E" w:rsidP="0081287E">
            <w:pPr>
              <w:widowControl w:val="0"/>
              <w:numPr>
                <w:ilvl w:val="0"/>
                <w:numId w:val="28"/>
              </w:numPr>
              <w:tabs>
                <w:tab w:val="left" w:pos="581"/>
              </w:tabs>
              <w:autoSpaceDE w:val="0"/>
              <w:autoSpaceDN w:val="0"/>
              <w:spacing w:line="274" w:lineRule="exact"/>
              <w:ind w:left="0" w:hanging="423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</w:t>
            </w:r>
            <w:r w:rsidRPr="00027D8D">
              <w:rPr>
                <w:rFonts w:cs="Times New Roman"/>
                <w:spacing w:val="7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«Каждой</w:t>
            </w:r>
            <w:r w:rsidRPr="00027D8D">
              <w:rPr>
                <w:rFonts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пичужке</w:t>
            </w:r>
            <w:r w:rsidRPr="00027D8D">
              <w:rPr>
                <w:rFonts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–</w:t>
            </w:r>
            <w:r w:rsidRPr="00027D8D">
              <w:rPr>
                <w:rFonts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наша</w:t>
            </w:r>
            <w:r w:rsidRPr="00027D8D">
              <w:rPr>
                <w:rFonts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забота</w:t>
            </w:r>
            <w:r w:rsidRPr="00027D8D">
              <w:rPr>
                <w:rFonts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и</w:t>
            </w:r>
          </w:p>
          <w:p w14:paraId="6BD68DFD" w14:textId="294B6EC0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кормушка»</w:t>
            </w:r>
          </w:p>
        </w:tc>
        <w:tc>
          <w:tcPr>
            <w:tcW w:w="851" w:type="dxa"/>
          </w:tcPr>
          <w:p w14:paraId="21121075" w14:textId="2EC52B99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4D0E218F" w14:textId="5BDD639F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827" w:type="dxa"/>
          </w:tcPr>
          <w:p w14:paraId="322A489C" w14:textId="71DA6DB5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B306476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25A474FA" w14:textId="77777777" w:rsidTr="00CA74D2">
        <w:trPr>
          <w:trHeight w:val="1036"/>
          <w:jc w:val="center"/>
        </w:trPr>
        <w:tc>
          <w:tcPr>
            <w:tcW w:w="5473" w:type="dxa"/>
            <w:vAlign w:val="center"/>
          </w:tcPr>
          <w:p w14:paraId="32F4232A" w14:textId="2811AD79" w:rsidR="0081287E" w:rsidRPr="00027D8D" w:rsidRDefault="0081287E" w:rsidP="0081287E">
            <w:pPr>
              <w:widowControl w:val="0"/>
              <w:numPr>
                <w:ilvl w:val="0"/>
                <w:numId w:val="29"/>
              </w:numPr>
              <w:tabs>
                <w:tab w:val="left" w:pos="816"/>
                <w:tab w:val="left" w:pos="2350"/>
                <w:tab w:val="left" w:pos="2685"/>
                <w:tab w:val="left" w:pos="4076"/>
              </w:tabs>
              <w:autoSpaceDE w:val="0"/>
              <w:autoSpaceDN w:val="0"/>
              <w:spacing w:line="260" w:lineRule="exact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проведение</w:t>
            </w:r>
            <w:r w:rsidR="00F268B4"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спортивных</w:t>
            </w:r>
          </w:p>
          <w:p w14:paraId="5AF5C252" w14:textId="77777777" w:rsidR="0081287E" w:rsidRPr="00027D8D" w:rsidRDefault="0081287E" w:rsidP="0081287E">
            <w:pPr>
              <w:widowControl w:val="0"/>
              <w:autoSpaceDE w:val="0"/>
              <w:autoSpaceDN w:val="0"/>
              <w:spacing w:before="2" w:line="275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состязаний «Зимние</w:t>
            </w:r>
            <w:r w:rsidRPr="00027D8D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забавы»</w:t>
            </w:r>
          </w:p>
          <w:p w14:paraId="3760FE02" w14:textId="3D756809" w:rsidR="0081287E" w:rsidRPr="00027D8D" w:rsidRDefault="0081287E" w:rsidP="0081287E">
            <w:pPr>
              <w:pStyle w:val="ae"/>
              <w:numPr>
                <w:ilvl w:val="0"/>
                <w:numId w:val="29"/>
              </w:numPr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мероприятий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в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>рамках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Новогоднего</w:t>
            </w:r>
            <w:r w:rsidRPr="00027D8D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калейдоскопа</w:t>
            </w:r>
          </w:p>
        </w:tc>
        <w:tc>
          <w:tcPr>
            <w:tcW w:w="851" w:type="dxa"/>
          </w:tcPr>
          <w:p w14:paraId="1EFD691F" w14:textId="5D26660C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7AB68E4B" w14:textId="470F706B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827" w:type="dxa"/>
          </w:tcPr>
          <w:p w14:paraId="487DD0C0" w14:textId="63AFC026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DBE392F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19B76913" w14:textId="77777777" w:rsidTr="00CA74D2">
        <w:trPr>
          <w:trHeight w:val="782"/>
          <w:jc w:val="center"/>
        </w:trPr>
        <w:tc>
          <w:tcPr>
            <w:tcW w:w="5473" w:type="dxa"/>
            <w:vAlign w:val="center"/>
          </w:tcPr>
          <w:p w14:paraId="12C34AC0" w14:textId="7134E61B" w:rsidR="0081287E" w:rsidRPr="00027D8D" w:rsidRDefault="0081287E" w:rsidP="00F268B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Организация</w:t>
            </w:r>
            <w:r w:rsidRPr="00027D8D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</w:t>
            </w:r>
            <w:r w:rsidRPr="00027D8D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027D8D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участниками</w:t>
            </w:r>
            <w:r w:rsidRPr="00027D8D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СВО 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войн</w:t>
            </w:r>
            <w:r w:rsidRPr="00027D8D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рамках интернациональных</w:t>
            </w:r>
            <w:r w:rsidRPr="00027D8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конфликтов</w:t>
            </w:r>
          </w:p>
        </w:tc>
        <w:tc>
          <w:tcPr>
            <w:tcW w:w="851" w:type="dxa"/>
          </w:tcPr>
          <w:p w14:paraId="69176C15" w14:textId="2525AF8E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429A54A5" w14:textId="455F378D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3827" w:type="dxa"/>
          </w:tcPr>
          <w:p w14:paraId="35AE10D0" w14:textId="686B5455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71C7D15A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74D4D698" w14:textId="77777777" w:rsidTr="00CA74D2">
        <w:trPr>
          <w:jc w:val="center"/>
        </w:trPr>
        <w:tc>
          <w:tcPr>
            <w:tcW w:w="5473" w:type="dxa"/>
            <w:vAlign w:val="center"/>
          </w:tcPr>
          <w:p w14:paraId="527D5B8A" w14:textId="77777777" w:rsidR="00F268B4" w:rsidRPr="00027D8D" w:rsidRDefault="0081287E" w:rsidP="00F268B4">
            <w:pPr>
              <w:pStyle w:val="ae"/>
              <w:ind w:left="0"/>
              <w:rPr>
                <w:rFonts w:cs="Times New Roman"/>
                <w:spacing w:val="-57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реализации</w:t>
            </w:r>
            <w:r w:rsidRPr="00027D8D">
              <w:rPr>
                <w:rFonts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мероприятий</w:t>
            </w:r>
            <w:r w:rsidR="00F268B4"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>месячника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F268B4"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</w:p>
          <w:p w14:paraId="4CF0B05E" w14:textId="5D1A3C04" w:rsidR="0081287E" w:rsidRPr="00027D8D" w:rsidRDefault="0081287E" w:rsidP="00F268B4">
            <w:pPr>
              <w:pStyle w:val="ae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</w:t>
            </w:r>
            <w:r w:rsidRPr="00027D8D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Дню</w:t>
            </w:r>
            <w:r w:rsidRPr="00027D8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защитников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851" w:type="dxa"/>
          </w:tcPr>
          <w:p w14:paraId="48AADD37" w14:textId="31CCA238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5DF5635E" w14:textId="75D4EBF8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827" w:type="dxa"/>
          </w:tcPr>
          <w:p w14:paraId="29F1E591" w14:textId="788F3B9C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4000AC0A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71789D56" w14:textId="77777777" w:rsidTr="00CA74D2">
        <w:trPr>
          <w:jc w:val="center"/>
        </w:trPr>
        <w:tc>
          <w:tcPr>
            <w:tcW w:w="5473" w:type="dxa"/>
            <w:vAlign w:val="center"/>
          </w:tcPr>
          <w:p w14:paraId="1E123313" w14:textId="77777777" w:rsidR="0081287E" w:rsidRPr="00027D8D" w:rsidRDefault="0081287E" w:rsidP="0081287E">
            <w:pPr>
              <w:widowControl w:val="0"/>
              <w:autoSpaceDE w:val="0"/>
              <w:autoSpaceDN w:val="0"/>
              <w:spacing w:line="259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Заседание Совета</w:t>
            </w:r>
            <w:r w:rsidRPr="00027D8D">
              <w:rPr>
                <w:rFonts w:cs="Times New Roman"/>
                <w:spacing w:val="-4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отцов</w:t>
            </w:r>
            <w:r w:rsidRPr="00027D8D">
              <w:rPr>
                <w:rFonts w:cs="Times New Roman"/>
                <w:spacing w:val="-2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№3</w:t>
            </w:r>
          </w:p>
          <w:p w14:paraId="56BF3844" w14:textId="3B3E279C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Круглый стол «Роль отца в воспитании детей в</w:t>
            </w:r>
            <w:r w:rsidRPr="00027D8D">
              <w:rPr>
                <w:rFonts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семье»</w:t>
            </w:r>
          </w:p>
        </w:tc>
        <w:tc>
          <w:tcPr>
            <w:tcW w:w="851" w:type="dxa"/>
          </w:tcPr>
          <w:p w14:paraId="00DE6F95" w14:textId="12780AB3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706B69AA" w14:textId="0EEAB754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827" w:type="dxa"/>
          </w:tcPr>
          <w:p w14:paraId="63C183FC" w14:textId="29EEBDBE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1F14F37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159524A0" w14:textId="77777777" w:rsidTr="00CA74D2">
        <w:trPr>
          <w:jc w:val="center"/>
        </w:trPr>
        <w:tc>
          <w:tcPr>
            <w:tcW w:w="5473" w:type="dxa"/>
            <w:vAlign w:val="center"/>
          </w:tcPr>
          <w:p w14:paraId="7356A5A5" w14:textId="464CE2C5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Акция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Чистый</w:t>
            </w:r>
            <w:proofErr w:type="spellEnd"/>
            <w:r w:rsidRPr="00027D8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двор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E1D9616" w14:textId="223F2C0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3013C09B" w14:textId="24BBBEE3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00D0C265" w14:textId="46F1F56B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63BE4620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6CC44C01" w14:textId="77777777" w:rsidTr="00CA74D2">
        <w:trPr>
          <w:jc w:val="center"/>
        </w:trPr>
        <w:tc>
          <w:tcPr>
            <w:tcW w:w="5473" w:type="dxa"/>
            <w:vAlign w:val="center"/>
          </w:tcPr>
          <w:p w14:paraId="684E970F" w14:textId="77777777" w:rsidR="0081287E" w:rsidRPr="00027D8D" w:rsidRDefault="0081287E" w:rsidP="0081287E">
            <w:pPr>
              <w:widowControl w:val="0"/>
              <w:numPr>
                <w:ilvl w:val="0"/>
                <w:numId w:val="30"/>
              </w:numPr>
              <w:tabs>
                <w:tab w:val="left" w:pos="442"/>
              </w:tabs>
              <w:autoSpaceDE w:val="0"/>
              <w:autoSpaceDN w:val="0"/>
              <w:spacing w:before="2" w:line="275" w:lineRule="exact"/>
              <w:ind w:left="0" w:hanging="333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Заседание Совета</w:t>
            </w:r>
            <w:r w:rsidRPr="00027D8D">
              <w:rPr>
                <w:rFonts w:cs="Times New Roman"/>
                <w:spacing w:val="-4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отцов</w:t>
            </w:r>
            <w:r w:rsidRPr="00027D8D">
              <w:rPr>
                <w:rFonts w:cs="Times New Roman"/>
                <w:spacing w:val="-2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№4</w:t>
            </w:r>
          </w:p>
          <w:p w14:paraId="650120CC" w14:textId="77777777" w:rsidR="00F268B4" w:rsidRPr="00027D8D" w:rsidRDefault="0081287E" w:rsidP="0081287E">
            <w:pPr>
              <w:rPr>
                <w:rFonts w:cs="Times New Roman"/>
                <w:spacing w:val="-57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Отчет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проделанной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работе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за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год</w:t>
            </w:r>
            <w:r w:rsidR="00F268B4"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>перед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F268B4"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</w:p>
          <w:p w14:paraId="4CD6BB34" w14:textId="645D292A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родительской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общественностью</w:t>
            </w:r>
          </w:p>
        </w:tc>
        <w:tc>
          <w:tcPr>
            <w:tcW w:w="851" w:type="dxa"/>
          </w:tcPr>
          <w:p w14:paraId="64D89514" w14:textId="6C88C874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63DBFC47" w14:textId="6013232D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Апрель-май</w:t>
            </w:r>
          </w:p>
        </w:tc>
        <w:tc>
          <w:tcPr>
            <w:tcW w:w="3827" w:type="dxa"/>
          </w:tcPr>
          <w:p w14:paraId="096A0BBC" w14:textId="4B60EA14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4450D9E7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1287E" w:rsidRPr="00D318BF" w14:paraId="4C8EED54" w14:textId="77777777" w:rsidTr="00CA74D2">
        <w:trPr>
          <w:jc w:val="center"/>
        </w:trPr>
        <w:tc>
          <w:tcPr>
            <w:tcW w:w="5473" w:type="dxa"/>
            <w:vAlign w:val="center"/>
          </w:tcPr>
          <w:p w14:paraId="6B0E82FA" w14:textId="77777777" w:rsidR="0081287E" w:rsidRPr="00027D8D" w:rsidRDefault="0081287E" w:rsidP="0081287E">
            <w:pPr>
              <w:widowControl w:val="0"/>
              <w:tabs>
                <w:tab w:val="left" w:pos="293"/>
              </w:tabs>
              <w:autoSpaceDE w:val="0"/>
              <w:autoSpaceDN w:val="0"/>
              <w:spacing w:line="260" w:lineRule="exact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профилактических</w:t>
            </w:r>
            <w:r w:rsidRPr="00027D8D">
              <w:rPr>
                <w:rFonts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рейдах</w:t>
            </w:r>
            <w:r w:rsidRPr="00027D8D">
              <w:rPr>
                <w:rFonts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местах</w:t>
            </w:r>
          </w:p>
          <w:p w14:paraId="26C3B033" w14:textId="77777777" w:rsidR="0081287E" w:rsidRPr="00027D8D" w:rsidRDefault="0081287E" w:rsidP="0081287E">
            <w:pPr>
              <w:widowControl w:val="0"/>
              <w:autoSpaceDE w:val="0"/>
              <w:autoSpaceDN w:val="0"/>
              <w:spacing w:before="2" w:line="275" w:lineRule="exact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массового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скопления</w:t>
            </w:r>
            <w:r w:rsidRPr="00027D8D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молодежи;</w:t>
            </w:r>
          </w:p>
          <w:p w14:paraId="3C4B6646" w14:textId="1D0021EF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 дежурства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 вечернее время по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окончанию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2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смены;</w:t>
            </w:r>
          </w:p>
          <w:p w14:paraId="29228606" w14:textId="37A89989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Рейды на водоемах;</w:t>
            </w:r>
          </w:p>
          <w:p w14:paraId="06060510" w14:textId="5A1700CC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Общественные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городские  рейды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  <w:p w14:paraId="05CD313A" w14:textId="3F867EC1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Дежурство на перекрестках и пешеходных переходах;</w:t>
            </w:r>
          </w:p>
          <w:p w14:paraId="339F6BCA" w14:textId="77777777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293"/>
                <w:tab w:val="left" w:pos="1886"/>
              </w:tabs>
              <w:autoSpaceDE w:val="0"/>
              <w:autoSpaceDN w:val="0"/>
              <w:ind w:left="0" w:right="85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административно-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профилактического</w:t>
            </w:r>
            <w:r w:rsidRPr="00027D8D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совета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школы;</w:t>
            </w:r>
          </w:p>
          <w:p w14:paraId="05F6EE7E" w14:textId="77777777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42"/>
              </w:tabs>
              <w:autoSpaceDE w:val="0"/>
              <w:autoSpaceDN w:val="0"/>
              <w:ind w:left="0" w:right="8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Профилактические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беседы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обучающимися,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систематически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нарушающими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дисциплину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школе;</w:t>
            </w:r>
          </w:p>
          <w:p w14:paraId="6D27FD89" w14:textId="59DBC117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66"/>
              </w:tabs>
              <w:autoSpaceDE w:val="0"/>
              <w:autoSpaceDN w:val="0"/>
              <w:ind w:left="0" w:right="85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мероприятиях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по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Д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ДТТ;</w:t>
            </w:r>
          </w:p>
          <w:p w14:paraId="32365F97" w14:textId="77777777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648"/>
                <w:tab w:val="left" w:pos="2320"/>
                <w:tab w:val="left" w:pos="3731"/>
                <w:tab w:val="left" w:pos="4321"/>
              </w:tabs>
              <w:autoSpaceDE w:val="0"/>
              <w:autoSpaceDN w:val="0"/>
              <w:spacing w:line="235" w:lineRule="auto"/>
              <w:ind w:left="0" w:right="85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дежурства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на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>массовых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мероприятиях;</w:t>
            </w:r>
          </w:p>
          <w:p w14:paraId="6AFDF035" w14:textId="6D74C173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384"/>
              </w:tabs>
              <w:autoSpaceDE w:val="0"/>
              <w:autoSpaceDN w:val="0"/>
              <w:spacing w:line="235" w:lineRule="auto"/>
              <w:ind w:left="0" w:right="86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Проведение</w:t>
            </w:r>
            <w:r w:rsidRPr="00027D8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мероприятий</w:t>
            </w:r>
            <w:r w:rsidRPr="00027D8D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анти</w:t>
            </w:r>
            <w:r w:rsidRPr="00027D8D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экстремистской</w:t>
            </w:r>
            <w:proofErr w:type="gramEnd"/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направленности;</w:t>
            </w:r>
          </w:p>
          <w:p w14:paraId="2AF4FE9E" w14:textId="5E8B63F3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355"/>
              </w:tabs>
              <w:autoSpaceDE w:val="0"/>
              <w:autoSpaceDN w:val="0"/>
              <w:spacing w:before="3"/>
              <w:ind w:left="0" w:right="90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Проведение мероприятий по действию во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время 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чрезвычайных</w:t>
            </w:r>
            <w:proofErr w:type="gramEnd"/>
            <w:r w:rsidRPr="00027D8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ситуаций;</w:t>
            </w:r>
          </w:p>
          <w:p w14:paraId="13D8B377" w14:textId="77777777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393"/>
              </w:tabs>
              <w:autoSpaceDE w:val="0"/>
              <w:autoSpaceDN w:val="0"/>
              <w:spacing w:before="3" w:line="235" w:lineRule="auto"/>
              <w:ind w:left="0" w:right="84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мероприятиях</w:t>
            </w:r>
            <w:r w:rsidRPr="00027D8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профориентационной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направленности;</w:t>
            </w:r>
          </w:p>
          <w:p w14:paraId="7B699B51" w14:textId="77777777" w:rsidR="0081287E" w:rsidRPr="00027D8D" w:rsidRDefault="0081287E" w:rsidP="0081287E">
            <w:pPr>
              <w:widowControl w:val="0"/>
              <w:numPr>
                <w:ilvl w:val="0"/>
                <w:numId w:val="31"/>
              </w:numPr>
              <w:tabs>
                <w:tab w:val="left" w:pos="476"/>
              </w:tabs>
              <w:autoSpaceDE w:val="0"/>
              <w:autoSpaceDN w:val="0"/>
              <w:spacing w:before="3" w:line="275" w:lineRule="exact"/>
              <w:ind w:left="0" w:hanging="367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Оказание</w:t>
            </w:r>
            <w:r w:rsidRPr="00027D8D">
              <w:rPr>
                <w:rFonts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027D8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ремонте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школы;</w:t>
            </w:r>
          </w:p>
          <w:p w14:paraId="3F8B6A6F" w14:textId="1D787062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Освещение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отцов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сайте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школы</w:t>
            </w:r>
            <w:r w:rsidRPr="00027D8D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школьной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группе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ВК;</w:t>
            </w:r>
          </w:p>
        </w:tc>
        <w:tc>
          <w:tcPr>
            <w:tcW w:w="851" w:type="dxa"/>
          </w:tcPr>
          <w:p w14:paraId="627EF3AC" w14:textId="567F0805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134" w:type="dxa"/>
            <w:vAlign w:val="center"/>
          </w:tcPr>
          <w:p w14:paraId="3B56F509" w14:textId="12CB6CDF" w:rsidR="0081287E" w:rsidRPr="00027D8D" w:rsidRDefault="0081287E" w:rsidP="008128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3827" w:type="dxa"/>
          </w:tcPr>
          <w:p w14:paraId="12033529" w14:textId="6000E3CB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201B2609" w14:textId="77777777" w:rsidR="0081287E" w:rsidRPr="00027D8D" w:rsidRDefault="0081287E" w:rsidP="008128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4B57DA80" w14:textId="04D7B5B2" w:rsidTr="00CA74D2">
        <w:trPr>
          <w:jc w:val="center"/>
        </w:trPr>
        <w:tc>
          <w:tcPr>
            <w:tcW w:w="5473" w:type="dxa"/>
            <w:vAlign w:val="center"/>
          </w:tcPr>
          <w:p w14:paraId="42A0A54B" w14:textId="05F14E76" w:rsidR="00D15585" w:rsidRPr="001E42AA" w:rsidRDefault="00D15585">
            <w:pPr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1E42AA">
              <w:rPr>
                <w:rFonts w:cs="Times New Roman"/>
                <w:b/>
                <w:bCs/>
                <w:sz w:val="24"/>
                <w:szCs w:val="24"/>
              </w:rPr>
              <w:t>Родительский</w:t>
            </w:r>
            <w:proofErr w:type="spellEnd"/>
            <w:r w:rsidRPr="001E42A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="0081287E" w:rsidRPr="001E42AA">
              <w:rPr>
                <w:rFonts w:cs="Times New Roman"/>
                <w:b/>
                <w:bCs/>
                <w:sz w:val="24"/>
                <w:szCs w:val="24"/>
                <w:lang w:val="ru-RU"/>
              </w:rPr>
              <w:t>всеобуч</w:t>
            </w:r>
            <w:r w:rsidRPr="001E42AA">
              <w:rPr>
                <w:rFonts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1E42AA">
              <w:rPr>
                <w:rFonts w:cs="Times New Roman"/>
                <w:b/>
                <w:bCs/>
                <w:sz w:val="24"/>
                <w:szCs w:val="24"/>
              </w:rPr>
              <w:t>Воспитываем</w:t>
            </w:r>
            <w:proofErr w:type="spellEnd"/>
            <w:r w:rsidRPr="001E42A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E42AA">
              <w:rPr>
                <w:rFonts w:cs="Times New Roman"/>
                <w:b/>
                <w:bCs/>
                <w:sz w:val="24"/>
                <w:szCs w:val="24"/>
              </w:rPr>
              <w:t>вместе</w:t>
            </w:r>
            <w:proofErr w:type="spellEnd"/>
            <w:r w:rsidRPr="001E42AA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851" w:type="dxa"/>
            <w:vAlign w:val="center"/>
          </w:tcPr>
          <w:p w14:paraId="27F20491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0AA5EBBF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3827" w:type="dxa"/>
            <w:vAlign w:val="center"/>
          </w:tcPr>
          <w:p w14:paraId="1A51B34A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2289" w:type="dxa"/>
          </w:tcPr>
          <w:p w14:paraId="62621B25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1287E" w:rsidRPr="00027D8D" w14:paraId="56757ADF" w14:textId="77777777" w:rsidTr="0081287E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68D88BBB" w14:textId="0260D7BD" w:rsidR="0081287E" w:rsidRPr="00027D8D" w:rsidRDefault="0081287E" w:rsidP="0081287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родительского всеобуча</w:t>
            </w:r>
          </w:p>
        </w:tc>
      </w:tr>
      <w:tr w:rsidR="00EE01CA" w:rsidRPr="00027D8D" w14:paraId="5D8D6395" w14:textId="77777777" w:rsidTr="00CA74D2">
        <w:trPr>
          <w:jc w:val="center"/>
        </w:trPr>
        <w:tc>
          <w:tcPr>
            <w:tcW w:w="5473" w:type="dxa"/>
            <w:vAlign w:val="center"/>
          </w:tcPr>
          <w:p w14:paraId="42B21B2E" w14:textId="77777777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1. О методах воспитания</w:t>
            </w:r>
          </w:p>
          <w:p w14:paraId="3EF218DA" w14:textId="72A79CE1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(Собрание – презентация)</w:t>
            </w:r>
          </w:p>
        </w:tc>
        <w:tc>
          <w:tcPr>
            <w:tcW w:w="851" w:type="dxa"/>
            <w:vAlign w:val="center"/>
          </w:tcPr>
          <w:p w14:paraId="68B029DA" w14:textId="089C3FCD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4942750C" w14:textId="5E45FEBD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827" w:type="dxa"/>
          </w:tcPr>
          <w:p w14:paraId="159139EF" w14:textId="1EA87048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7F6840DD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7E6A0C8D" w14:textId="77777777" w:rsidTr="00CA74D2">
        <w:trPr>
          <w:jc w:val="center"/>
        </w:trPr>
        <w:tc>
          <w:tcPr>
            <w:tcW w:w="5473" w:type="dxa"/>
            <w:vAlign w:val="center"/>
          </w:tcPr>
          <w:p w14:paraId="2E60FF9B" w14:textId="77777777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 xml:space="preserve">2. Как научить ребенка жить в мире </w:t>
            </w:r>
          </w:p>
          <w:p w14:paraId="5A3AA743" w14:textId="77777777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людей. (Уроки жизни для детей и</w:t>
            </w:r>
          </w:p>
          <w:p w14:paraId="172F99E5" w14:textId="77777777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родителей)</w:t>
            </w:r>
          </w:p>
          <w:p w14:paraId="768A37F1" w14:textId="233A5568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Творческая работа «Портрет моего ребенка».</w:t>
            </w:r>
          </w:p>
        </w:tc>
        <w:tc>
          <w:tcPr>
            <w:tcW w:w="851" w:type="dxa"/>
            <w:vAlign w:val="center"/>
          </w:tcPr>
          <w:p w14:paraId="2F9101D4" w14:textId="6D48541E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68FFDD6E" w14:textId="0FC0AC6C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827" w:type="dxa"/>
          </w:tcPr>
          <w:p w14:paraId="3ADEC6BD" w14:textId="3EE84EE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0F7B0B38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7E619DB5" w14:textId="77777777" w:rsidTr="00CA74D2">
        <w:trPr>
          <w:jc w:val="center"/>
        </w:trPr>
        <w:tc>
          <w:tcPr>
            <w:tcW w:w="5473" w:type="dxa"/>
            <w:vAlign w:val="center"/>
          </w:tcPr>
          <w:p w14:paraId="315C0318" w14:textId="77777777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3. Значение памяти в интеллектуальном</w:t>
            </w:r>
          </w:p>
          <w:p w14:paraId="1259E4F7" w14:textId="0FEB3F64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развитии школьников</w:t>
            </w:r>
          </w:p>
        </w:tc>
        <w:tc>
          <w:tcPr>
            <w:tcW w:w="851" w:type="dxa"/>
            <w:vAlign w:val="center"/>
          </w:tcPr>
          <w:p w14:paraId="1DB19313" w14:textId="0ACFE90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40641459" w14:textId="0A775F95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827" w:type="dxa"/>
          </w:tcPr>
          <w:p w14:paraId="5A6D6901" w14:textId="7127B81A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326240ED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DAC3F28" w14:textId="77777777" w:rsidTr="00CA74D2">
        <w:trPr>
          <w:jc w:val="center"/>
        </w:trPr>
        <w:tc>
          <w:tcPr>
            <w:tcW w:w="5473" w:type="dxa"/>
            <w:vAlign w:val="center"/>
          </w:tcPr>
          <w:p w14:paraId="75320805" w14:textId="298DDBEF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 xml:space="preserve">4. Мотивация к обучению </w:t>
            </w:r>
            <w:proofErr w:type="gramStart"/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ребёнка..</w:t>
            </w:r>
            <w:proofErr w:type="gramEnd"/>
          </w:p>
        </w:tc>
        <w:tc>
          <w:tcPr>
            <w:tcW w:w="851" w:type="dxa"/>
            <w:vAlign w:val="center"/>
          </w:tcPr>
          <w:p w14:paraId="1B6A9C7B" w14:textId="652B7B32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6401ED7A" w14:textId="2E9787D6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39005682" w14:textId="1BCEA28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D03965C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0C10EC8F" w14:textId="77777777" w:rsidTr="00CA74D2">
        <w:trPr>
          <w:jc w:val="center"/>
        </w:trPr>
        <w:tc>
          <w:tcPr>
            <w:tcW w:w="5473" w:type="dxa"/>
            <w:vAlign w:val="center"/>
          </w:tcPr>
          <w:p w14:paraId="2CBD8590" w14:textId="77777777" w:rsidR="00EE01CA" w:rsidRPr="003E23BF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1. Особенности учебно-воспитательного</w:t>
            </w:r>
          </w:p>
          <w:p w14:paraId="7DB9B435" w14:textId="77777777" w:rsidR="00EE01CA" w:rsidRPr="003E23BF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процесса в условиях перехода</w:t>
            </w:r>
          </w:p>
          <w:p w14:paraId="6FECA872" w14:textId="10B04DAC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 xml:space="preserve">учащихся в основную школу. </w:t>
            </w:r>
            <w:proofErr w:type="spellStart"/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Психогимнастическое</w:t>
            </w:r>
            <w:proofErr w:type="spellEnd"/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 xml:space="preserve"> упражнение «Передай эмоцию»</w:t>
            </w:r>
          </w:p>
        </w:tc>
        <w:tc>
          <w:tcPr>
            <w:tcW w:w="851" w:type="dxa"/>
            <w:vAlign w:val="center"/>
          </w:tcPr>
          <w:p w14:paraId="6506FE85" w14:textId="4ACFB6D9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14:paraId="585F1DBD" w14:textId="3718ABA5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</w:tcPr>
          <w:p w14:paraId="5404CB4D" w14:textId="613DC9DE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6F83B89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B6A7F48" w14:textId="77777777" w:rsidTr="00CA74D2">
        <w:trPr>
          <w:jc w:val="center"/>
        </w:trPr>
        <w:tc>
          <w:tcPr>
            <w:tcW w:w="5473" w:type="dxa"/>
            <w:vAlign w:val="center"/>
          </w:tcPr>
          <w:p w14:paraId="227CA999" w14:textId="56A06C5E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2. Слагаемые успешного обучения. Как правильно общаться.</w:t>
            </w:r>
          </w:p>
        </w:tc>
        <w:tc>
          <w:tcPr>
            <w:tcW w:w="851" w:type="dxa"/>
            <w:vAlign w:val="center"/>
          </w:tcPr>
          <w:p w14:paraId="23830FE0" w14:textId="1DA681EB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14:paraId="7604CE2D" w14:textId="487D9A47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827" w:type="dxa"/>
          </w:tcPr>
          <w:p w14:paraId="31669154" w14:textId="1A7625AA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46E21C75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20FE07B9" w14:textId="77777777" w:rsidTr="00CA74D2">
        <w:trPr>
          <w:jc w:val="center"/>
        </w:trPr>
        <w:tc>
          <w:tcPr>
            <w:tcW w:w="5473" w:type="dxa"/>
            <w:vAlign w:val="center"/>
          </w:tcPr>
          <w:p w14:paraId="5E206353" w14:textId="50726E6C" w:rsidR="00EE01CA" w:rsidRPr="00027D8D" w:rsidRDefault="00EE01CA" w:rsidP="00EE01CA">
            <w:pPr>
              <w:pStyle w:val="ae"/>
              <w:numPr>
                <w:ilvl w:val="0"/>
                <w:numId w:val="30"/>
              </w:numPr>
              <w:ind w:left="0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Приоритеты семейного воспитания.</w:t>
            </w:r>
          </w:p>
          <w:p w14:paraId="4558BD12" w14:textId="77777777" w:rsidR="00EE01CA" w:rsidRPr="003E23BF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4. Средства коммуникации в</w:t>
            </w:r>
          </w:p>
          <w:p w14:paraId="785A226B" w14:textId="77777777" w:rsidR="00EE01CA" w:rsidRPr="003E23BF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современном информационном</w:t>
            </w:r>
          </w:p>
          <w:p w14:paraId="373CB75E" w14:textId="636A246B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пространстве: плюсы и минусы.</w:t>
            </w:r>
          </w:p>
        </w:tc>
        <w:tc>
          <w:tcPr>
            <w:tcW w:w="851" w:type="dxa"/>
            <w:vAlign w:val="center"/>
          </w:tcPr>
          <w:p w14:paraId="2F53575C" w14:textId="17D2DB1B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14:paraId="2B4B1F78" w14:textId="15947E9F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827" w:type="dxa"/>
          </w:tcPr>
          <w:p w14:paraId="7C02F729" w14:textId="418FA055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18D0E56B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C7FFBE4" w14:textId="77777777" w:rsidTr="00CA74D2">
        <w:trPr>
          <w:jc w:val="center"/>
        </w:trPr>
        <w:tc>
          <w:tcPr>
            <w:tcW w:w="5473" w:type="dxa"/>
            <w:vAlign w:val="center"/>
          </w:tcPr>
          <w:p w14:paraId="2B4549E5" w14:textId="77777777" w:rsidR="00EE01CA" w:rsidRPr="003E23BF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5. Итоги учебно-воспитательного</w:t>
            </w:r>
          </w:p>
          <w:p w14:paraId="2D3CBC4F" w14:textId="7A0407A4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3E23BF">
              <w:rPr>
                <w:rFonts w:eastAsia="Calibri" w:cs="Times New Roman"/>
                <w:sz w:val="24"/>
                <w:szCs w:val="24"/>
                <w:lang w:val="ru-RU"/>
              </w:rPr>
              <w:t>процесса за прошедший учебный год</w:t>
            </w:r>
          </w:p>
        </w:tc>
        <w:tc>
          <w:tcPr>
            <w:tcW w:w="851" w:type="dxa"/>
            <w:vAlign w:val="center"/>
          </w:tcPr>
          <w:p w14:paraId="0E10E1A4" w14:textId="0F2C6045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14:paraId="38AD1A3C" w14:textId="7CCA51A8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827" w:type="dxa"/>
          </w:tcPr>
          <w:p w14:paraId="63D4387A" w14:textId="3E06B1D9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F878180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2284A6E6" w14:textId="77777777" w:rsidTr="00CA74D2">
        <w:trPr>
          <w:jc w:val="center"/>
        </w:trPr>
        <w:tc>
          <w:tcPr>
            <w:tcW w:w="5473" w:type="dxa"/>
            <w:vAlign w:val="center"/>
          </w:tcPr>
          <w:p w14:paraId="66E0E39A" w14:textId="76B5FCA5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lastRenderedPageBreak/>
              <w:t>1. Внимание, подростковый возраст!</w:t>
            </w:r>
          </w:p>
        </w:tc>
        <w:tc>
          <w:tcPr>
            <w:tcW w:w="851" w:type="dxa"/>
            <w:vAlign w:val="center"/>
          </w:tcPr>
          <w:p w14:paraId="5C886B4D" w14:textId="1E48B148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14:paraId="78895970" w14:textId="3CE5B1C2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</w:tcPr>
          <w:p w14:paraId="4839102E" w14:textId="21E1AAED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02E7D2A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02A8BFA" w14:textId="77777777" w:rsidTr="00CA74D2">
        <w:trPr>
          <w:jc w:val="center"/>
        </w:trPr>
        <w:tc>
          <w:tcPr>
            <w:tcW w:w="5473" w:type="dxa"/>
            <w:vAlign w:val="center"/>
          </w:tcPr>
          <w:p w14:paraId="406A8FA8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2. Компьютер в жизни школьника.</w:t>
            </w:r>
          </w:p>
          <w:p w14:paraId="210AABD1" w14:textId="5007266C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Подросток и гаджеты.</w:t>
            </w:r>
          </w:p>
        </w:tc>
        <w:tc>
          <w:tcPr>
            <w:tcW w:w="851" w:type="dxa"/>
            <w:vAlign w:val="center"/>
          </w:tcPr>
          <w:p w14:paraId="316E2201" w14:textId="65C5CDC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14:paraId="691B593A" w14:textId="52E13964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827" w:type="dxa"/>
          </w:tcPr>
          <w:p w14:paraId="593AF03E" w14:textId="6966F873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451F6320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4BCDF3C0" w14:textId="77777777" w:rsidTr="00CA74D2">
        <w:trPr>
          <w:jc w:val="center"/>
        </w:trPr>
        <w:tc>
          <w:tcPr>
            <w:tcW w:w="5473" w:type="dxa"/>
            <w:vAlign w:val="center"/>
          </w:tcPr>
          <w:p w14:paraId="72C2951D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3. Положительные эмоции и их</w:t>
            </w:r>
          </w:p>
          <w:p w14:paraId="071ADDE4" w14:textId="2DDF62E3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значение в жизни человека</w:t>
            </w:r>
          </w:p>
        </w:tc>
        <w:tc>
          <w:tcPr>
            <w:tcW w:w="851" w:type="dxa"/>
            <w:vAlign w:val="center"/>
          </w:tcPr>
          <w:p w14:paraId="2CBF2116" w14:textId="7074351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14:paraId="3B6517BE" w14:textId="256389F8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827" w:type="dxa"/>
          </w:tcPr>
          <w:p w14:paraId="304CAA31" w14:textId="2E563004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0829EF4C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3FE90F4F" w14:textId="77777777" w:rsidTr="00CA74D2">
        <w:trPr>
          <w:jc w:val="center"/>
        </w:trPr>
        <w:tc>
          <w:tcPr>
            <w:tcW w:w="5473" w:type="dxa"/>
            <w:vAlign w:val="center"/>
          </w:tcPr>
          <w:p w14:paraId="6CDF85AD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4. А мамины глаза всегда глядят с</w:t>
            </w:r>
          </w:p>
          <w:p w14:paraId="0C039853" w14:textId="17F5E963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волнение за нами.</w:t>
            </w:r>
          </w:p>
        </w:tc>
        <w:tc>
          <w:tcPr>
            <w:tcW w:w="851" w:type="dxa"/>
            <w:vAlign w:val="center"/>
          </w:tcPr>
          <w:p w14:paraId="00F74E72" w14:textId="35259F7A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14:paraId="2A8917EC" w14:textId="76B0C45C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827" w:type="dxa"/>
          </w:tcPr>
          <w:p w14:paraId="68678E87" w14:textId="3B7CD3EF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67D3B58F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152D599C" w14:textId="77777777" w:rsidTr="00CA74D2">
        <w:trPr>
          <w:jc w:val="center"/>
        </w:trPr>
        <w:tc>
          <w:tcPr>
            <w:tcW w:w="5473" w:type="dxa"/>
            <w:vAlign w:val="center"/>
          </w:tcPr>
          <w:p w14:paraId="44AC7EA0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1. Возрастные особенности</w:t>
            </w:r>
          </w:p>
          <w:p w14:paraId="2882A19C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восьмиклассников: проблемы,</w:t>
            </w:r>
          </w:p>
          <w:p w14:paraId="367E9D36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внешние внутренние конфликты,</w:t>
            </w:r>
          </w:p>
          <w:p w14:paraId="3261FBA8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отношение к учебе. Способы их</w:t>
            </w:r>
          </w:p>
          <w:p w14:paraId="1DBE1127" w14:textId="2036C274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преодоления.</w:t>
            </w:r>
          </w:p>
        </w:tc>
        <w:tc>
          <w:tcPr>
            <w:tcW w:w="851" w:type="dxa"/>
            <w:vAlign w:val="center"/>
          </w:tcPr>
          <w:p w14:paraId="1FA4D412" w14:textId="7F63E95A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11687448" w14:textId="375C1BDD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</w:tcPr>
          <w:p w14:paraId="6F41BB68" w14:textId="3EDB406E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47BF6909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4A7BF4FB" w14:textId="77777777" w:rsidTr="00CA74D2">
        <w:trPr>
          <w:jc w:val="center"/>
        </w:trPr>
        <w:tc>
          <w:tcPr>
            <w:tcW w:w="5473" w:type="dxa"/>
            <w:vAlign w:val="center"/>
          </w:tcPr>
          <w:p w14:paraId="06532F23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2. Развитие самосознания и адекватной</w:t>
            </w:r>
          </w:p>
          <w:p w14:paraId="49026612" w14:textId="3DF5C0E5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самооценки подростка.</w:t>
            </w:r>
          </w:p>
        </w:tc>
        <w:tc>
          <w:tcPr>
            <w:tcW w:w="851" w:type="dxa"/>
            <w:vAlign w:val="center"/>
          </w:tcPr>
          <w:p w14:paraId="7C128E3D" w14:textId="36FC2053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6EE7A1DC" w14:textId="63A5AF85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827" w:type="dxa"/>
          </w:tcPr>
          <w:p w14:paraId="47395DBF" w14:textId="7C43962C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7ECE46B8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5E15B938" w14:textId="77777777" w:rsidTr="00CA74D2">
        <w:trPr>
          <w:jc w:val="center"/>
        </w:trPr>
        <w:tc>
          <w:tcPr>
            <w:tcW w:w="5473" w:type="dxa"/>
            <w:vAlign w:val="center"/>
          </w:tcPr>
          <w:p w14:paraId="76C48F6F" w14:textId="04EFA2FD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3. Правовое воспитание в семье январь</w:t>
            </w:r>
          </w:p>
        </w:tc>
        <w:tc>
          <w:tcPr>
            <w:tcW w:w="851" w:type="dxa"/>
            <w:vAlign w:val="center"/>
          </w:tcPr>
          <w:p w14:paraId="6DBF96F3" w14:textId="0170E919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6A0ECB68" w14:textId="664B7108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827" w:type="dxa"/>
          </w:tcPr>
          <w:p w14:paraId="549E3A9C" w14:textId="47E50A7F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53B46BE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3A2A947A" w14:textId="77777777" w:rsidTr="00CA74D2">
        <w:trPr>
          <w:jc w:val="center"/>
        </w:trPr>
        <w:tc>
          <w:tcPr>
            <w:tcW w:w="5473" w:type="dxa"/>
            <w:vAlign w:val="center"/>
          </w:tcPr>
          <w:p w14:paraId="65F4A16E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4. Традиции семьи во</w:t>
            </w:r>
          </w:p>
          <w:p w14:paraId="74E1F87C" w14:textId="77777777" w:rsidR="00EE01CA" w:rsidRPr="00754E9E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754E9E">
              <w:rPr>
                <w:rFonts w:eastAsia="Calibri" w:cs="Times New Roman"/>
                <w:sz w:val="24"/>
                <w:szCs w:val="24"/>
                <w:lang w:val="ru-RU"/>
              </w:rPr>
              <w:t>взаимоотношениях мужчины и</w:t>
            </w:r>
          </w:p>
          <w:p w14:paraId="7DDB6937" w14:textId="1C06B319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женщины.</w:t>
            </w:r>
          </w:p>
        </w:tc>
        <w:tc>
          <w:tcPr>
            <w:tcW w:w="851" w:type="dxa"/>
            <w:vAlign w:val="center"/>
          </w:tcPr>
          <w:p w14:paraId="65604DE7" w14:textId="63AB087F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3A99788D" w14:textId="773C3970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827" w:type="dxa"/>
          </w:tcPr>
          <w:p w14:paraId="2CB286B3" w14:textId="38D0955C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7E653D2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764A2BD4" w14:textId="77777777" w:rsidTr="00CA74D2">
        <w:trPr>
          <w:jc w:val="center"/>
        </w:trPr>
        <w:tc>
          <w:tcPr>
            <w:tcW w:w="5473" w:type="dxa"/>
            <w:vAlign w:val="center"/>
          </w:tcPr>
          <w:p w14:paraId="131EA4EC" w14:textId="1F2FF7D5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EE01CA">
              <w:rPr>
                <w:rFonts w:eastAsia="Calibri" w:cs="Times New Roman"/>
                <w:sz w:val="24"/>
                <w:szCs w:val="24"/>
                <w:lang w:val="ru-RU"/>
              </w:rPr>
              <w:t xml:space="preserve">1. Подготовка учащихся к </w:t>
            </w:r>
            <w:proofErr w:type="gramStart"/>
            <w:r w:rsidRPr="00EE01CA">
              <w:rPr>
                <w:rFonts w:eastAsia="Calibri" w:cs="Times New Roman"/>
                <w:sz w:val="24"/>
                <w:szCs w:val="24"/>
                <w:lang w:val="ru-RU"/>
              </w:rPr>
              <w:t>экзаменам .</w:t>
            </w:r>
            <w:proofErr w:type="gramEnd"/>
          </w:p>
        </w:tc>
        <w:tc>
          <w:tcPr>
            <w:tcW w:w="851" w:type="dxa"/>
            <w:vAlign w:val="center"/>
          </w:tcPr>
          <w:p w14:paraId="19A9B8EB" w14:textId="3371D49E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</w:tcPr>
          <w:p w14:paraId="1F27D847" w14:textId="266CB96D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</w:tcPr>
          <w:p w14:paraId="56A0EB84" w14:textId="34FEC17D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76780AFB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46C01CBF" w14:textId="77777777" w:rsidTr="00CA74D2">
        <w:trPr>
          <w:jc w:val="center"/>
        </w:trPr>
        <w:tc>
          <w:tcPr>
            <w:tcW w:w="5473" w:type="dxa"/>
            <w:vAlign w:val="center"/>
          </w:tcPr>
          <w:p w14:paraId="3593EAF4" w14:textId="77777777" w:rsidR="00EE01CA" w:rsidRPr="00EE01CA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EE01CA">
              <w:rPr>
                <w:rFonts w:eastAsia="Calibri" w:cs="Times New Roman"/>
                <w:sz w:val="24"/>
                <w:szCs w:val="24"/>
                <w:lang w:val="ru-RU"/>
              </w:rPr>
              <w:t>2. Склонности и интересы подростков в</w:t>
            </w:r>
          </w:p>
          <w:p w14:paraId="7A481DC7" w14:textId="0E437A01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EE01CA">
              <w:rPr>
                <w:rFonts w:eastAsia="Calibri" w:cs="Times New Roman"/>
                <w:sz w:val="24"/>
                <w:szCs w:val="24"/>
                <w:lang w:val="ru-RU"/>
              </w:rPr>
              <w:t>выборе профессии.</w:t>
            </w:r>
          </w:p>
        </w:tc>
        <w:tc>
          <w:tcPr>
            <w:tcW w:w="851" w:type="dxa"/>
            <w:vAlign w:val="center"/>
          </w:tcPr>
          <w:p w14:paraId="3BAB63D0" w14:textId="2AA9438D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</w:tcPr>
          <w:p w14:paraId="3920FA9B" w14:textId="341244F8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827" w:type="dxa"/>
          </w:tcPr>
          <w:p w14:paraId="413AD032" w14:textId="2C51B4CC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0851D75F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469C90E" w14:textId="77777777" w:rsidTr="00CA74D2">
        <w:trPr>
          <w:jc w:val="center"/>
        </w:trPr>
        <w:tc>
          <w:tcPr>
            <w:tcW w:w="5473" w:type="dxa"/>
            <w:vAlign w:val="center"/>
          </w:tcPr>
          <w:p w14:paraId="4C636F83" w14:textId="77777777" w:rsidR="00EE01CA" w:rsidRPr="00EE01CA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EE01CA">
              <w:rPr>
                <w:rFonts w:eastAsia="Calibri" w:cs="Times New Roman"/>
                <w:sz w:val="24"/>
                <w:szCs w:val="24"/>
                <w:lang w:val="ru-RU"/>
              </w:rPr>
              <w:t>3. Как снять предэкзаменационную</w:t>
            </w:r>
          </w:p>
          <w:p w14:paraId="61288F8F" w14:textId="4DAC20C0" w:rsidR="00EE01CA" w:rsidRPr="00027D8D" w:rsidRDefault="00EE01CA" w:rsidP="00EE01CA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EE01CA">
              <w:rPr>
                <w:rFonts w:eastAsia="Calibri" w:cs="Times New Roman"/>
                <w:sz w:val="24"/>
                <w:szCs w:val="24"/>
                <w:lang w:val="ru-RU"/>
              </w:rPr>
              <w:t>тревожность у детей.</w:t>
            </w:r>
          </w:p>
        </w:tc>
        <w:tc>
          <w:tcPr>
            <w:tcW w:w="851" w:type="dxa"/>
            <w:vAlign w:val="center"/>
          </w:tcPr>
          <w:p w14:paraId="6C183DEF" w14:textId="3A912F4C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</w:tcPr>
          <w:p w14:paraId="790CE39F" w14:textId="3BECA4AD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827" w:type="dxa"/>
          </w:tcPr>
          <w:p w14:paraId="7E8536E1" w14:textId="5591CE86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57975A23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E01CA" w:rsidRPr="00027D8D" w14:paraId="6991699A" w14:textId="77777777" w:rsidTr="00CA74D2">
        <w:trPr>
          <w:jc w:val="center"/>
        </w:trPr>
        <w:tc>
          <w:tcPr>
            <w:tcW w:w="5473" w:type="dxa"/>
            <w:vAlign w:val="center"/>
          </w:tcPr>
          <w:p w14:paraId="34E22D06" w14:textId="7B87421E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4. Жизненные цели подростка.</w:t>
            </w:r>
          </w:p>
        </w:tc>
        <w:tc>
          <w:tcPr>
            <w:tcW w:w="851" w:type="dxa"/>
            <w:vAlign w:val="center"/>
          </w:tcPr>
          <w:p w14:paraId="63E61A97" w14:textId="6ED03D7D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</w:tcPr>
          <w:p w14:paraId="0D9703C7" w14:textId="00765EBD" w:rsidR="00EE01CA" w:rsidRPr="00027D8D" w:rsidRDefault="00EE01CA" w:rsidP="00EE01C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827" w:type="dxa"/>
          </w:tcPr>
          <w:p w14:paraId="75789280" w14:textId="55ACD168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289" w:type="dxa"/>
          </w:tcPr>
          <w:p w14:paraId="2D9934F5" w14:textId="77777777" w:rsidR="00EE01CA" w:rsidRPr="00027D8D" w:rsidRDefault="00EE01CA" w:rsidP="00EE01C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44AC39C3" w14:textId="68B83E18" w:rsidTr="00CA74D2">
        <w:trPr>
          <w:jc w:val="center"/>
        </w:trPr>
        <w:tc>
          <w:tcPr>
            <w:tcW w:w="5473" w:type="dxa"/>
            <w:vAlign w:val="center"/>
          </w:tcPr>
          <w:p w14:paraId="04663852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Индивидуальные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консультации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специалистов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сопровождения</w:t>
            </w:r>
            <w:proofErr w:type="spellEnd"/>
          </w:p>
        </w:tc>
        <w:tc>
          <w:tcPr>
            <w:tcW w:w="851" w:type="dxa"/>
            <w:vAlign w:val="center"/>
          </w:tcPr>
          <w:p w14:paraId="608B50C4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5BA66B2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3827" w:type="dxa"/>
            <w:vAlign w:val="center"/>
          </w:tcPr>
          <w:p w14:paraId="1A68E1D4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Педагог-психолог; социальный педагог; учитель-логопед</w:t>
            </w:r>
          </w:p>
        </w:tc>
        <w:tc>
          <w:tcPr>
            <w:tcW w:w="2289" w:type="dxa"/>
          </w:tcPr>
          <w:p w14:paraId="7F330EE2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607AE852" w14:textId="64CEF114" w:rsidTr="00CA74D2">
        <w:trPr>
          <w:jc w:val="center"/>
        </w:trPr>
        <w:tc>
          <w:tcPr>
            <w:tcW w:w="5473" w:type="dxa"/>
            <w:vAlign w:val="center"/>
          </w:tcPr>
          <w:p w14:paraId="1E30CD13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Семейные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творческие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мастерские</w:t>
            </w:r>
            <w:proofErr w:type="spellEnd"/>
          </w:p>
        </w:tc>
        <w:tc>
          <w:tcPr>
            <w:tcW w:w="851" w:type="dxa"/>
            <w:vAlign w:val="center"/>
          </w:tcPr>
          <w:p w14:paraId="51382692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722C929E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3827" w:type="dxa"/>
            <w:vAlign w:val="center"/>
          </w:tcPr>
          <w:p w14:paraId="3301A099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2289" w:type="dxa"/>
          </w:tcPr>
          <w:p w14:paraId="72038B91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D318BF" w14:paraId="0D4AA6DF" w14:textId="0D0E2AD2" w:rsidTr="00CA74D2">
        <w:trPr>
          <w:jc w:val="center"/>
        </w:trPr>
        <w:tc>
          <w:tcPr>
            <w:tcW w:w="5473" w:type="dxa"/>
            <w:vAlign w:val="center"/>
          </w:tcPr>
          <w:p w14:paraId="662F6A5A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Семейный спортивный праздник «Вместе сильнее»</w:t>
            </w:r>
          </w:p>
        </w:tc>
        <w:tc>
          <w:tcPr>
            <w:tcW w:w="851" w:type="dxa"/>
            <w:vAlign w:val="center"/>
          </w:tcPr>
          <w:p w14:paraId="440FF35C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32F7E325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года</w:t>
            </w:r>
            <w:proofErr w:type="spellEnd"/>
          </w:p>
        </w:tc>
        <w:tc>
          <w:tcPr>
            <w:tcW w:w="3827" w:type="dxa"/>
            <w:vAlign w:val="center"/>
          </w:tcPr>
          <w:p w14:paraId="6AD1CA4C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Учитель физической культуры; классные руководители</w:t>
            </w:r>
          </w:p>
        </w:tc>
        <w:tc>
          <w:tcPr>
            <w:tcW w:w="2289" w:type="dxa"/>
          </w:tcPr>
          <w:p w14:paraId="738D788D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188194F3" w14:textId="1556B741" w:rsidTr="00CA74D2">
        <w:trPr>
          <w:jc w:val="center"/>
        </w:trPr>
        <w:tc>
          <w:tcPr>
            <w:tcW w:w="5473" w:type="dxa"/>
            <w:vAlign w:val="center"/>
          </w:tcPr>
          <w:p w14:paraId="03F063CD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Просветительская встреча «Безопасность ребёнка в цифровой среде»</w:t>
            </w:r>
          </w:p>
        </w:tc>
        <w:tc>
          <w:tcPr>
            <w:tcW w:w="851" w:type="dxa"/>
            <w:vAlign w:val="center"/>
          </w:tcPr>
          <w:p w14:paraId="38315816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580D08B3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827" w:type="dxa"/>
            <w:vAlign w:val="center"/>
          </w:tcPr>
          <w:p w14:paraId="0713AA8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педагог-психолог</w:t>
            </w:r>
          </w:p>
        </w:tc>
        <w:tc>
          <w:tcPr>
            <w:tcW w:w="2289" w:type="dxa"/>
          </w:tcPr>
          <w:p w14:paraId="3AC1002C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D318BF" w14:paraId="7773DE8F" w14:textId="19305D5F" w:rsidTr="00CA74D2">
        <w:trPr>
          <w:jc w:val="center"/>
        </w:trPr>
        <w:tc>
          <w:tcPr>
            <w:tcW w:w="5473" w:type="dxa"/>
            <w:vAlign w:val="center"/>
          </w:tcPr>
          <w:p w14:paraId="3E3BDF95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Родительский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контроль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организации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питания</w:t>
            </w:r>
            <w:proofErr w:type="spellEnd"/>
          </w:p>
        </w:tc>
        <w:tc>
          <w:tcPr>
            <w:tcW w:w="851" w:type="dxa"/>
            <w:vAlign w:val="center"/>
          </w:tcPr>
          <w:p w14:paraId="19FD1E8A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1E894B95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утверждённому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3827" w:type="dxa"/>
            <w:vAlign w:val="center"/>
          </w:tcPr>
          <w:p w14:paraId="1425567E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работник школы; представители родителей — по согласованию</w:t>
            </w:r>
          </w:p>
        </w:tc>
        <w:tc>
          <w:tcPr>
            <w:tcW w:w="2289" w:type="dxa"/>
          </w:tcPr>
          <w:p w14:paraId="6F7AC0A1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0FD74E55" w14:textId="533CC664" w:rsidTr="00CA74D2">
        <w:trPr>
          <w:jc w:val="center"/>
        </w:trPr>
        <w:tc>
          <w:tcPr>
            <w:tcW w:w="5473" w:type="dxa"/>
            <w:vAlign w:val="center"/>
          </w:tcPr>
          <w:p w14:paraId="332E1C65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родителей в экскурсиях, проектах и воспитательных событиях</w:t>
            </w:r>
          </w:p>
        </w:tc>
        <w:tc>
          <w:tcPr>
            <w:tcW w:w="851" w:type="dxa"/>
            <w:vAlign w:val="center"/>
          </w:tcPr>
          <w:p w14:paraId="0B041FB1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134" w:type="dxa"/>
            <w:vAlign w:val="center"/>
          </w:tcPr>
          <w:p w14:paraId="38408A57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года, добровольно и по согласованию</w:t>
            </w:r>
          </w:p>
        </w:tc>
        <w:tc>
          <w:tcPr>
            <w:tcW w:w="3827" w:type="dxa"/>
            <w:vAlign w:val="center"/>
          </w:tcPr>
          <w:p w14:paraId="1F07F88F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289" w:type="dxa"/>
          </w:tcPr>
          <w:p w14:paraId="5D93C55D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14074" w:rsidRPr="00027D8D" w14:paraId="55CA13E0" w14:textId="77777777" w:rsidTr="00314074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60A39E32" w14:textId="77777777" w:rsidR="00314074" w:rsidRPr="00027D8D" w:rsidRDefault="00314074" w:rsidP="00314074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14:paraId="7A66D36E" w14:textId="7F7257EA" w:rsidR="00314074" w:rsidRPr="00027D8D" w:rsidRDefault="00314074" w:rsidP="00314074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Профилактическая работа с родителями по предупреждению ДДТТ</w:t>
            </w:r>
          </w:p>
        </w:tc>
      </w:tr>
      <w:tr w:rsidR="00514851" w:rsidRPr="00027D8D" w14:paraId="057630C3" w14:textId="77777777" w:rsidTr="00514851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580CFDEC" w14:textId="637D768A" w:rsidR="00514851" w:rsidRPr="00027D8D" w:rsidRDefault="00514851" w:rsidP="00514851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План работы</w:t>
            </w:r>
          </w:p>
        </w:tc>
      </w:tr>
      <w:tr w:rsidR="00495EA8" w:rsidRPr="00D318BF" w14:paraId="3F17DE21" w14:textId="77777777" w:rsidTr="00CA74D2">
        <w:trPr>
          <w:jc w:val="center"/>
        </w:trPr>
        <w:tc>
          <w:tcPr>
            <w:tcW w:w="5473" w:type="dxa"/>
          </w:tcPr>
          <w:p w14:paraId="18B4C7F7" w14:textId="6DA979ED" w:rsidR="00495EA8" w:rsidRPr="00027D8D" w:rsidRDefault="00495EA8" w:rsidP="00495EA8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Разработка и изготовление безопасных маршрутов движения от школы и обратно для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обучающихся .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Дом-школа-дом. </w:t>
            </w:r>
          </w:p>
        </w:tc>
        <w:tc>
          <w:tcPr>
            <w:tcW w:w="851" w:type="dxa"/>
          </w:tcPr>
          <w:p w14:paraId="6A681DDA" w14:textId="5D6F12CB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</w:tcPr>
          <w:p w14:paraId="374E2D35" w14:textId="6B22088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</w:tcPr>
          <w:p w14:paraId="13AE0488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4D290B24" w14:textId="15F0859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2289" w:type="dxa"/>
          </w:tcPr>
          <w:p w14:paraId="3A9D4975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58F1185D" w14:textId="77777777" w:rsidTr="00CA74D2">
        <w:trPr>
          <w:jc w:val="center"/>
        </w:trPr>
        <w:tc>
          <w:tcPr>
            <w:tcW w:w="5473" w:type="dxa"/>
          </w:tcPr>
          <w:p w14:paraId="5B03B8B8" w14:textId="19B775DB" w:rsidR="00495EA8" w:rsidRPr="00027D8D" w:rsidRDefault="00495EA8" w:rsidP="00495EA8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Выпуск буклетов для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родителей  "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Детям - ваше внимание и заботу"</w:t>
            </w:r>
          </w:p>
        </w:tc>
        <w:tc>
          <w:tcPr>
            <w:tcW w:w="851" w:type="dxa"/>
          </w:tcPr>
          <w:p w14:paraId="38D248BB" w14:textId="0930E17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</w:tcPr>
          <w:p w14:paraId="763CF842" w14:textId="47419D7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3827" w:type="dxa"/>
          </w:tcPr>
          <w:p w14:paraId="3B42AD21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</w:p>
          <w:p w14:paraId="07F8AF19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  <w:p w14:paraId="1C0D0360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289" w:type="dxa"/>
          </w:tcPr>
          <w:p w14:paraId="3A47360B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354B351F" w14:textId="77777777" w:rsidTr="00CA74D2">
        <w:trPr>
          <w:jc w:val="center"/>
        </w:trPr>
        <w:tc>
          <w:tcPr>
            <w:tcW w:w="5473" w:type="dxa"/>
          </w:tcPr>
          <w:p w14:paraId="2E3116AB" w14:textId="4F0FDD41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Родительское собрание для обучающихся го класса.</w:t>
            </w:r>
          </w:p>
          <w:p w14:paraId="32E006DF" w14:textId="2C3F7C3C" w:rsidR="00495EA8" w:rsidRPr="00027D8D" w:rsidRDefault="00495EA8" w:rsidP="00495EA8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Включение в повестку вопросов по предупреждению правонарушений несовершеннолетними в сфере дорожного движения, привитие навыков безопасного поведения детей на улицах и дорогах</w:t>
            </w:r>
          </w:p>
        </w:tc>
        <w:tc>
          <w:tcPr>
            <w:tcW w:w="851" w:type="dxa"/>
          </w:tcPr>
          <w:p w14:paraId="57745A93" w14:textId="33478042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</w:tcPr>
          <w:p w14:paraId="25C390C5" w14:textId="6A61F8F8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827" w:type="dxa"/>
          </w:tcPr>
          <w:p w14:paraId="5A95A776" w14:textId="4B992659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Классный руководитель, Зам. директора по ВР, инспектор Госавтоинспекции</w:t>
            </w:r>
          </w:p>
        </w:tc>
        <w:tc>
          <w:tcPr>
            <w:tcW w:w="2289" w:type="dxa"/>
          </w:tcPr>
          <w:p w14:paraId="3A46482A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11B09D71" w14:textId="77777777" w:rsidTr="00CA74D2">
        <w:trPr>
          <w:jc w:val="center"/>
        </w:trPr>
        <w:tc>
          <w:tcPr>
            <w:tcW w:w="5473" w:type="dxa"/>
          </w:tcPr>
          <w:p w14:paraId="1A8DC2AC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Родительские собрания:</w:t>
            </w:r>
          </w:p>
          <w:p w14:paraId="4B71EECA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Акция "Внимание, дети!" </w:t>
            </w:r>
          </w:p>
          <w:p w14:paraId="6CE29EF6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Комплексная безопасность в начале учебного года.</w:t>
            </w:r>
          </w:p>
          <w:p w14:paraId="4CF92C91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- профилактика детского дорожно-транспортного травматизма и роль родителей в воспитании транспортной культуры и роли личного примера для детей в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соблюдении  правил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дорожного движения</w:t>
            </w:r>
          </w:p>
          <w:p w14:paraId="2EDEAE43" w14:textId="0E2F916B" w:rsidR="00495EA8" w:rsidRPr="00027D8D" w:rsidRDefault="00495EA8" w:rsidP="00495EA8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- типичные опасные дорожные ситуации для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пешехода,   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формы и методы их изучения в семье; использование ремней безопасности во время движения в автомобиле</w:t>
            </w:r>
          </w:p>
        </w:tc>
        <w:tc>
          <w:tcPr>
            <w:tcW w:w="851" w:type="dxa"/>
          </w:tcPr>
          <w:p w14:paraId="2FD01011" w14:textId="59102384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134" w:type="dxa"/>
          </w:tcPr>
          <w:p w14:paraId="5C0519D7" w14:textId="4D60FF85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827" w:type="dxa"/>
          </w:tcPr>
          <w:p w14:paraId="1D376D55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 ВР, </w:t>
            </w:r>
          </w:p>
          <w:p w14:paraId="726A0B73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педагог - организатор,</w:t>
            </w:r>
          </w:p>
          <w:p w14:paraId="6946361B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 Госавтоинспекции</w:t>
            </w:r>
          </w:p>
          <w:p w14:paraId="4ABD39C0" w14:textId="4596A969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2289" w:type="dxa"/>
          </w:tcPr>
          <w:p w14:paraId="585D6320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D607E" w:rsidRPr="00027D8D" w14:paraId="2F5ECEF8" w14:textId="77777777" w:rsidTr="000A3186">
        <w:trPr>
          <w:jc w:val="center"/>
        </w:trPr>
        <w:tc>
          <w:tcPr>
            <w:tcW w:w="13574" w:type="dxa"/>
            <w:gridSpan w:val="5"/>
          </w:tcPr>
          <w:p w14:paraId="2CC226FF" w14:textId="1B04C3BB" w:rsidR="00BD607E" w:rsidRPr="00BD607E" w:rsidRDefault="00BD607E" w:rsidP="00BD607E">
            <w:pPr>
              <w:jc w:val="center"/>
              <w:rPr>
                <w:rFonts w:cs="Times New Roman"/>
                <w:b/>
                <w:bCs/>
                <w:sz w:val="24"/>
                <w:szCs w:val="28"/>
                <w:lang w:val="ru-RU"/>
              </w:rPr>
            </w:pPr>
            <w:r w:rsidRPr="00BD607E">
              <w:rPr>
                <w:rFonts w:cs="Times New Roman"/>
                <w:b/>
                <w:bCs/>
                <w:sz w:val="24"/>
                <w:szCs w:val="28"/>
                <w:lang w:val="ru-RU"/>
              </w:rPr>
              <w:t>П</w:t>
            </w:r>
            <w:proofErr w:type="spellStart"/>
            <w:r w:rsidRPr="00BD607E">
              <w:rPr>
                <w:rFonts w:cs="Times New Roman"/>
                <w:b/>
                <w:bCs/>
                <w:sz w:val="24"/>
                <w:szCs w:val="28"/>
              </w:rPr>
              <w:t>рофилактик</w:t>
            </w:r>
            <w:proofErr w:type="spellEnd"/>
            <w:r w:rsidRPr="00BD607E">
              <w:rPr>
                <w:rFonts w:cs="Times New Roman"/>
                <w:b/>
                <w:bCs/>
                <w:sz w:val="24"/>
                <w:szCs w:val="28"/>
                <w:lang w:val="ru-RU"/>
              </w:rPr>
              <w:t>а</w:t>
            </w:r>
            <w:r w:rsidRPr="00BD607E">
              <w:rPr>
                <w:rFonts w:cs="Times New Roman"/>
                <w:b/>
                <w:bCs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BD607E">
              <w:rPr>
                <w:rFonts w:cs="Times New Roman"/>
                <w:b/>
                <w:bCs/>
                <w:sz w:val="24"/>
                <w:szCs w:val="28"/>
              </w:rPr>
              <w:t>суицидального</w:t>
            </w:r>
            <w:proofErr w:type="spellEnd"/>
            <w:r w:rsidRPr="00BD607E">
              <w:rPr>
                <w:rFonts w:cs="Times New Roman"/>
                <w:b/>
                <w:bCs/>
                <w:spacing w:val="-7"/>
                <w:sz w:val="24"/>
                <w:szCs w:val="28"/>
              </w:rPr>
              <w:t xml:space="preserve"> </w:t>
            </w:r>
            <w:proofErr w:type="spellStart"/>
            <w:r w:rsidRPr="00BD607E">
              <w:rPr>
                <w:rFonts w:cs="Times New Roman"/>
                <w:b/>
                <w:bCs/>
                <w:sz w:val="24"/>
                <w:szCs w:val="28"/>
              </w:rPr>
              <w:t>поведения</w:t>
            </w:r>
            <w:proofErr w:type="spellEnd"/>
          </w:p>
        </w:tc>
      </w:tr>
      <w:tr w:rsidR="00BD607E" w:rsidRPr="00D318BF" w14:paraId="2A77E850" w14:textId="77777777" w:rsidTr="005C31ED">
        <w:trPr>
          <w:jc w:val="center"/>
        </w:trPr>
        <w:tc>
          <w:tcPr>
            <w:tcW w:w="5473" w:type="dxa"/>
          </w:tcPr>
          <w:p w14:paraId="28748230" w14:textId="584B648D" w:rsidR="00BD607E" w:rsidRPr="00027D8D" w:rsidRDefault="00BD607E" w:rsidP="00BD607E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rFonts w:cs="Times New Roman"/>
                <w:sz w:val="24"/>
                <w:szCs w:val="24"/>
                <w:lang w:val="ru-RU"/>
              </w:rPr>
              <w:t>Выявление семей, в которых практикуется жестокое обращение с детьми.</w:t>
            </w:r>
          </w:p>
        </w:tc>
        <w:tc>
          <w:tcPr>
            <w:tcW w:w="851" w:type="dxa"/>
          </w:tcPr>
          <w:p w14:paraId="18B34055" w14:textId="4C1B829C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CF00" w14:textId="0C14CAF2" w:rsidR="00BD607E" w:rsidRPr="00BD607E" w:rsidRDefault="00BD607E" w:rsidP="00BD60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557F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4B6EA9B9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07E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BD607E">
              <w:rPr>
                <w:sz w:val="24"/>
                <w:szCs w:val="24"/>
                <w:lang w:val="ru-RU"/>
              </w:rPr>
              <w:t xml:space="preserve"> С.В.</w:t>
            </w:r>
          </w:p>
          <w:p w14:paraId="6F720E13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592D003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6C42C626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98D0FD6" w14:textId="58B88F72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2289" w:type="dxa"/>
          </w:tcPr>
          <w:p w14:paraId="73A5609A" w14:textId="77777777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D607E" w:rsidRPr="00D318BF" w14:paraId="478D37B8" w14:textId="77777777" w:rsidTr="00B249A2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6A76" w14:textId="2ACEB6E2" w:rsidR="00BD607E" w:rsidRPr="00027D8D" w:rsidRDefault="00BD607E" w:rsidP="00BD607E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Индивидуальная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работа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семьями,</w:t>
            </w:r>
            <w:r w:rsidRPr="00BD60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попавшими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 трудную жизненную ситуацию.</w:t>
            </w:r>
          </w:p>
        </w:tc>
        <w:tc>
          <w:tcPr>
            <w:tcW w:w="851" w:type="dxa"/>
          </w:tcPr>
          <w:p w14:paraId="2A86F4D4" w14:textId="668628B6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66DC7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3931" w14:textId="01FD9E18" w:rsidR="00BD607E" w:rsidRPr="00BD607E" w:rsidRDefault="00BD607E" w:rsidP="00BD60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BEDB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0CF4C3FC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07E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BD607E">
              <w:rPr>
                <w:sz w:val="24"/>
                <w:szCs w:val="24"/>
                <w:lang w:val="ru-RU"/>
              </w:rPr>
              <w:t xml:space="preserve"> С.В.</w:t>
            </w:r>
          </w:p>
          <w:p w14:paraId="250F5EA9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59AF3124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30FD1150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2A7DCDEA" w14:textId="778DFEBA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2289" w:type="dxa"/>
          </w:tcPr>
          <w:p w14:paraId="37515DEE" w14:textId="77777777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D607E" w:rsidRPr="00D318BF" w14:paraId="22A025BE" w14:textId="77777777" w:rsidTr="00B249A2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C801" w14:textId="77777777" w:rsidR="00BD607E" w:rsidRPr="00BD607E" w:rsidRDefault="00BD607E" w:rsidP="00BD607E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Консультирование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родителей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по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4"/>
                <w:sz w:val="24"/>
                <w:szCs w:val="24"/>
              </w:rPr>
              <w:t>теме</w:t>
            </w:r>
          </w:p>
          <w:p w14:paraId="78EDE73C" w14:textId="6AE7A846" w:rsidR="00BD607E" w:rsidRPr="00027D8D" w:rsidRDefault="00BD607E" w:rsidP="00BD607E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безопасного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использования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Интернета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 мобильной связи детьми.</w:t>
            </w:r>
          </w:p>
        </w:tc>
        <w:tc>
          <w:tcPr>
            <w:tcW w:w="851" w:type="dxa"/>
          </w:tcPr>
          <w:p w14:paraId="59CCE0AE" w14:textId="43D4CA0C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66DC7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6507" w14:textId="1D722F84" w:rsidR="00BD607E" w:rsidRPr="00BD607E" w:rsidRDefault="00BD607E" w:rsidP="00BD60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9DDD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46D608FE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D607E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BD607E">
              <w:rPr>
                <w:sz w:val="24"/>
                <w:szCs w:val="24"/>
                <w:lang w:val="ru-RU"/>
              </w:rPr>
              <w:t xml:space="preserve"> С.В.</w:t>
            </w:r>
          </w:p>
          <w:p w14:paraId="1C23CCB8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24717D85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30E92684" w14:textId="77777777" w:rsidR="00BD607E" w:rsidRPr="00BD607E" w:rsidRDefault="00BD607E" w:rsidP="00BD607E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26349403" w14:textId="7B776F90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2289" w:type="dxa"/>
          </w:tcPr>
          <w:p w14:paraId="4A1F0218" w14:textId="77777777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D607E" w:rsidRPr="00D318BF" w14:paraId="048C14BF" w14:textId="77777777" w:rsidTr="00B249A2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E490" w14:textId="542F846F" w:rsidR="00BD607E" w:rsidRPr="00027D8D" w:rsidRDefault="00BD607E" w:rsidP="00BD607E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Размещение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на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сайте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школы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информации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для родителей: «Телефон доверия для детей и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родителей».</w:t>
            </w:r>
          </w:p>
        </w:tc>
        <w:tc>
          <w:tcPr>
            <w:tcW w:w="851" w:type="dxa"/>
          </w:tcPr>
          <w:p w14:paraId="2C032CE0" w14:textId="555818D5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4892" w14:textId="2FFFF0CF" w:rsidR="00BD607E" w:rsidRPr="00BD607E" w:rsidRDefault="00BD607E" w:rsidP="00BD607E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F4AB" w14:textId="77777777" w:rsidR="00BD607E" w:rsidRPr="00BD607E" w:rsidRDefault="00BD607E" w:rsidP="00BD607E">
            <w:pPr>
              <w:pStyle w:val="TableParagraph"/>
              <w:spacing w:line="270" w:lineRule="exact"/>
              <w:ind w:left="18"/>
              <w:jc w:val="center"/>
              <w:rPr>
                <w:spacing w:val="-2"/>
                <w:sz w:val="24"/>
                <w:szCs w:val="24"/>
              </w:rPr>
            </w:pPr>
            <w:r w:rsidRPr="00BD607E">
              <w:rPr>
                <w:spacing w:val="-2"/>
                <w:sz w:val="24"/>
                <w:szCs w:val="24"/>
              </w:rPr>
              <w:t>Системный администратор</w:t>
            </w:r>
          </w:p>
          <w:p w14:paraId="1435CF8D" w14:textId="2D47F1D4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BD607E">
              <w:rPr>
                <w:spacing w:val="-2"/>
                <w:sz w:val="24"/>
                <w:szCs w:val="24"/>
                <w:lang w:val="ru-RU"/>
              </w:rPr>
              <w:t>Бобрикова</w:t>
            </w:r>
            <w:proofErr w:type="spellEnd"/>
            <w:r w:rsidRPr="00BD607E">
              <w:rPr>
                <w:spacing w:val="-2"/>
                <w:sz w:val="24"/>
                <w:szCs w:val="24"/>
                <w:lang w:val="ru-RU"/>
              </w:rPr>
              <w:t xml:space="preserve"> Е.Н.</w:t>
            </w:r>
          </w:p>
        </w:tc>
        <w:tc>
          <w:tcPr>
            <w:tcW w:w="2289" w:type="dxa"/>
          </w:tcPr>
          <w:p w14:paraId="6F6804C6" w14:textId="77777777" w:rsidR="00BD607E" w:rsidRPr="00027D8D" w:rsidRDefault="00BD607E" w:rsidP="00BD607E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1E4D830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534683F3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lastRenderedPageBreak/>
        <w:t>МОДУЛЬ «САМОУПРАВЛЕНИЕ»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42"/>
        <w:gridCol w:w="993"/>
        <w:gridCol w:w="1842"/>
        <w:gridCol w:w="2552"/>
        <w:gridCol w:w="3400"/>
      </w:tblGrid>
      <w:tr w:rsidR="00D15585" w:rsidRPr="00027D8D" w14:paraId="0AE8DBC4" w14:textId="51E6DA25" w:rsidTr="00AA1362">
        <w:trPr>
          <w:tblHeader/>
          <w:jc w:val="center"/>
        </w:trPr>
        <w:tc>
          <w:tcPr>
            <w:tcW w:w="4742" w:type="dxa"/>
            <w:shd w:val="clear" w:color="auto" w:fill="D9EAF7"/>
            <w:vAlign w:val="center"/>
          </w:tcPr>
          <w:p w14:paraId="5340EB4D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93" w:type="dxa"/>
            <w:shd w:val="clear" w:color="auto" w:fill="D9EAF7"/>
            <w:vAlign w:val="center"/>
          </w:tcPr>
          <w:p w14:paraId="7C8FC3A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2" w:type="dxa"/>
            <w:shd w:val="clear" w:color="auto" w:fill="D9EAF7"/>
            <w:vAlign w:val="center"/>
          </w:tcPr>
          <w:p w14:paraId="325115D0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52" w:type="dxa"/>
            <w:shd w:val="clear" w:color="auto" w:fill="D9EAF7"/>
            <w:vAlign w:val="center"/>
          </w:tcPr>
          <w:p w14:paraId="6BBE9F0E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400" w:type="dxa"/>
            <w:shd w:val="clear" w:color="auto" w:fill="D9EAF7"/>
          </w:tcPr>
          <w:p w14:paraId="204B9DE0" w14:textId="0463A912" w:rsidR="00D15585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15585" w:rsidRPr="00027D8D" w14:paraId="0236692C" w14:textId="0FF46B73" w:rsidTr="00AA1362">
        <w:trPr>
          <w:jc w:val="center"/>
        </w:trPr>
        <w:tc>
          <w:tcPr>
            <w:tcW w:w="4742" w:type="dxa"/>
            <w:vAlign w:val="center"/>
          </w:tcPr>
          <w:p w14:paraId="2243B57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Выбор актива класса и распределение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возрастосообразных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поручений</w:t>
            </w:r>
          </w:p>
        </w:tc>
        <w:tc>
          <w:tcPr>
            <w:tcW w:w="993" w:type="dxa"/>
            <w:vAlign w:val="center"/>
          </w:tcPr>
          <w:p w14:paraId="1A953FBE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842" w:type="dxa"/>
            <w:vAlign w:val="center"/>
          </w:tcPr>
          <w:p w14:paraId="6ABB27A0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vAlign w:val="center"/>
          </w:tcPr>
          <w:p w14:paraId="28EC0988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400" w:type="dxa"/>
          </w:tcPr>
          <w:p w14:paraId="2ECAE2C9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027D8D" w14:paraId="3D397094" w14:textId="386B01DA" w:rsidTr="00AA1362">
        <w:trPr>
          <w:jc w:val="center"/>
        </w:trPr>
        <w:tc>
          <w:tcPr>
            <w:tcW w:w="4742" w:type="dxa"/>
            <w:vAlign w:val="center"/>
          </w:tcPr>
          <w:p w14:paraId="7C6D6A63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советы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993" w:type="dxa"/>
            <w:vAlign w:val="center"/>
          </w:tcPr>
          <w:p w14:paraId="0C975B05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842" w:type="dxa"/>
            <w:vAlign w:val="center"/>
          </w:tcPr>
          <w:p w14:paraId="258B8D6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Перед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коллективными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творческими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делами</w:t>
            </w:r>
            <w:proofErr w:type="spellEnd"/>
          </w:p>
        </w:tc>
        <w:tc>
          <w:tcPr>
            <w:tcW w:w="2552" w:type="dxa"/>
            <w:vAlign w:val="center"/>
          </w:tcPr>
          <w:p w14:paraId="75BBB5C6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400" w:type="dxa"/>
          </w:tcPr>
          <w:p w14:paraId="7C32D0F3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D318BF" w14:paraId="0FC7D2B3" w14:textId="4486E26D" w:rsidTr="00AA1362">
        <w:trPr>
          <w:jc w:val="center"/>
        </w:trPr>
        <w:tc>
          <w:tcPr>
            <w:tcW w:w="4742" w:type="dxa"/>
            <w:vAlign w:val="center"/>
          </w:tcPr>
          <w:p w14:paraId="5FA0BD2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Банк детских инициатив «Предлагаю школе»</w:t>
            </w:r>
          </w:p>
        </w:tc>
        <w:tc>
          <w:tcPr>
            <w:tcW w:w="993" w:type="dxa"/>
            <w:vAlign w:val="center"/>
          </w:tcPr>
          <w:p w14:paraId="34853D69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7691C07B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vAlign w:val="center"/>
          </w:tcPr>
          <w:p w14:paraId="509218A2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400" w:type="dxa"/>
          </w:tcPr>
          <w:p w14:paraId="05A95C0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4423EE1D" w14:textId="4D3BFF49" w:rsidTr="00AA1362">
        <w:trPr>
          <w:jc w:val="center"/>
        </w:trPr>
        <w:tc>
          <w:tcPr>
            <w:tcW w:w="4742" w:type="dxa"/>
            <w:vAlign w:val="center"/>
          </w:tcPr>
          <w:p w14:paraId="7FEADA51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Творческие, экологические и спортивные группы для подготовки мероприятий</w:t>
            </w:r>
          </w:p>
        </w:tc>
        <w:tc>
          <w:tcPr>
            <w:tcW w:w="993" w:type="dxa"/>
            <w:vAlign w:val="center"/>
          </w:tcPr>
          <w:p w14:paraId="6FC64597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2468AEEA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мере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подготовки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дел</w:t>
            </w:r>
            <w:proofErr w:type="spellEnd"/>
          </w:p>
        </w:tc>
        <w:tc>
          <w:tcPr>
            <w:tcW w:w="2552" w:type="dxa"/>
            <w:vAlign w:val="center"/>
          </w:tcPr>
          <w:p w14:paraId="5F0B00A0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400" w:type="dxa"/>
          </w:tcPr>
          <w:p w14:paraId="11BD7AB3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D318BF" w14:paraId="3E7BCB05" w14:textId="2D18DD13" w:rsidTr="00AA1362">
        <w:trPr>
          <w:jc w:val="center"/>
        </w:trPr>
        <w:tc>
          <w:tcPr>
            <w:tcW w:w="4742" w:type="dxa"/>
            <w:vAlign w:val="center"/>
          </w:tcPr>
          <w:p w14:paraId="3172AF45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Редколлегия классной или школьной газеты</w:t>
            </w:r>
          </w:p>
        </w:tc>
        <w:tc>
          <w:tcPr>
            <w:tcW w:w="993" w:type="dxa"/>
            <w:vAlign w:val="center"/>
          </w:tcPr>
          <w:p w14:paraId="17BAB0A7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7017AE30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выпуск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552" w:type="dxa"/>
            <w:vAlign w:val="center"/>
          </w:tcPr>
          <w:p w14:paraId="57825821" w14:textId="431864FD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классные руководители</w:t>
            </w:r>
          </w:p>
        </w:tc>
        <w:tc>
          <w:tcPr>
            <w:tcW w:w="3400" w:type="dxa"/>
          </w:tcPr>
          <w:p w14:paraId="2DE5F6A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15585" w:rsidRPr="00027D8D" w14:paraId="2E31074A" w14:textId="6A34027D" w:rsidTr="00AA1362">
        <w:trPr>
          <w:jc w:val="center"/>
        </w:trPr>
        <w:tc>
          <w:tcPr>
            <w:tcW w:w="4742" w:type="dxa"/>
            <w:vAlign w:val="center"/>
          </w:tcPr>
          <w:p w14:paraId="2E286146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Рефлексивные круги по итогам общих дел</w:t>
            </w:r>
          </w:p>
        </w:tc>
        <w:tc>
          <w:tcPr>
            <w:tcW w:w="993" w:type="dxa"/>
            <w:vAlign w:val="center"/>
          </w:tcPr>
          <w:p w14:paraId="5E2887D4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53EFC235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После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коллективных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2552" w:type="dxa"/>
            <w:vAlign w:val="center"/>
          </w:tcPr>
          <w:p w14:paraId="2FFA3E33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400" w:type="dxa"/>
          </w:tcPr>
          <w:p w14:paraId="68505A7C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15585" w:rsidRPr="00D318BF" w14:paraId="7D6A3960" w14:textId="6DAC4885" w:rsidTr="00AA1362">
        <w:trPr>
          <w:jc w:val="center"/>
        </w:trPr>
        <w:tc>
          <w:tcPr>
            <w:tcW w:w="4742" w:type="dxa"/>
            <w:vAlign w:val="center"/>
          </w:tcPr>
          <w:p w14:paraId="29F176C7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Итоговый слёт активов основной школы</w:t>
            </w:r>
          </w:p>
        </w:tc>
        <w:tc>
          <w:tcPr>
            <w:tcW w:w="993" w:type="dxa"/>
            <w:vAlign w:val="center"/>
          </w:tcPr>
          <w:p w14:paraId="2F66826A" w14:textId="77777777" w:rsidR="00D15585" w:rsidRPr="00027D8D" w:rsidRDefault="00D15585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0AA5F959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vAlign w:val="center"/>
          </w:tcPr>
          <w:p w14:paraId="1C5B80D5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400" w:type="dxa"/>
          </w:tcPr>
          <w:p w14:paraId="056711BA" w14:textId="77777777" w:rsidR="00D15585" w:rsidRPr="00027D8D" w:rsidRDefault="00D1558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F281B72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70B1E31D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«ПРОФИЛАКТИКА И БЕЗОПАСНОСТЬ»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9"/>
        <w:gridCol w:w="993"/>
        <w:gridCol w:w="1842"/>
        <w:gridCol w:w="2552"/>
        <w:gridCol w:w="3499"/>
      </w:tblGrid>
      <w:tr w:rsidR="00AA1362" w:rsidRPr="00027D8D" w14:paraId="278AFA9D" w14:textId="13F55A71" w:rsidTr="00AA1362">
        <w:trPr>
          <w:tblHeader/>
          <w:jc w:val="center"/>
        </w:trPr>
        <w:tc>
          <w:tcPr>
            <w:tcW w:w="4549" w:type="dxa"/>
            <w:shd w:val="clear" w:color="auto" w:fill="D9EAF7"/>
            <w:vAlign w:val="center"/>
          </w:tcPr>
          <w:p w14:paraId="7362D5B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93" w:type="dxa"/>
            <w:shd w:val="clear" w:color="auto" w:fill="D9EAF7"/>
            <w:vAlign w:val="center"/>
          </w:tcPr>
          <w:p w14:paraId="31AE4D1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2" w:type="dxa"/>
            <w:shd w:val="clear" w:color="auto" w:fill="D9EAF7"/>
            <w:vAlign w:val="center"/>
          </w:tcPr>
          <w:p w14:paraId="06CF287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52" w:type="dxa"/>
            <w:shd w:val="clear" w:color="auto" w:fill="D9EAF7"/>
            <w:vAlign w:val="center"/>
          </w:tcPr>
          <w:p w14:paraId="54504C4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499" w:type="dxa"/>
            <w:shd w:val="clear" w:color="auto" w:fill="D9EAF7"/>
          </w:tcPr>
          <w:p w14:paraId="469B6EC0" w14:textId="7E59D799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2F18C6" w:rsidRPr="00D318BF" w14:paraId="439BB245" w14:textId="77777777" w:rsidTr="002F18C6">
        <w:trPr>
          <w:jc w:val="center"/>
        </w:trPr>
        <w:tc>
          <w:tcPr>
            <w:tcW w:w="13435" w:type="dxa"/>
            <w:gridSpan w:val="5"/>
            <w:shd w:val="clear" w:color="auto" w:fill="FF0000"/>
          </w:tcPr>
          <w:p w14:paraId="63AECA81" w14:textId="1FCBD230" w:rsidR="002F18C6" w:rsidRPr="002F18C6" w:rsidRDefault="002F18C6" w:rsidP="002F18C6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bookmarkStart w:id="2" w:name="_Hlk237684876"/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Профилактика половой неприкосновенности, домашнего</w:t>
            </w: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насилия и жестокого обращения</w:t>
            </w:r>
          </w:p>
        </w:tc>
      </w:tr>
      <w:tr w:rsidR="00103968" w:rsidRPr="00D318BF" w14:paraId="18B174B8" w14:textId="53F4A373" w:rsidTr="00DD64B8">
        <w:trPr>
          <w:jc w:val="center"/>
        </w:trPr>
        <w:tc>
          <w:tcPr>
            <w:tcW w:w="4549" w:type="dxa"/>
          </w:tcPr>
          <w:p w14:paraId="19BD2311" w14:textId="2191A8F4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color w:val="000000"/>
                <w:sz w:val="24"/>
                <w:szCs w:val="24"/>
                <w:lang w:val="ru-RU"/>
              </w:rPr>
              <w:lastRenderedPageBreak/>
              <w:t>МО классных руководителей по теме «Профилактика жестокого обращения в семье»</w:t>
            </w:r>
          </w:p>
        </w:tc>
        <w:tc>
          <w:tcPr>
            <w:tcW w:w="993" w:type="dxa"/>
            <w:vAlign w:val="center"/>
          </w:tcPr>
          <w:p w14:paraId="07F70857" w14:textId="3B42178A" w:rsidR="00103968" w:rsidRPr="00103968" w:rsidRDefault="00F00329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B0797D2" w14:textId="41AD5E47" w:rsidR="00103968" w:rsidRPr="00103968" w:rsidRDefault="00103968" w:rsidP="0010396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306AD00" w14:textId="77777777" w:rsidR="00103968" w:rsidRPr="00103968" w:rsidRDefault="00103968" w:rsidP="00103968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по УВР</w:t>
            </w:r>
          </w:p>
          <w:p w14:paraId="22279F5C" w14:textId="77777777" w:rsidR="00103968" w:rsidRPr="00103968" w:rsidRDefault="00103968" w:rsidP="00103968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65195566" w14:textId="77777777" w:rsidR="00103968" w:rsidRPr="00103968" w:rsidRDefault="00103968" w:rsidP="00103968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14:paraId="5D581F31" w14:textId="17EE271D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Коваленко Л.Б.</w:t>
            </w:r>
          </w:p>
        </w:tc>
        <w:tc>
          <w:tcPr>
            <w:tcW w:w="3499" w:type="dxa"/>
          </w:tcPr>
          <w:p w14:paraId="6B2F5B9A" w14:textId="77777777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D318BF" w14:paraId="649FBE08" w14:textId="77777777" w:rsidTr="003D296C">
        <w:trPr>
          <w:jc w:val="center"/>
        </w:trPr>
        <w:tc>
          <w:tcPr>
            <w:tcW w:w="4549" w:type="dxa"/>
          </w:tcPr>
          <w:p w14:paraId="7164F261" w14:textId="6C0B5D7F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color w:val="000000"/>
                <w:sz w:val="24"/>
                <w:szCs w:val="24"/>
                <w:lang w:val="ru-RU"/>
              </w:rPr>
              <w:t xml:space="preserve">Методическое совещание: «Насилие в школе. </w:t>
            </w:r>
            <w:r w:rsidRPr="00BD607E">
              <w:rPr>
                <w:color w:val="000000"/>
                <w:sz w:val="24"/>
                <w:szCs w:val="24"/>
                <w:lang w:val="ru-RU"/>
              </w:rPr>
              <w:t>Травля»</w:t>
            </w:r>
          </w:p>
        </w:tc>
        <w:tc>
          <w:tcPr>
            <w:tcW w:w="993" w:type="dxa"/>
          </w:tcPr>
          <w:p w14:paraId="48B3790F" w14:textId="605600AF" w:rsidR="00F00329" w:rsidRPr="00BD607E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381E2D" w14:textId="265F3D15" w:rsidR="00F00329" w:rsidRPr="00027D8D" w:rsidRDefault="00F00329" w:rsidP="00F00329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EB7154A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по УВР</w:t>
            </w:r>
          </w:p>
          <w:p w14:paraId="40B87660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7FA20714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05F6920A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 Мин Н.О.</w:t>
            </w:r>
          </w:p>
          <w:p w14:paraId="0BEA6324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39EA17CC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D318BF" w14:paraId="7732DEBD" w14:textId="77777777" w:rsidTr="003D296C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D6AAF06" w14:textId="5215804C" w:rsidR="00F00329" w:rsidRPr="00103968" w:rsidRDefault="00F00329" w:rsidP="00F0032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Рассмотрение на Совете профилактики: «Проблемы обучающихся, попавших в трудную жизненную ситуацию, по фактам выявления случаев жестокого обращения»</w:t>
            </w:r>
          </w:p>
        </w:tc>
        <w:tc>
          <w:tcPr>
            <w:tcW w:w="993" w:type="dxa"/>
          </w:tcPr>
          <w:p w14:paraId="70C935CB" w14:textId="5E6528FE" w:rsidR="00F00329" w:rsidRPr="002F18C6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BA5808F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2741C697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7221AAEC" w14:textId="216C6420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cs="Times New Roman"/>
                <w:color w:val="111111"/>
                <w:sz w:val="24"/>
                <w:szCs w:val="24"/>
              </w:rPr>
              <w:t>течение</w:t>
            </w:r>
            <w:proofErr w:type="spellEnd"/>
            <w:r>
              <w:rPr>
                <w:rFonts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11111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649EE39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6D44EF4C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089D3AB6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10A71B72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75D493B1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027D8D" w14:paraId="70703AC7" w14:textId="77777777" w:rsidTr="003D296C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48BD8CD" w14:textId="1DE7C6E4" w:rsidR="00F00329" w:rsidRPr="00103968" w:rsidRDefault="00F00329" w:rsidP="00F0032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Выявление случаев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жестокого обращения с детьми в семье и в школе</w:t>
            </w:r>
          </w:p>
        </w:tc>
        <w:tc>
          <w:tcPr>
            <w:tcW w:w="993" w:type="dxa"/>
          </w:tcPr>
          <w:p w14:paraId="440900B9" w14:textId="69E275EE" w:rsidR="00F00329" w:rsidRPr="002F18C6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6D814A" w14:textId="12E21496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63C8860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по УВР</w:t>
            </w:r>
          </w:p>
          <w:p w14:paraId="5B488219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07B3CDE8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17EEE213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</w:p>
          <w:p w14:paraId="4263AD7F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0503BCA1" w14:textId="77777777" w:rsidR="00F00329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14:paraId="0C05C3AF" w14:textId="7B6817A5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99" w:type="dxa"/>
          </w:tcPr>
          <w:p w14:paraId="5430D535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D318BF" w14:paraId="2A4055F5" w14:textId="77777777" w:rsidTr="003D296C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C37A39A" w14:textId="5FC5E627" w:rsidR="00F00329" w:rsidRPr="00103968" w:rsidRDefault="00F00329" w:rsidP="00F0032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Работа с обращениями, жалобами участников образовательного процесса.</w:t>
            </w:r>
          </w:p>
        </w:tc>
        <w:tc>
          <w:tcPr>
            <w:tcW w:w="993" w:type="dxa"/>
          </w:tcPr>
          <w:p w14:paraId="1D8C1E1E" w14:textId="2FD32D9D" w:rsidR="00F00329" w:rsidRPr="002F18C6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36C3034" w14:textId="13F51881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5F01704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по УВР</w:t>
            </w:r>
          </w:p>
          <w:p w14:paraId="16AFECCA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761BD06E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2417FE01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47783186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0882036D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7ECA197A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D318BF" w14:paraId="63D80075" w14:textId="77777777" w:rsidTr="003D296C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AB41BC0" w14:textId="461B5164" w:rsidR="00F00329" w:rsidRPr="00103968" w:rsidRDefault="00F00329" w:rsidP="00F0032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Проведение индивидуальной работы с детьми, проявляющими агрессивность среди сверстников, с семьями, где 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наблюдается насилие над детьми.</w:t>
            </w:r>
          </w:p>
        </w:tc>
        <w:tc>
          <w:tcPr>
            <w:tcW w:w="993" w:type="dxa"/>
          </w:tcPr>
          <w:p w14:paraId="7A99739B" w14:textId="5389A711" w:rsidR="00F00329" w:rsidRPr="002F18C6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F4FFDC" w14:textId="68E153A8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F9E5E1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по УВР</w:t>
            </w:r>
          </w:p>
          <w:p w14:paraId="70F4C2A6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78DC594E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Социальный педагог 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Федотова И.А.</w:t>
            </w:r>
          </w:p>
          <w:p w14:paraId="385B010B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1643D8A4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3108932F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31033A15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D318BF" w14:paraId="5B4E56F9" w14:textId="77777777" w:rsidTr="003D296C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394D536" w14:textId="13205D91" w:rsidR="00F00329" w:rsidRPr="002F18C6" w:rsidRDefault="00F00329" w:rsidP="00F00329">
            <w:pPr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Консультации родителей по вопросам профилактики жестокого обращения в семье и школе</w:t>
            </w:r>
          </w:p>
        </w:tc>
        <w:tc>
          <w:tcPr>
            <w:tcW w:w="993" w:type="dxa"/>
          </w:tcPr>
          <w:p w14:paraId="5FC469C2" w14:textId="62DB1881" w:rsidR="00F00329" w:rsidRPr="002F18C6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D1A1BF5" w14:textId="3FC85684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D69C505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по УВР</w:t>
            </w:r>
          </w:p>
          <w:p w14:paraId="1DB8306D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</w:t>
            </w:r>
            <w:proofErr w:type="spellEnd"/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3E2696BF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6971EC5C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5285707E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3DAF4FBC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0992AEF3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00329" w:rsidRPr="00D318BF" w14:paraId="695ACB3E" w14:textId="77777777" w:rsidTr="003D296C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C560C47" w14:textId="5BB251D3" w:rsidR="00F00329" w:rsidRPr="002F18C6" w:rsidRDefault="00F00329" w:rsidP="00F00329">
            <w:pPr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Сотрудничество с КДН, ПДН, службами опеки в работе с несовершеннолетними, молодежью по профилактике семейного неблагополучия, безнадзорности детей, правонарушений.</w:t>
            </w:r>
          </w:p>
        </w:tc>
        <w:tc>
          <w:tcPr>
            <w:tcW w:w="993" w:type="dxa"/>
          </w:tcPr>
          <w:p w14:paraId="5C21C1BA" w14:textId="0A480B32" w:rsidR="00F00329" w:rsidRPr="002F18C6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A66CB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4398144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0D20F256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1611F6C8" w14:textId="43FD7E8C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cs="Times New Roman"/>
                <w:color w:val="111111"/>
                <w:sz w:val="24"/>
                <w:szCs w:val="24"/>
              </w:rPr>
              <w:t>течение</w:t>
            </w:r>
            <w:proofErr w:type="spellEnd"/>
            <w:r>
              <w:rPr>
                <w:rFonts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11111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EEC8843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03347684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0EB36951" w14:textId="77777777" w:rsidR="00F00329" w:rsidRPr="002F18C6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4A3513F3" w14:textId="77777777" w:rsidR="00F00329" w:rsidRPr="00103968" w:rsidRDefault="00F00329" w:rsidP="00F0032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714B1B14" w14:textId="77777777" w:rsidR="00F00329" w:rsidRPr="00027D8D" w:rsidRDefault="00F00329" w:rsidP="00F003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2"/>
      <w:tr w:rsidR="00103968" w:rsidRPr="00027D8D" w14:paraId="58F522F4" w14:textId="77777777" w:rsidTr="00103968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2C4B1F1B" w14:textId="1FDB2EB1" w:rsidR="00103968" w:rsidRPr="00027D8D" w:rsidRDefault="00103968" w:rsidP="0010396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Дорожная безопасность</w:t>
            </w:r>
          </w:p>
        </w:tc>
      </w:tr>
      <w:tr w:rsidR="00103968" w:rsidRPr="00D318BF" w14:paraId="2D3740DA" w14:textId="77777777" w:rsidTr="00AA1362">
        <w:trPr>
          <w:jc w:val="center"/>
        </w:trPr>
        <w:tc>
          <w:tcPr>
            <w:tcW w:w="4549" w:type="dxa"/>
            <w:vAlign w:val="center"/>
          </w:tcPr>
          <w:p w14:paraId="6C524D03" w14:textId="23A2E381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Практическое занятие «Безопасный маршрут: дом — школа — дом»</w:t>
            </w:r>
          </w:p>
        </w:tc>
        <w:tc>
          <w:tcPr>
            <w:tcW w:w="993" w:type="dxa"/>
            <w:vAlign w:val="center"/>
          </w:tcPr>
          <w:p w14:paraId="2C61634D" w14:textId="3AFE8555" w:rsidR="00103968" w:rsidRPr="00027D8D" w:rsidRDefault="00103968" w:rsidP="00103968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2F2B5A83" w14:textId="514DF3EE" w:rsidR="00103968" w:rsidRPr="00027D8D" w:rsidRDefault="00103968" w:rsidP="0010396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vAlign w:val="center"/>
          </w:tcPr>
          <w:p w14:paraId="2D3C2FC1" w14:textId="3693DA70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представитель Госавтоинспекции — по согласованию</w:t>
            </w:r>
          </w:p>
        </w:tc>
        <w:tc>
          <w:tcPr>
            <w:tcW w:w="3499" w:type="dxa"/>
          </w:tcPr>
          <w:p w14:paraId="7900C29F" w14:textId="77777777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1BB87786" w14:textId="12DA0135" w:rsidTr="00AA1362">
        <w:trPr>
          <w:jc w:val="center"/>
        </w:trPr>
        <w:tc>
          <w:tcPr>
            <w:tcW w:w="4549" w:type="dxa"/>
            <w:vAlign w:val="center"/>
          </w:tcPr>
          <w:p w14:paraId="6AD7691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Неделя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безопасности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дорожного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993" w:type="dxa"/>
            <w:vAlign w:val="center"/>
          </w:tcPr>
          <w:p w14:paraId="64E89F8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4B3CF32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vAlign w:val="center"/>
          </w:tcPr>
          <w:p w14:paraId="7C491BB2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499" w:type="dxa"/>
          </w:tcPr>
          <w:p w14:paraId="506D153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0646E" w:rsidRPr="00027D8D" w14:paraId="3F2161CE" w14:textId="77777777" w:rsidTr="0020646E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3C87C1C4" w14:textId="5056B1B3" w:rsidR="0020646E" w:rsidRPr="00027D8D" w:rsidRDefault="0020646E" w:rsidP="0020646E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План работы</w:t>
            </w:r>
          </w:p>
        </w:tc>
      </w:tr>
      <w:tr w:rsidR="00495EA8" w:rsidRPr="00027D8D" w14:paraId="4F2FF5F3" w14:textId="77777777" w:rsidTr="00AD037D">
        <w:trPr>
          <w:jc w:val="center"/>
        </w:trPr>
        <w:tc>
          <w:tcPr>
            <w:tcW w:w="4549" w:type="dxa"/>
            <w:vAlign w:val="center"/>
          </w:tcPr>
          <w:p w14:paraId="00B6E8A7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Ознакомление педагогического коллектива с нормативными и методическими документами по предупреждению ДДТТ</w:t>
            </w:r>
          </w:p>
          <w:p w14:paraId="05ED6D7C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008DD4DD" w14:textId="7C76D652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5C2BD935" w14:textId="69678DF4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552" w:type="dxa"/>
          </w:tcPr>
          <w:p w14:paraId="1938A591" w14:textId="04C5DBCE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.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3499" w:type="dxa"/>
          </w:tcPr>
          <w:p w14:paraId="2D346C6A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252BCF10" w14:textId="77777777" w:rsidTr="00AD037D">
        <w:trPr>
          <w:jc w:val="center"/>
        </w:trPr>
        <w:tc>
          <w:tcPr>
            <w:tcW w:w="4549" w:type="dxa"/>
            <w:vAlign w:val="center"/>
          </w:tcPr>
          <w:p w14:paraId="45506DEC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Заседания МО классных руководителей по организации профилактики ДДТТ</w:t>
            </w:r>
          </w:p>
          <w:p w14:paraId="743BE432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38AE3D89" w14:textId="7608F88E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842" w:type="dxa"/>
          </w:tcPr>
          <w:p w14:paraId="0F7B95DA" w14:textId="44BDB7DC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</w:tcPr>
          <w:p w14:paraId="133080F3" w14:textId="358E25C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3499" w:type="dxa"/>
          </w:tcPr>
          <w:p w14:paraId="46CF98F5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7A4FEE5C" w14:textId="77777777" w:rsidTr="00AD037D">
        <w:trPr>
          <w:jc w:val="center"/>
        </w:trPr>
        <w:tc>
          <w:tcPr>
            <w:tcW w:w="4549" w:type="dxa"/>
            <w:vAlign w:val="center"/>
          </w:tcPr>
          <w:p w14:paraId="579C9A2D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Совещание педагогического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коллектива  "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Работа классных руководителей по дорожной безопасности обучающихся"</w:t>
            </w:r>
          </w:p>
          <w:p w14:paraId="4304C242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289D27C8" w14:textId="513447A9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300BFA46" w14:textId="3D43542E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552" w:type="dxa"/>
          </w:tcPr>
          <w:p w14:paraId="568D285E" w14:textId="294D43FA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3499" w:type="dxa"/>
          </w:tcPr>
          <w:p w14:paraId="00528F4B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29F7D956" w14:textId="77777777" w:rsidTr="00AD037D">
        <w:trPr>
          <w:jc w:val="center"/>
        </w:trPr>
        <w:tc>
          <w:tcPr>
            <w:tcW w:w="4549" w:type="dxa"/>
            <w:vAlign w:val="center"/>
          </w:tcPr>
          <w:p w14:paraId="1E52A102" w14:textId="27D5A8D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Проведение организационно-технических мероприятий по обеспечению безопасных условий при организации перевозки учащихся на автобусе.</w:t>
            </w:r>
          </w:p>
        </w:tc>
        <w:tc>
          <w:tcPr>
            <w:tcW w:w="993" w:type="dxa"/>
          </w:tcPr>
          <w:p w14:paraId="62F79BB2" w14:textId="5DAE03C5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501CF0ED" w14:textId="5B0139B5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552" w:type="dxa"/>
          </w:tcPr>
          <w:p w14:paraId="01539835" w14:textId="14359621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3499" w:type="dxa"/>
          </w:tcPr>
          <w:p w14:paraId="7F02D023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778EEDF7" w14:textId="77777777" w:rsidTr="00AD037D">
        <w:trPr>
          <w:jc w:val="center"/>
        </w:trPr>
        <w:tc>
          <w:tcPr>
            <w:tcW w:w="4549" w:type="dxa"/>
            <w:vAlign w:val="center"/>
          </w:tcPr>
          <w:p w14:paraId="2C7E994A" w14:textId="381E975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Оформление классных уголков безопасности  </w:t>
            </w:r>
          </w:p>
        </w:tc>
        <w:tc>
          <w:tcPr>
            <w:tcW w:w="993" w:type="dxa"/>
          </w:tcPr>
          <w:p w14:paraId="0FCB8906" w14:textId="77D3938D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E545631" w14:textId="590FBC2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август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-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</w:tcPr>
          <w:p w14:paraId="547B5351" w14:textId="66CD2E54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499" w:type="dxa"/>
          </w:tcPr>
          <w:p w14:paraId="1A382923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0B985B1B" w14:textId="77777777" w:rsidTr="00AD037D">
        <w:trPr>
          <w:jc w:val="center"/>
        </w:trPr>
        <w:tc>
          <w:tcPr>
            <w:tcW w:w="4549" w:type="dxa"/>
            <w:vAlign w:val="center"/>
          </w:tcPr>
          <w:p w14:paraId="3954CF31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Разработка методического пособия по профилактике ДДТТ</w:t>
            </w:r>
          </w:p>
          <w:p w14:paraId="2317555B" w14:textId="08A1DF39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Обновление методического и дидактического материала</w:t>
            </w:r>
          </w:p>
        </w:tc>
        <w:tc>
          <w:tcPr>
            <w:tcW w:w="993" w:type="dxa"/>
          </w:tcPr>
          <w:p w14:paraId="51323B81" w14:textId="0AD07326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F21AD97" w14:textId="4BB2177B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</w:tcPr>
          <w:p w14:paraId="1A0D38A6" w14:textId="15B30A18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 ВР классные руководители</w:t>
            </w:r>
          </w:p>
        </w:tc>
        <w:tc>
          <w:tcPr>
            <w:tcW w:w="3499" w:type="dxa"/>
          </w:tcPr>
          <w:p w14:paraId="0842F407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4EC48016" w14:textId="77777777" w:rsidTr="00AD037D">
        <w:trPr>
          <w:jc w:val="center"/>
        </w:trPr>
        <w:tc>
          <w:tcPr>
            <w:tcW w:w="4549" w:type="dxa"/>
            <w:vAlign w:val="center"/>
          </w:tcPr>
          <w:p w14:paraId="5425FEB6" w14:textId="44FD3AAA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Планирование работы классных руководителей по обучению детей безопасному поведению на дорогах </w:t>
            </w:r>
          </w:p>
        </w:tc>
        <w:tc>
          <w:tcPr>
            <w:tcW w:w="993" w:type="dxa"/>
          </w:tcPr>
          <w:p w14:paraId="50A9601C" w14:textId="79DE3412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CD903C4" w14:textId="0A3BB86E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</w:tcPr>
          <w:p w14:paraId="7C7237C3" w14:textId="3EBF3A74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 директора по ВР, классные руководители</w:t>
            </w:r>
          </w:p>
        </w:tc>
        <w:tc>
          <w:tcPr>
            <w:tcW w:w="3499" w:type="dxa"/>
          </w:tcPr>
          <w:p w14:paraId="44D23192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307CE1D0" w14:textId="77777777" w:rsidTr="00AD037D">
        <w:trPr>
          <w:jc w:val="center"/>
        </w:trPr>
        <w:tc>
          <w:tcPr>
            <w:tcW w:w="4549" w:type="dxa"/>
            <w:vAlign w:val="center"/>
          </w:tcPr>
          <w:p w14:paraId="4FC147AE" w14:textId="41C064F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Планирование и организация работы «Родительского патруля» </w:t>
            </w:r>
          </w:p>
        </w:tc>
        <w:tc>
          <w:tcPr>
            <w:tcW w:w="993" w:type="dxa"/>
          </w:tcPr>
          <w:p w14:paraId="44E7CD41" w14:textId="5C808A60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BBA17CC" w14:textId="301F1945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</w:tcPr>
          <w:p w14:paraId="7D2FB723" w14:textId="49325253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 директора по ВР, классные руководители</w:t>
            </w:r>
          </w:p>
        </w:tc>
        <w:tc>
          <w:tcPr>
            <w:tcW w:w="3499" w:type="dxa"/>
          </w:tcPr>
          <w:p w14:paraId="2A91A53D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28EA540A" w14:textId="77777777" w:rsidTr="00AD037D">
        <w:trPr>
          <w:jc w:val="center"/>
        </w:trPr>
        <w:tc>
          <w:tcPr>
            <w:tcW w:w="4549" w:type="dxa"/>
            <w:vAlign w:val="center"/>
          </w:tcPr>
          <w:p w14:paraId="313448FB" w14:textId="0CEF714B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Совещание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педагогического  коллектива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 теме:  "Статистика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дорожно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- транспортных происшествий в Ростовской области. Профилактическая работа в ОУ по ПДДТ"</w:t>
            </w:r>
          </w:p>
        </w:tc>
        <w:tc>
          <w:tcPr>
            <w:tcW w:w="993" w:type="dxa"/>
          </w:tcPr>
          <w:p w14:paraId="3DE09E20" w14:textId="4A497E2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0BE4B81" w14:textId="7777777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  <w:p w14:paraId="6D1EFC67" w14:textId="1F6346D1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552" w:type="dxa"/>
          </w:tcPr>
          <w:p w14:paraId="58C5DFE5" w14:textId="2A8D205B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3499" w:type="dxa"/>
          </w:tcPr>
          <w:p w14:paraId="3A2B445C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3BA84443" w14:textId="77777777" w:rsidTr="00AD037D">
        <w:trPr>
          <w:jc w:val="center"/>
        </w:trPr>
        <w:tc>
          <w:tcPr>
            <w:tcW w:w="4549" w:type="dxa"/>
            <w:vAlign w:val="center"/>
          </w:tcPr>
          <w:p w14:paraId="5983C970" w14:textId="36BCF6D8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Планирование и организация деятельности профильного отряда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ЮИД  (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по отдельному плану)</w:t>
            </w:r>
          </w:p>
        </w:tc>
        <w:tc>
          <w:tcPr>
            <w:tcW w:w="993" w:type="dxa"/>
          </w:tcPr>
          <w:p w14:paraId="2FD3A4C1" w14:textId="007AADD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65645C7F" w14:textId="75B0F7FA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52" w:type="dxa"/>
          </w:tcPr>
          <w:p w14:paraId="563D72EA" w14:textId="34F7B9F4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 ВР Руководитель отряда ЮИД</w:t>
            </w:r>
          </w:p>
        </w:tc>
        <w:tc>
          <w:tcPr>
            <w:tcW w:w="3499" w:type="dxa"/>
          </w:tcPr>
          <w:p w14:paraId="0E6E61BD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25B90E10" w14:textId="77777777" w:rsidTr="00BB74F8">
        <w:trPr>
          <w:jc w:val="center"/>
        </w:trPr>
        <w:tc>
          <w:tcPr>
            <w:tcW w:w="4549" w:type="dxa"/>
          </w:tcPr>
          <w:p w14:paraId="57F96D7B" w14:textId="23975A74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Преподавание основ безопасного поведения на улицах и дорогах в рамках учебных дисциплин и внеурочной деятельности по программе ЮИД</w:t>
            </w:r>
          </w:p>
        </w:tc>
        <w:tc>
          <w:tcPr>
            <w:tcW w:w="993" w:type="dxa"/>
          </w:tcPr>
          <w:p w14:paraId="16E9E38C" w14:textId="7D6BBFA2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25CB3FDD" w14:textId="3415355B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</w:tcPr>
          <w:p w14:paraId="1B44D5BF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предметники, педагог-организатор</w:t>
            </w:r>
          </w:p>
          <w:p w14:paraId="015DB823" w14:textId="3AC8CD0A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499" w:type="dxa"/>
          </w:tcPr>
          <w:p w14:paraId="036DC8B2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D318BF" w14:paraId="78616391" w14:textId="77777777" w:rsidTr="00BB74F8">
        <w:trPr>
          <w:jc w:val="center"/>
        </w:trPr>
        <w:tc>
          <w:tcPr>
            <w:tcW w:w="4549" w:type="dxa"/>
          </w:tcPr>
          <w:p w14:paraId="0075E9A3" w14:textId="77777777" w:rsidR="00495EA8" w:rsidRPr="00027D8D" w:rsidRDefault="00495EA8" w:rsidP="00495EA8">
            <w:pPr>
              <w:jc w:val="both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Месячник по безопасности дорожного движения 1-11 классы:</w:t>
            </w:r>
          </w:p>
          <w:p w14:paraId="4690CF5B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-Профилактическое мероприятие </w:t>
            </w: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«Внимание, дети!»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микрорайон  школы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</w:p>
          <w:p w14:paraId="3982966E" w14:textId="597ECE93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-проведение инструктажей, профилактических бесед по безопасности дорожного </w:t>
            </w:r>
          </w:p>
          <w:p w14:paraId="61D1BB12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встречи с инспекторами;</w:t>
            </w:r>
          </w:p>
          <w:p w14:paraId="46029BD2" w14:textId="77777777" w:rsidR="00495EA8" w:rsidRPr="00027D8D" w:rsidRDefault="00495EA8" w:rsidP="00495EA8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   выпуск и распространение буклетов;</w:t>
            </w:r>
          </w:p>
          <w:p w14:paraId="49D45A4B" w14:textId="5234DAC8" w:rsidR="00495EA8" w:rsidRPr="00027D8D" w:rsidRDefault="00495EA8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оформление школьного стенда и классных уголков по предупреждению детского травматизма на дорогах</w:t>
            </w:r>
          </w:p>
        </w:tc>
        <w:tc>
          <w:tcPr>
            <w:tcW w:w="993" w:type="dxa"/>
          </w:tcPr>
          <w:p w14:paraId="7298BDEB" w14:textId="29A3A25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842" w:type="dxa"/>
          </w:tcPr>
          <w:p w14:paraId="2CACC0BF" w14:textId="7777777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A6B2D4F" w14:textId="7777777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  <w:p w14:paraId="7CB62C4D" w14:textId="7777777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8BAD5EE" w14:textId="77777777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446ECB81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классные руководители,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педагог- организатор, сотрудники Госавтоинспекции,</w:t>
            </w:r>
          </w:p>
          <w:p w14:paraId="6981E9A7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библиотекарь школы</w:t>
            </w:r>
          </w:p>
          <w:p w14:paraId="62AE0B83" w14:textId="37EDAB0C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499" w:type="dxa"/>
          </w:tcPr>
          <w:p w14:paraId="49FC8AB0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95EA8" w:rsidRPr="00027D8D" w14:paraId="7E9F25EE" w14:textId="77777777" w:rsidTr="000874EF">
        <w:trPr>
          <w:jc w:val="center"/>
        </w:trPr>
        <w:tc>
          <w:tcPr>
            <w:tcW w:w="4549" w:type="dxa"/>
          </w:tcPr>
          <w:p w14:paraId="0085513E" w14:textId="1A5623B2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Видеоурок по теме: "Правила дорожного движения"1-11 классы</w:t>
            </w:r>
          </w:p>
        </w:tc>
        <w:tc>
          <w:tcPr>
            <w:tcW w:w="993" w:type="dxa"/>
          </w:tcPr>
          <w:p w14:paraId="158A6861" w14:textId="0597A59F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79D31532" w14:textId="73CE88DF" w:rsidR="00495EA8" w:rsidRPr="00027D8D" w:rsidRDefault="00495EA8" w:rsidP="00495EA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  <w:vAlign w:val="center"/>
          </w:tcPr>
          <w:p w14:paraId="60CEE0ED" w14:textId="77777777" w:rsidR="00495EA8" w:rsidRPr="00027D8D" w:rsidRDefault="00495EA8" w:rsidP="00495EA8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педагог-организатор</w:t>
            </w:r>
          </w:p>
          <w:p w14:paraId="31E12134" w14:textId="7B97CA72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24C397B1" w14:textId="77777777" w:rsidR="00495EA8" w:rsidRPr="00027D8D" w:rsidRDefault="00495EA8" w:rsidP="00495EA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4A44F3C4" w14:textId="77777777" w:rsidTr="00B669D2">
        <w:trPr>
          <w:jc w:val="center"/>
        </w:trPr>
        <w:tc>
          <w:tcPr>
            <w:tcW w:w="4549" w:type="dxa"/>
          </w:tcPr>
          <w:p w14:paraId="4DDB365D" w14:textId="206C47BF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Муниципальный конкурс - соревнование среди юных инспекторов дорожного движения «Безопасное колесо»</w:t>
            </w:r>
          </w:p>
        </w:tc>
        <w:tc>
          <w:tcPr>
            <w:tcW w:w="993" w:type="dxa"/>
          </w:tcPr>
          <w:p w14:paraId="6DC171E3" w14:textId="25B9793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313B0515" w14:textId="5565B970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552" w:type="dxa"/>
          </w:tcPr>
          <w:p w14:paraId="403EB498" w14:textId="72389356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99" w:type="dxa"/>
          </w:tcPr>
          <w:p w14:paraId="40A30D6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13F3DEBC" w14:textId="77777777" w:rsidTr="007E4D12">
        <w:trPr>
          <w:jc w:val="center"/>
        </w:trPr>
        <w:tc>
          <w:tcPr>
            <w:tcW w:w="4549" w:type="dxa"/>
          </w:tcPr>
          <w:p w14:paraId="7DF3091A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Мероприятия в рамках </w:t>
            </w: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"Единого дня правил дорожного движения"</w:t>
            </w:r>
          </w:p>
          <w:p w14:paraId="6FB133F0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-инструктажи - беседы по правилам поведения на улицах, на проезжей части во время осенних каникул;</w:t>
            </w:r>
          </w:p>
          <w:p w14:paraId="65931F35" w14:textId="7C226403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информация на стенде (фойе 1 этажа) «Правила поведения в период осенних каникул, правила поведения на проезжей части»</w:t>
            </w:r>
          </w:p>
        </w:tc>
        <w:tc>
          <w:tcPr>
            <w:tcW w:w="993" w:type="dxa"/>
          </w:tcPr>
          <w:p w14:paraId="58211E6D" w14:textId="576BEC26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9992434" w14:textId="3A87E33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552" w:type="dxa"/>
          </w:tcPr>
          <w:p w14:paraId="035F4F9A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7A7D76D2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библиотекарь школы</w:t>
            </w:r>
          </w:p>
          <w:p w14:paraId="3A44591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530E81E2" w14:textId="6B1B8D11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6E998E4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4E027683" w14:textId="77777777" w:rsidTr="007E4D12">
        <w:trPr>
          <w:jc w:val="center"/>
        </w:trPr>
        <w:tc>
          <w:tcPr>
            <w:tcW w:w="4549" w:type="dxa"/>
          </w:tcPr>
          <w:p w14:paraId="76F2440F" w14:textId="4E63C199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Распространение  памяток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по обеспечению безопасности дорожного движения</w:t>
            </w:r>
          </w:p>
        </w:tc>
        <w:tc>
          <w:tcPr>
            <w:tcW w:w="993" w:type="dxa"/>
          </w:tcPr>
          <w:p w14:paraId="4729E5F1" w14:textId="624F5E58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2D671702" w14:textId="0A24938B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552" w:type="dxa"/>
          </w:tcPr>
          <w:p w14:paraId="1AFFB5B8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руководители, библиотекарь школы </w:t>
            </w:r>
          </w:p>
          <w:p w14:paraId="66EA7400" w14:textId="5EEB2716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4B7120C1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51A961AF" w14:textId="77777777" w:rsidTr="007E4D12">
        <w:trPr>
          <w:jc w:val="center"/>
        </w:trPr>
        <w:tc>
          <w:tcPr>
            <w:tcW w:w="4549" w:type="dxa"/>
          </w:tcPr>
          <w:p w14:paraId="20C2F62F" w14:textId="6406E3D2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Профилактические беседы обучающихся школы с инспекторами по ПДД в рамках классных часов, общешкольных мероприятий, круглых столов</w:t>
            </w:r>
          </w:p>
        </w:tc>
        <w:tc>
          <w:tcPr>
            <w:tcW w:w="993" w:type="dxa"/>
          </w:tcPr>
          <w:p w14:paraId="726B21A4" w14:textId="19E34F6E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12F6961A" w14:textId="383CF7D0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4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неделя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552" w:type="dxa"/>
          </w:tcPr>
          <w:p w14:paraId="18E9314C" w14:textId="7E476FA0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инспекторы Госавтоинспекции, педагог-организатор, классные руководители</w:t>
            </w:r>
          </w:p>
        </w:tc>
        <w:tc>
          <w:tcPr>
            <w:tcW w:w="3499" w:type="dxa"/>
          </w:tcPr>
          <w:p w14:paraId="4514FFE2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500D9B54" w14:textId="77777777" w:rsidTr="007E4D12">
        <w:trPr>
          <w:jc w:val="center"/>
        </w:trPr>
        <w:tc>
          <w:tcPr>
            <w:tcW w:w="4549" w:type="dxa"/>
          </w:tcPr>
          <w:p w14:paraId="45123402" w14:textId="775ED5F0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Проведение ежедневных пятиминуток-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напоминаний о соблюдениях правил дорожного движения на проезжей части.</w:t>
            </w:r>
          </w:p>
        </w:tc>
        <w:tc>
          <w:tcPr>
            <w:tcW w:w="993" w:type="dxa"/>
          </w:tcPr>
          <w:p w14:paraId="666208FD" w14:textId="406AF34C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842" w:type="dxa"/>
          </w:tcPr>
          <w:p w14:paraId="59FFD110" w14:textId="15FBC8DF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</w:tcPr>
          <w:p w14:paraId="46043604" w14:textId="159237E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руководители</w:t>
            </w:r>
            <w:proofErr w:type="spellEnd"/>
          </w:p>
        </w:tc>
        <w:tc>
          <w:tcPr>
            <w:tcW w:w="3499" w:type="dxa"/>
          </w:tcPr>
          <w:p w14:paraId="2A99242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07FECBC3" w14:textId="77777777" w:rsidTr="00890A50">
        <w:trPr>
          <w:jc w:val="center"/>
        </w:trPr>
        <w:tc>
          <w:tcPr>
            <w:tcW w:w="4549" w:type="dxa"/>
          </w:tcPr>
          <w:p w14:paraId="6DABA21B" w14:textId="67659029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 рамках мероприятия познавательная игра «Правила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дорожные  -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знать каждому положено»</w:t>
            </w:r>
          </w:p>
        </w:tc>
        <w:tc>
          <w:tcPr>
            <w:tcW w:w="993" w:type="dxa"/>
          </w:tcPr>
          <w:p w14:paraId="6C76D90C" w14:textId="62047742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26718949" w14:textId="7755D279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</w:tcPr>
          <w:p w14:paraId="47422F6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 </w:t>
            </w:r>
          </w:p>
          <w:p w14:paraId="512111B4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6CAC8CF5" w14:textId="7CB10253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32A8923C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3456D12A" w14:textId="77777777" w:rsidTr="00890A50">
        <w:trPr>
          <w:jc w:val="center"/>
        </w:trPr>
        <w:tc>
          <w:tcPr>
            <w:tcW w:w="4549" w:type="dxa"/>
          </w:tcPr>
          <w:p w14:paraId="2A53C00E" w14:textId="3E5863CA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Семинар для обучающихся 9-11 классов по теме: «Уличное движение – теория, практика, ответственность»</w:t>
            </w:r>
          </w:p>
        </w:tc>
        <w:tc>
          <w:tcPr>
            <w:tcW w:w="993" w:type="dxa"/>
          </w:tcPr>
          <w:p w14:paraId="69FBA523" w14:textId="60601835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75FB1790" w14:textId="32786664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</w:tcPr>
          <w:p w14:paraId="2DB3257C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4CB1DF49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5ECFDA2B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3CC3E613" w14:textId="66F19DFA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Отряд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ЮИД</w:t>
            </w:r>
          </w:p>
        </w:tc>
        <w:tc>
          <w:tcPr>
            <w:tcW w:w="3499" w:type="dxa"/>
          </w:tcPr>
          <w:p w14:paraId="425E3CFF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7B7983E3" w14:textId="77777777" w:rsidTr="00890A50">
        <w:trPr>
          <w:jc w:val="center"/>
        </w:trPr>
        <w:tc>
          <w:tcPr>
            <w:tcW w:w="4549" w:type="dxa"/>
          </w:tcPr>
          <w:p w14:paraId="58D30554" w14:textId="5FF90FA0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Открытые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уроки  по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теме:  « Опасные ситуации»,  «Правила дорожного движения».</w:t>
            </w:r>
          </w:p>
        </w:tc>
        <w:tc>
          <w:tcPr>
            <w:tcW w:w="993" w:type="dxa"/>
          </w:tcPr>
          <w:p w14:paraId="32803EE2" w14:textId="618DA569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7CF935FF" w14:textId="4FFCDCAC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552" w:type="dxa"/>
          </w:tcPr>
          <w:p w14:paraId="5E467169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физической культуры, классные руководители</w:t>
            </w:r>
          </w:p>
          <w:p w14:paraId="7F9965ED" w14:textId="4F79B112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3AE843B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2D9D1FAE" w14:textId="77777777" w:rsidTr="00890A50">
        <w:trPr>
          <w:jc w:val="center"/>
        </w:trPr>
        <w:tc>
          <w:tcPr>
            <w:tcW w:w="4549" w:type="dxa"/>
          </w:tcPr>
          <w:p w14:paraId="5F21AE3F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Профилактическая акция "Безопасность детей - забота взрослых"-профилактические беседы о мерах безопасности при переходе проезжей части;</w:t>
            </w:r>
          </w:p>
          <w:p w14:paraId="234CB9C4" w14:textId="2A26A0F2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конкурсы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рисунков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сочинений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фотографий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517F53D1" w14:textId="789AA4A3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1CBF5AEF" w14:textId="576B1491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552" w:type="dxa"/>
          </w:tcPr>
          <w:p w14:paraId="0A8AD6E9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0B63542E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инспекторы Госавтоинспекции</w:t>
            </w:r>
          </w:p>
          <w:p w14:paraId="74104CC7" w14:textId="7CA130A4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Отряд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ЮИД</w:t>
            </w:r>
          </w:p>
        </w:tc>
        <w:tc>
          <w:tcPr>
            <w:tcW w:w="3499" w:type="dxa"/>
          </w:tcPr>
          <w:p w14:paraId="305E52D9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466D0CC4" w14:textId="77777777" w:rsidTr="00890A50">
        <w:trPr>
          <w:jc w:val="center"/>
        </w:trPr>
        <w:tc>
          <w:tcPr>
            <w:tcW w:w="4549" w:type="dxa"/>
          </w:tcPr>
          <w:p w14:paraId="4944FAE4" w14:textId="26F939A2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Классный час для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учащихся  7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-8 классов «День памяти жертв ДТП».</w:t>
            </w:r>
          </w:p>
        </w:tc>
        <w:tc>
          <w:tcPr>
            <w:tcW w:w="993" w:type="dxa"/>
          </w:tcPr>
          <w:p w14:paraId="7659D8D6" w14:textId="5FAB07EF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6FE08C0A" w14:textId="4200F42A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552" w:type="dxa"/>
          </w:tcPr>
          <w:p w14:paraId="4ED3EBCE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1469570B" w14:textId="330A0ACA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499" w:type="dxa"/>
          </w:tcPr>
          <w:p w14:paraId="283CFAC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1F56C3C4" w14:textId="77777777" w:rsidTr="00890A50">
        <w:trPr>
          <w:jc w:val="center"/>
        </w:trPr>
        <w:tc>
          <w:tcPr>
            <w:tcW w:w="4549" w:type="dxa"/>
          </w:tcPr>
          <w:p w14:paraId="4224CDE6" w14:textId="77777777" w:rsidR="007446D1" w:rsidRPr="00027D8D" w:rsidRDefault="007446D1" w:rsidP="007446D1">
            <w:pPr>
              <w:jc w:val="both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Профилактическая акция "Внимание, каникулы!</w:t>
            </w:r>
            <w:proofErr w:type="gramStart"/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" :</w:t>
            </w:r>
            <w:proofErr w:type="gramEnd"/>
          </w:p>
          <w:p w14:paraId="18FBC66D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проведение пятиминуток-напоминаний о соблюдении мер безопасности при переходе проезжей части, о необходимости использования обуви, одежды, ранцев, предметов со светоотражающими элементами;</w:t>
            </w:r>
          </w:p>
          <w:p w14:paraId="73B893DF" w14:textId="0DF7FD39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- инструктажи, беседы о правилах поведения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ПДДТ  в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период весенних каникул</w:t>
            </w:r>
          </w:p>
        </w:tc>
        <w:tc>
          <w:tcPr>
            <w:tcW w:w="993" w:type="dxa"/>
          </w:tcPr>
          <w:p w14:paraId="0B0DC63B" w14:textId="3F5C4C71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842" w:type="dxa"/>
          </w:tcPr>
          <w:p w14:paraId="39A3C1E8" w14:textId="7777777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  <w:p w14:paraId="2A7A6E6C" w14:textId="63506621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1-ой недели месяца</w:t>
            </w:r>
          </w:p>
        </w:tc>
        <w:tc>
          <w:tcPr>
            <w:tcW w:w="2552" w:type="dxa"/>
          </w:tcPr>
          <w:p w14:paraId="234CAFC4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4FFFB783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инспекторы Госавтоинспекции</w:t>
            </w:r>
          </w:p>
          <w:p w14:paraId="202FF71B" w14:textId="77777777" w:rsidR="007446D1" w:rsidRPr="00027D8D" w:rsidRDefault="007446D1" w:rsidP="007446D1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35EAE66C" w14:textId="6B278A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0F96982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4D880D56" w14:textId="77777777" w:rsidTr="000874EF">
        <w:trPr>
          <w:jc w:val="center"/>
        </w:trPr>
        <w:tc>
          <w:tcPr>
            <w:tcW w:w="4549" w:type="dxa"/>
          </w:tcPr>
          <w:p w14:paraId="319B82C6" w14:textId="07395DD0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 w:eastAsia="ru-RU"/>
              </w:rPr>
              <w:t>Проведение бесед с обучающимися по теме: «Административная, уголовная и гражданская ответственность за нарушение правил дорожного движения»</w:t>
            </w:r>
          </w:p>
        </w:tc>
        <w:tc>
          <w:tcPr>
            <w:tcW w:w="993" w:type="dxa"/>
          </w:tcPr>
          <w:p w14:paraId="35F4C22B" w14:textId="52ED651D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9C9B61A" w14:textId="35CDB082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>-май</w:t>
            </w:r>
          </w:p>
        </w:tc>
        <w:tc>
          <w:tcPr>
            <w:tcW w:w="2552" w:type="dxa"/>
            <w:vAlign w:val="center"/>
          </w:tcPr>
          <w:p w14:paraId="1A5BCC0E" w14:textId="51FBCDB9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4EAFE8F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30775853" w14:textId="03D392FC" w:rsidTr="00AA1362">
        <w:trPr>
          <w:jc w:val="center"/>
        </w:trPr>
        <w:tc>
          <w:tcPr>
            <w:tcW w:w="4549" w:type="dxa"/>
            <w:vAlign w:val="center"/>
          </w:tcPr>
          <w:p w14:paraId="0ECE0CE6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Тренировочные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эвакуации</w:t>
            </w:r>
            <w:proofErr w:type="spellEnd"/>
          </w:p>
        </w:tc>
        <w:tc>
          <w:tcPr>
            <w:tcW w:w="993" w:type="dxa"/>
            <w:vAlign w:val="center"/>
          </w:tcPr>
          <w:p w14:paraId="11D1966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30835511" w14:textId="7777777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утверждённому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552" w:type="dxa"/>
            <w:vAlign w:val="center"/>
          </w:tcPr>
          <w:p w14:paraId="396345BE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комплексную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3499" w:type="dxa"/>
          </w:tcPr>
          <w:p w14:paraId="66BA834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F7EBA" w:rsidRPr="00027D8D" w14:paraId="183E9765" w14:textId="77777777" w:rsidTr="004F7EBA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5CA3F017" w14:textId="46B8DD29" w:rsidR="004F7EBA" w:rsidRPr="00027D8D" w:rsidRDefault="004F7EBA" w:rsidP="004F7EB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Пожарная безопасность</w:t>
            </w:r>
          </w:p>
        </w:tc>
      </w:tr>
      <w:tr w:rsidR="007446D1" w:rsidRPr="00D318BF" w14:paraId="4731DEE7" w14:textId="1C4AD0F9" w:rsidTr="00AA1362">
        <w:trPr>
          <w:jc w:val="center"/>
        </w:trPr>
        <w:tc>
          <w:tcPr>
            <w:tcW w:w="4549" w:type="dxa"/>
            <w:vAlign w:val="center"/>
          </w:tcPr>
          <w:p w14:paraId="6D843ADF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Практикум «Пожарная безопасность и номер 112»</w:t>
            </w:r>
          </w:p>
        </w:tc>
        <w:tc>
          <w:tcPr>
            <w:tcW w:w="993" w:type="dxa"/>
            <w:vAlign w:val="center"/>
          </w:tcPr>
          <w:p w14:paraId="04D36B3C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3DC597C4" w14:textId="42948A07" w:rsidR="007446D1" w:rsidRPr="00027D8D" w:rsidRDefault="00314074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четверть в течении учебного года</w:t>
            </w:r>
          </w:p>
        </w:tc>
        <w:tc>
          <w:tcPr>
            <w:tcW w:w="2552" w:type="dxa"/>
            <w:vAlign w:val="center"/>
          </w:tcPr>
          <w:p w14:paraId="605C122B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педагог-организатор</w:t>
            </w:r>
          </w:p>
        </w:tc>
        <w:tc>
          <w:tcPr>
            <w:tcW w:w="3499" w:type="dxa"/>
          </w:tcPr>
          <w:p w14:paraId="7D3FB14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1971C727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7924F256" w14:textId="3BAF32BB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Водная безопасность</w:t>
            </w:r>
          </w:p>
        </w:tc>
      </w:tr>
      <w:tr w:rsidR="00583B46" w:rsidRPr="00D318BF" w14:paraId="1EEA9823" w14:textId="77777777" w:rsidTr="00441067">
        <w:trPr>
          <w:jc w:val="center"/>
        </w:trPr>
        <w:tc>
          <w:tcPr>
            <w:tcW w:w="4549" w:type="dxa"/>
          </w:tcPr>
          <w:p w14:paraId="6F77EE2A" w14:textId="627CF6CC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Занятия «Осторожно: тонкий лёд» и «Безопасность у воды»</w:t>
            </w:r>
          </w:p>
        </w:tc>
        <w:tc>
          <w:tcPr>
            <w:tcW w:w="993" w:type="dxa"/>
          </w:tcPr>
          <w:p w14:paraId="66F8ACC7" w14:textId="6F14D4E3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6D09414E" w14:textId="05729047" w:rsidR="00583B46" w:rsidRPr="00027D8D" w:rsidRDefault="00583B46" w:rsidP="00583B4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</w:tcPr>
          <w:p w14:paraId="171B4693" w14:textId="35B4E7B4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за комплексную безопасность</w:t>
            </w:r>
          </w:p>
        </w:tc>
        <w:tc>
          <w:tcPr>
            <w:tcW w:w="3499" w:type="dxa"/>
          </w:tcPr>
          <w:p w14:paraId="0C6F24FC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79126B5C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26FAA82C" w14:textId="32DC36A1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Кибербезопасность</w:t>
            </w:r>
          </w:p>
        </w:tc>
      </w:tr>
      <w:tr w:rsidR="007446D1" w:rsidRPr="00D318BF" w14:paraId="4108A902" w14:textId="22DB667F" w:rsidTr="00AA1362">
        <w:trPr>
          <w:jc w:val="center"/>
        </w:trPr>
        <w:tc>
          <w:tcPr>
            <w:tcW w:w="4549" w:type="dxa"/>
            <w:vAlign w:val="center"/>
          </w:tcPr>
          <w:p w14:paraId="1FA5543C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Цикл «Безопасный интернет, персональные данные и цифровой след»</w:t>
            </w:r>
          </w:p>
        </w:tc>
        <w:tc>
          <w:tcPr>
            <w:tcW w:w="993" w:type="dxa"/>
            <w:vAlign w:val="center"/>
          </w:tcPr>
          <w:p w14:paraId="249D3666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842" w:type="dxa"/>
            <w:vAlign w:val="center"/>
          </w:tcPr>
          <w:p w14:paraId="3E3CAE29" w14:textId="4C61E75B" w:rsidR="007446D1" w:rsidRPr="00027D8D" w:rsidRDefault="00583B46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38F24332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классные руководители</w:t>
            </w:r>
          </w:p>
        </w:tc>
        <w:tc>
          <w:tcPr>
            <w:tcW w:w="3499" w:type="dxa"/>
          </w:tcPr>
          <w:p w14:paraId="55F7DA3F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5B03881B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0119EF72" w14:textId="244614A1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травли и конфликтов</w:t>
            </w:r>
          </w:p>
        </w:tc>
      </w:tr>
      <w:tr w:rsidR="00583B46" w:rsidRPr="00027D8D" w14:paraId="06A3CC6B" w14:textId="207C9800" w:rsidTr="000A1EB9">
        <w:trPr>
          <w:jc w:val="center"/>
        </w:trPr>
        <w:tc>
          <w:tcPr>
            <w:tcW w:w="4549" w:type="dxa"/>
            <w:vAlign w:val="center"/>
          </w:tcPr>
          <w:p w14:paraId="04489563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Развивающие занятия по профилактике травли и формированию безопасной психологической среды</w:t>
            </w:r>
          </w:p>
        </w:tc>
        <w:tc>
          <w:tcPr>
            <w:tcW w:w="993" w:type="dxa"/>
            <w:vAlign w:val="center"/>
          </w:tcPr>
          <w:p w14:paraId="6F979A67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260B5E66" w14:textId="718D2C7F" w:rsidR="00583B46" w:rsidRPr="00027D8D" w:rsidRDefault="00583B46" w:rsidP="00583B4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1D3147FF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3499" w:type="dxa"/>
          </w:tcPr>
          <w:p w14:paraId="66E00E2A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01C48" w:rsidRPr="00D318BF" w14:paraId="06426761" w14:textId="77777777" w:rsidTr="000A1EB9">
        <w:trPr>
          <w:jc w:val="center"/>
        </w:trPr>
        <w:tc>
          <w:tcPr>
            <w:tcW w:w="4549" w:type="dxa"/>
            <w:vAlign w:val="center"/>
          </w:tcPr>
          <w:p w14:paraId="78C690DD" w14:textId="77777777" w:rsidR="00801C48" w:rsidRPr="00801C48" w:rsidRDefault="00801C48" w:rsidP="00801C48">
            <w:pPr>
              <w:rPr>
                <w:rFonts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Книжная выставка в библиотеке </w:t>
            </w:r>
          </w:p>
          <w:p w14:paraId="5D2C8145" w14:textId="74B07561" w:rsidR="00801C48" w:rsidRPr="00027D8D" w:rsidRDefault="00801C48" w:rsidP="00801C4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«В помощь родителям о профилактике травли детей и подростков».</w:t>
            </w:r>
          </w:p>
        </w:tc>
        <w:tc>
          <w:tcPr>
            <w:tcW w:w="993" w:type="dxa"/>
            <w:vAlign w:val="center"/>
          </w:tcPr>
          <w:p w14:paraId="0F681986" w14:textId="2E7961DB" w:rsidR="00801C48" w:rsidRPr="00801C48" w:rsidRDefault="004A1795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27A7DAE9" w14:textId="7BB95173" w:rsidR="00801C48" w:rsidRPr="00027D8D" w:rsidRDefault="00502EE4" w:rsidP="00583B4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350B9B7F" w14:textId="77777777" w:rsidR="004A1795" w:rsidRPr="005A4A33" w:rsidRDefault="004A1795" w:rsidP="004A1795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195923B7" w14:textId="77777777" w:rsidR="004A1795" w:rsidRPr="005A4A33" w:rsidRDefault="004A1795" w:rsidP="004A1795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</w:t>
            </w:r>
            <w:proofErr w:type="spellEnd"/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А.А.</w:t>
            </w:r>
          </w:p>
          <w:p w14:paraId="6D85DD15" w14:textId="2BE4F87D" w:rsidR="00801C48" w:rsidRPr="00801C48" w:rsidRDefault="00801C48" w:rsidP="004A179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437F508F" w14:textId="77777777" w:rsidR="00801C48" w:rsidRPr="00801C48" w:rsidRDefault="00801C48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02EE4" w:rsidRPr="00D318BF" w14:paraId="6472524F" w14:textId="77777777" w:rsidTr="00B02C8A">
        <w:trPr>
          <w:jc w:val="center"/>
        </w:trPr>
        <w:tc>
          <w:tcPr>
            <w:tcW w:w="4549" w:type="dxa"/>
            <w:vAlign w:val="center"/>
          </w:tcPr>
          <w:p w14:paraId="33C8759C" w14:textId="556D6DDA" w:rsidR="00502EE4" w:rsidRPr="00801C48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Индивидуальные консультации педагога-</w:t>
            </w: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психолога по профилактике</w:t>
            </w:r>
          </w:p>
        </w:tc>
        <w:tc>
          <w:tcPr>
            <w:tcW w:w="993" w:type="dxa"/>
          </w:tcPr>
          <w:p w14:paraId="2C54B5BE" w14:textId="66CD9890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741A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</w:tcPr>
          <w:p w14:paraId="48CD0C38" w14:textId="72AC6599" w:rsidR="00502EE4" w:rsidRPr="00027D8D" w:rsidRDefault="00502EE4" w:rsidP="00502EE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1BA5254B" w14:textId="77777777" w:rsidR="00502EE4" w:rsidRPr="004A1795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29945C54" w14:textId="77777777" w:rsidR="00502EE4" w:rsidRPr="004A1795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lastRenderedPageBreak/>
              <w:t>Федотова И.А.</w:t>
            </w:r>
          </w:p>
          <w:p w14:paraId="3BA6D131" w14:textId="77777777" w:rsidR="00502EE4" w:rsidRPr="004A1795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Педагог-психолог</w:t>
            </w:r>
          </w:p>
          <w:p w14:paraId="7D5AA425" w14:textId="09B41401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19581D8C" w14:textId="77777777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02EE4" w:rsidRPr="00D318BF" w14:paraId="5BC32DA2" w14:textId="77777777" w:rsidTr="00B02C8A">
        <w:trPr>
          <w:jc w:val="center"/>
        </w:trPr>
        <w:tc>
          <w:tcPr>
            <w:tcW w:w="4549" w:type="dxa"/>
            <w:vAlign w:val="center"/>
          </w:tcPr>
          <w:p w14:paraId="034CCF8C" w14:textId="77777777" w:rsidR="00502EE4" w:rsidRPr="00801C48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Психологическая диагностика в контексте проблемы травли:</w:t>
            </w:r>
          </w:p>
          <w:p w14:paraId="34C2CF94" w14:textId="77777777" w:rsidR="00502EE4" w:rsidRPr="00801C48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Анкетирование «Как я воспитываю своего ребенка?»</w:t>
            </w:r>
          </w:p>
          <w:p w14:paraId="7133A83D" w14:textId="30A23091" w:rsidR="00502EE4" w:rsidRPr="00801C48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Анкетирование «Оценка уровня удовлетворительности образовательной средой.</w:t>
            </w:r>
          </w:p>
        </w:tc>
        <w:tc>
          <w:tcPr>
            <w:tcW w:w="993" w:type="dxa"/>
          </w:tcPr>
          <w:p w14:paraId="65CA2EC2" w14:textId="7862AB2B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741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1870B965" w14:textId="30BF517D" w:rsidR="00502EE4" w:rsidRPr="00027D8D" w:rsidRDefault="00502EE4" w:rsidP="00502EE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5C701D9D" w14:textId="77777777" w:rsidR="00502EE4" w:rsidRPr="004A1795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542CF32A" w14:textId="77777777" w:rsidR="00502EE4" w:rsidRPr="004A1795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Федотова И.А.</w:t>
            </w:r>
          </w:p>
          <w:p w14:paraId="5B797802" w14:textId="77777777" w:rsidR="00502EE4" w:rsidRPr="004A1795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Педагог-психолог</w:t>
            </w:r>
          </w:p>
          <w:p w14:paraId="37852744" w14:textId="5DFDD831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0A4031CD" w14:textId="77777777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02EE4" w:rsidRPr="00801C48" w14:paraId="32185AEC" w14:textId="77777777" w:rsidTr="00B02C8A">
        <w:trPr>
          <w:jc w:val="center"/>
        </w:trPr>
        <w:tc>
          <w:tcPr>
            <w:tcW w:w="4549" w:type="dxa"/>
            <w:vAlign w:val="center"/>
          </w:tcPr>
          <w:p w14:paraId="7C16D55C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Информационные часы, беседы.</w:t>
            </w:r>
          </w:p>
          <w:p w14:paraId="2B6483AA" w14:textId="77777777" w:rsidR="00502EE4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Примерная тематика:</w:t>
            </w:r>
          </w:p>
          <w:p w14:paraId="475D14E3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u w:val="single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u w:val="single"/>
                <w:lang w:val="ru-RU" w:eastAsia="ru-RU"/>
              </w:rPr>
              <w:t>12-16 лет:</w:t>
            </w:r>
          </w:p>
          <w:p w14:paraId="58F713FE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Бояться страшно. Действовать не страшно.</w:t>
            </w:r>
          </w:p>
          <w:p w14:paraId="19C6D4B6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О правилах поведения и безопасности на улице.</w:t>
            </w:r>
          </w:p>
          <w:p w14:paraId="7BDB10FF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• </w:t>
            </w:r>
            <w:proofErr w:type="gramStart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Травля  как</w:t>
            </w:r>
            <w:proofErr w:type="gramEnd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стадный допинг.</w:t>
            </w:r>
          </w:p>
          <w:p w14:paraId="1E280066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Безопасное поведение.</w:t>
            </w:r>
          </w:p>
          <w:p w14:paraId="7FA402F8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Что такое агрессия?</w:t>
            </w:r>
          </w:p>
          <w:p w14:paraId="5212F3F5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Добро против насилия.</w:t>
            </w:r>
          </w:p>
          <w:p w14:paraId="3C25CE41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Как не стать жертвой насилия.</w:t>
            </w:r>
          </w:p>
          <w:p w14:paraId="2599F736" w14:textId="11665BB3" w:rsidR="00502EE4" w:rsidRPr="00801C48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Способы решения конфликтов с ровесниками.</w:t>
            </w:r>
          </w:p>
        </w:tc>
        <w:tc>
          <w:tcPr>
            <w:tcW w:w="993" w:type="dxa"/>
          </w:tcPr>
          <w:p w14:paraId="1EAD8C50" w14:textId="7C4D8F2C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741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02ECADA9" w14:textId="4FE58543" w:rsidR="00502EE4" w:rsidRPr="00027D8D" w:rsidRDefault="00502EE4" w:rsidP="00502EE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4CCEE2A4" w14:textId="23815E4E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37D99AE7" w14:textId="77777777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02EE4" w:rsidRPr="00D318BF" w14:paraId="43F2D9A4" w14:textId="77777777" w:rsidTr="00B02C8A">
        <w:trPr>
          <w:jc w:val="center"/>
        </w:trPr>
        <w:tc>
          <w:tcPr>
            <w:tcW w:w="4549" w:type="dxa"/>
            <w:vAlign w:val="center"/>
          </w:tcPr>
          <w:p w14:paraId="6C36F0DE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Читательские конференции по книгам, раскрывающим проблему травли:</w:t>
            </w:r>
          </w:p>
          <w:p w14:paraId="12C3686A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В.К. Железняков «Чучело»</w:t>
            </w:r>
          </w:p>
          <w:p w14:paraId="6D897668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• Хосе </w:t>
            </w:r>
            <w:proofErr w:type="spellStart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Тассиес</w:t>
            </w:r>
            <w:proofErr w:type="spellEnd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«Украденные имена»</w:t>
            </w:r>
          </w:p>
          <w:p w14:paraId="4D90740F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• В.Н. </w:t>
            </w:r>
            <w:proofErr w:type="spellStart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Ватан</w:t>
            </w:r>
            <w:proofErr w:type="spellEnd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«Заморыш»</w:t>
            </w:r>
          </w:p>
          <w:p w14:paraId="39C13C17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Е.В. Мурашов «Класс коррекции»</w:t>
            </w:r>
          </w:p>
          <w:p w14:paraId="452B13A0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Алексей Сережкин «Ученик»</w:t>
            </w:r>
          </w:p>
          <w:p w14:paraId="5DC393A9" w14:textId="209CAFBA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Андрей Богословский «Верочка»</w:t>
            </w:r>
          </w:p>
        </w:tc>
        <w:tc>
          <w:tcPr>
            <w:tcW w:w="993" w:type="dxa"/>
          </w:tcPr>
          <w:p w14:paraId="33049C8D" w14:textId="467A833F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741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52F6A51D" w14:textId="61F59C28" w:rsidR="00502EE4" w:rsidRPr="00027D8D" w:rsidRDefault="00502EE4" w:rsidP="00502EE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14BAF717" w14:textId="77777777" w:rsidR="00502EE4" w:rsidRPr="005A4A33" w:rsidRDefault="00502EE4" w:rsidP="00502EE4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63A5DDAF" w14:textId="77777777" w:rsidR="00502EE4" w:rsidRPr="005A4A33" w:rsidRDefault="00502EE4" w:rsidP="00502EE4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</w:t>
            </w:r>
            <w:proofErr w:type="spellEnd"/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А.А.</w:t>
            </w:r>
          </w:p>
          <w:p w14:paraId="5B2925D8" w14:textId="79751D32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549DC747" w14:textId="77777777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02EE4" w:rsidRPr="00801C48" w14:paraId="450FB42E" w14:textId="77777777" w:rsidTr="00B02C8A">
        <w:trPr>
          <w:jc w:val="center"/>
        </w:trPr>
        <w:tc>
          <w:tcPr>
            <w:tcW w:w="4549" w:type="dxa"/>
            <w:vAlign w:val="center"/>
          </w:tcPr>
          <w:p w14:paraId="74B91513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Информационный вестник (стендовая </w:t>
            </w:r>
            <w:proofErr w:type="gramStart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информация,  раздаточные</w:t>
            </w:r>
            <w:proofErr w:type="gramEnd"/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материалы) для обучающихся на темы:</w:t>
            </w:r>
          </w:p>
          <w:p w14:paraId="7B6A6545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• Мы – против насилия!</w:t>
            </w:r>
          </w:p>
          <w:p w14:paraId="3BBC1382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Мы – против жестокого обращения!</w:t>
            </w:r>
          </w:p>
          <w:p w14:paraId="39453D6A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Книжные выставки:</w:t>
            </w:r>
          </w:p>
          <w:p w14:paraId="3051E785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Травли как этическая проблема.</w:t>
            </w:r>
          </w:p>
          <w:p w14:paraId="512BB541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Относись к другому так, как ты хотел бы, чтобы относились к тебе.</w:t>
            </w:r>
          </w:p>
          <w:p w14:paraId="14D55396" w14:textId="77777777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Детство, свободное от жестокости.</w:t>
            </w:r>
          </w:p>
          <w:p w14:paraId="58FFD4AA" w14:textId="5DEDB279" w:rsidR="00502EE4" w:rsidRPr="004A1795" w:rsidRDefault="00502EE4" w:rsidP="00502EE4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Скажем «Нет» равнодушию к детскому насилию.</w:t>
            </w:r>
          </w:p>
        </w:tc>
        <w:tc>
          <w:tcPr>
            <w:tcW w:w="993" w:type="dxa"/>
          </w:tcPr>
          <w:p w14:paraId="698E6F0C" w14:textId="6509CFE4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741A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</w:tcPr>
          <w:p w14:paraId="184711C7" w14:textId="5DFCF6CD" w:rsidR="00502EE4" w:rsidRPr="00027D8D" w:rsidRDefault="00502EE4" w:rsidP="00502EE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538F488C" w14:textId="77777777" w:rsidR="00502EE4" w:rsidRPr="005A4A33" w:rsidRDefault="00502EE4" w:rsidP="00502EE4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3ADEFB20" w14:textId="77777777" w:rsidR="00502EE4" w:rsidRPr="005A4A33" w:rsidRDefault="00502EE4" w:rsidP="00502EE4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</w:t>
            </w:r>
            <w:proofErr w:type="spellEnd"/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А.А.</w:t>
            </w:r>
          </w:p>
          <w:p w14:paraId="7981C0C7" w14:textId="1754D36B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Классные </w:t>
            </w: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руководители</w:t>
            </w:r>
          </w:p>
        </w:tc>
        <w:tc>
          <w:tcPr>
            <w:tcW w:w="3499" w:type="dxa"/>
          </w:tcPr>
          <w:p w14:paraId="01CD890F" w14:textId="77777777" w:rsidR="00502EE4" w:rsidRPr="00801C48" w:rsidRDefault="00502EE4" w:rsidP="00502EE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A1795" w:rsidRPr="00D318BF" w14:paraId="331C5367" w14:textId="77777777" w:rsidTr="000A1EB9">
        <w:trPr>
          <w:jc w:val="center"/>
        </w:trPr>
        <w:tc>
          <w:tcPr>
            <w:tcW w:w="4549" w:type="dxa"/>
            <w:vAlign w:val="center"/>
          </w:tcPr>
          <w:p w14:paraId="63AF0E85" w14:textId="77777777" w:rsidR="004A1795" w:rsidRPr="004A1795" w:rsidRDefault="004A1795" w:rsidP="004A1795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Индивидуальные консультации обучающихся</w:t>
            </w:r>
          </w:p>
          <w:p w14:paraId="599B1E43" w14:textId="4DCCF994" w:rsidR="004A1795" w:rsidRPr="004A1795" w:rsidRDefault="004A1795" w:rsidP="004A1795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(по результатам диагностики, общение со сверстниками, детско-родительские отношения, конфликты).</w:t>
            </w:r>
          </w:p>
        </w:tc>
        <w:tc>
          <w:tcPr>
            <w:tcW w:w="993" w:type="dxa"/>
            <w:vAlign w:val="center"/>
          </w:tcPr>
          <w:p w14:paraId="2EE4E468" w14:textId="44794D06" w:rsidR="004A1795" w:rsidRPr="00801C48" w:rsidRDefault="00502EE4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1E1B2B1F" w14:textId="1B5773BC" w:rsidR="004A1795" w:rsidRPr="00027D8D" w:rsidRDefault="00502EE4" w:rsidP="00583B4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14CFDA77" w14:textId="77777777" w:rsidR="004A1795" w:rsidRPr="004A1795" w:rsidRDefault="004A1795" w:rsidP="004A1795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A1795">
              <w:rPr>
                <w:rFonts w:cs="Times New Roman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4A1795">
              <w:rPr>
                <w:rFonts w:cs="Times New Roman"/>
                <w:sz w:val="24"/>
                <w:szCs w:val="24"/>
                <w:lang w:val="ru-RU"/>
              </w:rPr>
              <w:t xml:space="preserve"> по УВР </w:t>
            </w:r>
            <w:proofErr w:type="spellStart"/>
            <w:r w:rsidRPr="004A1795">
              <w:rPr>
                <w:rFonts w:cs="Times New Roman"/>
                <w:sz w:val="24"/>
                <w:szCs w:val="24"/>
                <w:lang w:val="ru-RU"/>
              </w:rPr>
              <w:t>Заргарян</w:t>
            </w:r>
            <w:proofErr w:type="spellEnd"/>
            <w:r w:rsidRPr="004A1795">
              <w:rPr>
                <w:rFonts w:cs="Times New Roman"/>
                <w:sz w:val="24"/>
                <w:szCs w:val="24"/>
                <w:lang w:val="ru-RU"/>
              </w:rPr>
              <w:t xml:space="preserve"> С.В.</w:t>
            </w:r>
          </w:p>
          <w:p w14:paraId="04FCD41D" w14:textId="77777777" w:rsidR="004A1795" w:rsidRPr="004A1795" w:rsidRDefault="004A1795" w:rsidP="004A179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72620315" w14:textId="77777777" w:rsidR="004A1795" w:rsidRPr="004A1795" w:rsidRDefault="004A1795" w:rsidP="004A179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Федотова И.А.</w:t>
            </w:r>
          </w:p>
          <w:p w14:paraId="351D3B12" w14:textId="77777777" w:rsidR="004A1795" w:rsidRPr="004A1795" w:rsidRDefault="004A1795" w:rsidP="004A179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Педагог-психолог</w:t>
            </w:r>
          </w:p>
          <w:p w14:paraId="135206BA" w14:textId="3D6FFC21" w:rsidR="004A1795" w:rsidRPr="00801C48" w:rsidRDefault="004A1795" w:rsidP="004A179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4CD8C577" w14:textId="77777777" w:rsidR="004A1795" w:rsidRPr="00801C48" w:rsidRDefault="004A1795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46B13D96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23E942B7" w14:textId="31694956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Антитеррористическая безопасность</w:t>
            </w:r>
          </w:p>
        </w:tc>
      </w:tr>
      <w:tr w:rsidR="00583B46" w:rsidRPr="00027D8D" w14:paraId="26DD34C2" w14:textId="3C8C5D1D" w:rsidTr="000A1EB9">
        <w:trPr>
          <w:jc w:val="center"/>
        </w:trPr>
        <w:tc>
          <w:tcPr>
            <w:tcW w:w="4549" w:type="dxa"/>
            <w:vAlign w:val="center"/>
          </w:tcPr>
          <w:p w14:paraId="54E5E2FC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Практикум «Как действовать при обнаружении подозрительного предмета»</w:t>
            </w:r>
          </w:p>
        </w:tc>
        <w:tc>
          <w:tcPr>
            <w:tcW w:w="993" w:type="dxa"/>
            <w:vAlign w:val="center"/>
          </w:tcPr>
          <w:p w14:paraId="1241CDA5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017ADC3B" w14:textId="67D3C24E" w:rsidR="00583B46" w:rsidRPr="00027D8D" w:rsidRDefault="00583B46" w:rsidP="00583B4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615F7A21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комплексную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3499" w:type="dxa"/>
          </w:tcPr>
          <w:p w14:paraId="6FDD050A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14074" w:rsidRPr="00D318BF" w14:paraId="1F7ACCD5" w14:textId="77777777" w:rsidTr="00B174A7">
        <w:trPr>
          <w:jc w:val="center"/>
        </w:trPr>
        <w:tc>
          <w:tcPr>
            <w:tcW w:w="4549" w:type="dxa"/>
            <w:vAlign w:val="center"/>
          </w:tcPr>
          <w:p w14:paraId="4529DAEB" w14:textId="7055A04F" w:rsidR="00314074" w:rsidRPr="00027D8D" w:rsidRDefault="00314074" w:rsidP="003140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 вовлечения несовершеннолетних в противоправную и экстремистскую деятельность</w:t>
            </w:r>
          </w:p>
        </w:tc>
        <w:tc>
          <w:tcPr>
            <w:tcW w:w="993" w:type="dxa"/>
            <w:vAlign w:val="center"/>
          </w:tcPr>
          <w:p w14:paraId="71C053EB" w14:textId="1FF3E645" w:rsidR="00314074" w:rsidRPr="00027D8D" w:rsidRDefault="00314074" w:rsidP="00314074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7A604372" w14:textId="6AD5AA5F" w:rsidR="00314074" w:rsidRPr="00027D8D" w:rsidRDefault="00314074" w:rsidP="0031407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552" w:type="dxa"/>
            <w:vAlign w:val="center"/>
          </w:tcPr>
          <w:p w14:paraId="5A086DF7" w14:textId="21F5FF64" w:rsidR="00314074" w:rsidRPr="00027D8D" w:rsidRDefault="00314074" w:rsidP="003140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Социальный педагог; представители правоохранительных органов — по согласованию</w:t>
            </w:r>
          </w:p>
        </w:tc>
        <w:tc>
          <w:tcPr>
            <w:tcW w:w="3499" w:type="dxa"/>
          </w:tcPr>
          <w:p w14:paraId="106F78D2" w14:textId="77777777" w:rsidR="00314074" w:rsidRPr="00027D8D" w:rsidRDefault="00314074" w:rsidP="0031407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57004A4A" w14:textId="77777777" w:rsidTr="00DD317A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36C24C92" w14:textId="438CB8BE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Железнодорожная безопасность</w:t>
            </w:r>
          </w:p>
        </w:tc>
      </w:tr>
      <w:tr w:rsidR="00583B46" w:rsidRPr="00D318BF" w14:paraId="546CF319" w14:textId="0D1732DE" w:rsidTr="000A1EB9">
        <w:trPr>
          <w:jc w:val="center"/>
        </w:trPr>
        <w:tc>
          <w:tcPr>
            <w:tcW w:w="4549" w:type="dxa"/>
            <w:vAlign w:val="center"/>
          </w:tcPr>
          <w:p w14:paraId="0F3DC395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Железнодорожная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993" w:type="dxa"/>
            <w:vAlign w:val="center"/>
          </w:tcPr>
          <w:p w14:paraId="4F84DB15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</w:tcPr>
          <w:p w14:paraId="36D5980F" w14:textId="33CE434D" w:rsidR="00583B46" w:rsidRPr="00027D8D" w:rsidRDefault="00583B46" w:rsidP="00583B4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3B3752B6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представитель транспортной организации — по согласованию</w:t>
            </w:r>
          </w:p>
        </w:tc>
        <w:tc>
          <w:tcPr>
            <w:tcW w:w="3499" w:type="dxa"/>
          </w:tcPr>
          <w:p w14:paraId="4E072738" w14:textId="77777777" w:rsidR="00583B46" w:rsidRPr="00027D8D" w:rsidRDefault="00583B46" w:rsidP="00583B4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50E90FF9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67C6CE66" w14:textId="41239C9C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Здоровый образ жизни</w:t>
            </w:r>
          </w:p>
        </w:tc>
      </w:tr>
      <w:tr w:rsidR="007446D1" w:rsidRPr="00D318BF" w14:paraId="2A8BA53F" w14:textId="03786E82" w:rsidTr="00AA1362">
        <w:trPr>
          <w:jc w:val="center"/>
        </w:trPr>
        <w:tc>
          <w:tcPr>
            <w:tcW w:w="4549" w:type="dxa"/>
            <w:vAlign w:val="center"/>
          </w:tcPr>
          <w:p w14:paraId="72B6DDE5" w14:textId="420F5254" w:rsidR="007446D1" w:rsidRPr="00027D8D" w:rsidRDefault="001C0EDC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Тренинг «Стресс менеджмент для подростков»</w:t>
            </w:r>
          </w:p>
        </w:tc>
        <w:tc>
          <w:tcPr>
            <w:tcW w:w="993" w:type="dxa"/>
            <w:vAlign w:val="center"/>
          </w:tcPr>
          <w:p w14:paraId="6C6B95E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76626E32" w14:textId="5F7CEE28" w:rsidR="007446D1" w:rsidRPr="00027D8D" w:rsidRDefault="00583B46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392A65AE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Педагог-психолог; учитель физической культуры</w:t>
            </w:r>
          </w:p>
        </w:tc>
        <w:tc>
          <w:tcPr>
            <w:tcW w:w="3499" w:type="dxa"/>
          </w:tcPr>
          <w:p w14:paraId="3E34189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C0EDC" w:rsidRPr="00027D8D" w14:paraId="2393F188" w14:textId="77777777" w:rsidTr="00AA1362">
        <w:trPr>
          <w:jc w:val="center"/>
        </w:trPr>
        <w:tc>
          <w:tcPr>
            <w:tcW w:w="4549" w:type="dxa"/>
            <w:vAlign w:val="center"/>
          </w:tcPr>
          <w:p w14:paraId="36E16EB3" w14:textId="7C0B7376" w:rsidR="001C0EDC" w:rsidRPr="00027D8D" w:rsidRDefault="00CE08E3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Акция «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Здоровье это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модно!» </w:t>
            </w:r>
            <w:proofErr w:type="gramStart"/>
            <w:r w:rsidRPr="00027D8D">
              <w:rPr>
                <w:rFonts w:cs="Times New Roman"/>
                <w:sz w:val="24"/>
                <w:szCs w:val="24"/>
                <w:lang w:val="ru-RU"/>
              </w:rPr>
              <w:t>( спорт</w:t>
            </w:r>
            <w:proofErr w:type="gramEnd"/>
            <w:r w:rsidRPr="00027D8D">
              <w:rPr>
                <w:rFonts w:cs="Times New Roman"/>
                <w:sz w:val="24"/>
                <w:szCs w:val="24"/>
                <w:lang w:val="ru-RU"/>
              </w:rPr>
              <w:t>, питание, режим дня)</w:t>
            </w:r>
          </w:p>
        </w:tc>
        <w:tc>
          <w:tcPr>
            <w:tcW w:w="993" w:type="dxa"/>
            <w:vAlign w:val="center"/>
          </w:tcPr>
          <w:p w14:paraId="01608B6B" w14:textId="2513BB6F" w:rsidR="001C0EDC" w:rsidRPr="00027D8D" w:rsidRDefault="00CE08E3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6FD138CC" w14:textId="5F6A7FB4" w:rsidR="001C0EDC" w:rsidRPr="00027D8D" w:rsidRDefault="00CE08E3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Октябрь, март</w:t>
            </w:r>
          </w:p>
        </w:tc>
        <w:tc>
          <w:tcPr>
            <w:tcW w:w="2552" w:type="dxa"/>
            <w:vAlign w:val="center"/>
          </w:tcPr>
          <w:p w14:paraId="487CDB67" w14:textId="7977D898" w:rsidR="001C0EDC" w:rsidRPr="00027D8D" w:rsidRDefault="00CE08E3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78F9D602" w14:textId="77777777" w:rsidR="001C0EDC" w:rsidRPr="00027D8D" w:rsidRDefault="001C0EDC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C0EDC" w:rsidRPr="00027D8D" w14:paraId="7AF90F19" w14:textId="77777777" w:rsidTr="00AA1362">
        <w:trPr>
          <w:jc w:val="center"/>
        </w:trPr>
        <w:tc>
          <w:tcPr>
            <w:tcW w:w="4549" w:type="dxa"/>
            <w:vAlign w:val="center"/>
          </w:tcPr>
          <w:p w14:paraId="4DF36546" w14:textId="1C08716D" w:rsidR="001C0EDC" w:rsidRPr="00027D8D" w:rsidRDefault="00CE08E3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Дебаты «Вредные привычки»</w:t>
            </w:r>
          </w:p>
        </w:tc>
        <w:tc>
          <w:tcPr>
            <w:tcW w:w="993" w:type="dxa"/>
            <w:vAlign w:val="center"/>
          </w:tcPr>
          <w:p w14:paraId="0D810A85" w14:textId="6F2C3916" w:rsidR="001C0EDC" w:rsidRPr="00027D8D" w:rsidRDefault="00CE08E3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842" w:type="dxa"/>
            <w:vAlign w:val="center"/>
          </w:tcPr>
          <w:p w14:paraId="2A7D4CDC" w14:textId="0B5FAB9E" w:rsidR="001C0EDC" w:rsidRPr="00027D8D" w:rsidRDefault="00CE08E3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552" w:type="dxa"/>
            <w:vAlign w:val="center"/>
          </w:tcPr>
          <w:p w14:paraId="23FA64C6" w14:textId="5533C901" w:rsidR="001C0EDC" w:rsidRPr="00027D8D" w:rsidRDefault="00CE08E3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57F8B308" w14:textId="77777777" w:rsidR="001C0EDC" w:rsidRPr="00027D8D" w:rsidRDefault="001C0EDC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83B46" w:rsidRPr="00027D8D" w14:paraId="3CA7B38B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6CF636F8" w14:textId="20AF99A0" w:rsidR="00583B46" w:rsidRPr="00027D8D" w:rsidRDefault="00583B46" w:rsidP="00583B46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травматизма</w:t>
            </w:r>
          </w:p>
        </w:tc>
      </w:tr>
      <w:tr w:rsidR="007446D1" w:rsidRPr="00027D8D" w14:paraId="28DDEA0F" w14:textId="6F9F3403" w:rsidTr="00AA1362">
        <w:trPr>
          <w:jc w:val="center"/>
        </w:trPr>
        <w:tc>
          <w:tcPr>
            <w:tcW w:w="4549" w:type="dxa"/>
            <w:vAlign w:val="center"/>
          </w:tcPr>
          <w:p w14:paraId="4A4F1DFB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Инструктажи перед каникулами и выездными мероприятиями</w:t>
            </w:r>
          </w:p>
        </w:tc>
        <w:tc>
          <w:tcPr>
            <w:tcW w:w="993" w:type="dxa"/>
            <w:vAlign w:val="center"/>
          </w:tcPr>
          <w:p w14:paraId="583DF39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5BB68D51" w14:textId="7777777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Перед каждыми каникулами и выездом</w:t>
            </w:r>
          </w:p>
        </w:tc>
        <w:tc>
          <w:tcPr>
            <w:tcW w:w="2552" w:type="dxa"/>
            <w:vAlign w:val="center"/>
          </w:tcPr>
          <w:p w14:paraId="055855B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499" w:type="dxa"/>
          </w:tcPr>
          <w:p w14:paraId="499B3FEA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E08E3" w:rsidRPr="00027D8D" w14:paraId="2183DBD5" w14:textId="77777777" w:rsidTr="00CE08E3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63DFF340" w14:textId="0A0D5A24" w:rsidR="00CE08E3" w:rsidRPr="00027D8D" w:rsidRDefault="00CE08E3" w:rsidP="00CE08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Социально-психологическая помощь</w:t>
            </w:r>
          </w:p>
        </w:tc>
      </w:tr>
      <w:tr w:rsidR="007446D1" w:rsidRPr="00027D8D" w14:paraId="2CE6D5C2" w14:textId="63EFD257" w:rsidTr="00AA1362">
        <w:trPr>
          <w:jc w:val="center"/>
        </w:trPr>
        <w:tc>
          <w:tcPr>
            <w:tcW w:w="4549" w:type="dxa"/>
            <w:vAlign w:val="center"/>
          </w:tcPr>
          <w:p w14:paraId="64691657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Информационная встреча «К кому обратиться за помощью»</w:t>
            </w:r>
          </w:p>
        </w:tc>
        <w:tc>
          <w:tcPr>
            <w:tcW w:w="993" w:type="dxa"/>
            <w:vAlign w:val="center"/>
          </w:tcPr>
          <w:p w14:paraId="2E8B0017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842" w:type="dxa"/>
            <w:vAlign w:val="center"/>
          </w:tcPr>
          <w:p w14:paraId="258F4F32" w14:textId="7777777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552" w:type="dxa"/>
            <w:vAlign w:val="center"/>
          </w:tcPr>
          <w:p w14:paraId="05DDE6AB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3499" w:type="dxa"/>
          </w:tcPr>
          <w:p w14:paraId="026547C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6D1" w:rsidRPr="00D318BF" w14:paraId="7CA7E06E" w14:textId="027E32B2" w:rsidTr="00AA1362">
        <w:trPr>
          <w:jc w:val="center"/>
        </w:trPr>
        <w:tc>
          <w:tcPr>
            <w:tcW w:w="4549" w:type="dxa"/>
            <w:vAlign w:val="center"/>
          </w:tcPr>
          <w:p w14:paraId="2EA350B0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 употребления психоактивных веществ и иных форм зависимого поведения</w:t>
            </w:r>
          </w:p>
        </w:tc>
        <w:tc>
          <w:tcPr>
            <w:tcW w:w="993" w:type="dxa"/>
            <w:vAlign w:val="center"/>
          </w:tcPr>
          <w:p w14:paraId="4A5B4847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2AF0AB8E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плану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профилактической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2" w:type="dxa"/>
            <w:vAlign w:val="center"/>
          </w:tcPr>
          <w:p w14:paraId="6DF21F4E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Социальный педагог; педагог-психолог; медицинские специалисты — по согласованию</w:t>
            </w:r>
          </w:p>
        </w:tc>
        <w:tc>
          <w:tcPr>
            <w:tcW w:w="3499" w:type="dxa"/>
          </w:tcPr>
          <w:p w14:paraId="3E6B9502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D318BF" w14:paraId="12ED6ED3" w14:textId="40403CFF" w:rsidTr="00AA1362">
        <w:trPr>
          <w:jc w:val="center"/>
        </w:trPr>
        <w:tc>
          <w:tcPr>
            <w:tcW w:w="4549" w:type="dxa"/>
            <w:vAlign w:val="center"/>
          </w:tcPr>
          <w:p w14:paraId="4F59C7C8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Социально-психологическое тестирование обучающихся установленного возраста</w:t>
            </w:r>
          </w:p>
        </w:tc>
        <w:tc>
          <w:tcPr>
            <w:tcW w:w="993" w:type="dxa"/>
            <w:vAlign w:val="center"/>
          </w:tcPr>
          <w:p w14:paraId="42522C2E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6575C975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сроки, установленные нормативными документами</w:t>
            </w:r>
          </w:p>
        </w:tc>
        <w:tc>
          <w:tcPr>
            <w:tcW w:w="2552" w:type="dxa"/>
            <w:vAlign w:val="center"/>
          </w:tcPr>
          <w:p w14:paraId="72BE8B28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Педагог-психолог; заместитель директора по воспитательной работе</w:t>
            </w:r>
          </w:p>
        </w:tc>
        <w:tc>
          <w:tcPr>
            <w:tcW w:w="3499" w:type="dxa"/>
          </w:tcPr>
          <w:p w14:paraId="7B70DB93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14074" w:rsidRPr="00027D8D" w14:paraId="43C9901F" w14:textId="77777777" w:rsidTr="00314074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4FE5F3DF" w14:textId="678F6956" w:rsidR="00314074" w:rsidRPr="00027D8D" w:rsidRDefault="00314074" w:rsidP="00314074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bookmarkStart w:id="3" w:name="_Hlk237619814"/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суицидального поведения</w:t>
            </w:r>
          </w:p>
        </w:tc>
      </w:tr>
      <w:tr w:rsidR="007446D1" w:rsidRPr="00027D8D" w14:paraId="0F618A9E" w14:textId="34A0D74B" w:rsidTr="00AA1362">
        <w:trPr>
          <w:jc w:val="center"/>
        </w:trPr>
        <w:tc>
          <w:tcPr>
            <w:tcW w:w="4549" w:type="dxa"/>
            <w:vAlign w:val="center"/>
          </w:tcPr>
          <w:p w14:paraId="70B7B0DE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 суицидального поведения и обучение алгоритмам обращения за помощью</w:t>
            </w:r>
          </w:p>
        </w:tc>
        <w:tc>
          <w:tcPr>
            <w:tcW w:w="993" w:type="dxa"/>
            <w:vAlign w:val="center"/>
          </w:tcPr>
          <w:p w14:paraId="52091621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842" w:type="dxa"/>
            <w:vAlign w:val="center"/>
          </w:tcPr>
          <w:p w14:paraId="41A2D5F7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плану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психологической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2552" w:type="dxa"/>
            <w:vAlign w:val="center"/>
          </w:tcPr>
          <w:p w14:paraId="1EF746B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3499" w:type="dxa"/>
          </w:tcPr>
          <w:p w14:paraId="19701FA8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F21F9" w:rsidRPr="00D318BF" w14:paraId="49D054D8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6A53" w14:textId="5F8ED46F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Выступление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педагогическом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совете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5B1AD821" w14:textId="7B995D86" w:rsidR="00CF21F9" w:rsidRPr="00027D8D" w:rsidRDefault="00CF21F9" w:rsidP="00CF21F9">
            <w:pPr>
              <w:rPr>
                <w:rFonts w:cs="Times New Roman"/>
                <w:sz w:val="24"/>
                <w:szCs w:val="24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vAlign w:val="center"/>
          </w:tcPr>
          <w:p w14:paraId="2FE24BFF" w14:textId="6A9A7486" w:rsidR="00CF21F9" w:rsidRPr="004E5E56" w:rsidRDefault="004E5E56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2552" w:type="dxa"/>
            <w:vAlign w:val="center"/>
          </w:tcPr>
          <w:p w14:paraId="178A3F98" w14:textId="2489FF59" w:rsidR="00CF21F9" w:rsidRPr="004E5E56" w:rsidRDefault="004E5E56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Зам. директора по УВР </w:t>
            </w:r>
            <w:proofErr w:type="spellStart"/>
            <w:r w:rsidRPr="00CF21F9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CF21F9">
              <w:rPr>
                <w:sz w:val="24"/>
                <w:szCs w:val="24"/>
                <w:lang w:val="ru-RU"/>
              </w:rPr>
              <w:t xml:space="preserve"> С.В. социальный педагог Федотова И.А.</w:t>
            </w:r>
          </w:p>
        </w:tc>
        <w:tc>
          <w:tcPr>
            <w:tcW w:w="3499" w:type="dxa"/>
          </w:tcPr>
          <w:p w14:paraId="2DB66869" w14:textId="77777777" w:rsidR="00CF21F9" w:rsidRPr="004E5E56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6285F320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8DA7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Разработка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</w:t>
            </w:r>
            <w:r w:rsidRPr="00BD607E">
              <w:rPr>
                <w:spacing w:val="-1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изготовление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информационных листовок, памяток для классных</w:t>
            </w:r>
          </w:p>
          <w:p w14:paraId="3E0A704F" w14:textId="7CDF05A6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руководителей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профилактике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суицида среди обучающихся.</w:t>
            </w:r>
          </w:p>
        </w:tc>
        <w:tc>
          <w:tcPr>
            <w:tcW w:w="993" w:type="dxa"/>
          </w:tcPr>
          <w:p w14:paraId="31836B41" w14:textId="45A5E2D4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19B66D50" w14:textId="0BA73D7E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</w:tcPr>
          <w:p w14:paraId="068C6198" w14:textId="29EEB02A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Зам. директора по УВР </w:t>
            </w:r>
            <w:proofErr w:type="spellStart"/>
            <w:r w:rsidRPr="00CF21F9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CF21F9">
              <w:rPr>
                <w:sz w:val="24"/>
                <w:szCs w:val="24"/>
                <w:lang w:val="ru-RU"/>
              </w:rPr>
              <w:t xml:space="preserve"> С.В. социальный педагог Федотова И.А.</w:t>
            </w:r>
          </w:p>
        </w:tc>
        <w:tc>
          <w:tcPr>
            <w:tcW w:w="3499" w:type="dxa"/>
          </w:tcPr>
          <w:p w14:paraId="5288BB4A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073F5944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A42C" w14:textId="77777777" w:rsidR="00CF21F9" w:rsidRPr="00BD607E" w:rsidRDefault="00CF21F9" w:rsidP="00CF21F9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BD607E">
              <w:rPr>
                <w:spacing w:val="-2"/>
                <w:sz w:val="24"/>
                <w:szCs w:val="24"/>
              </w:rPr>
              <w:lastRenderedPageBreak/>
              <w:t>Инструктаж классных руководителей по заполнению таблиц суицидального риска.</w:t>
            </w:r>
          </w:p>
          <w:p w14:paraId="3DC79951" w14:textId="77777777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2D5191AB" w14:textId="07FBB051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</w:tcPr>
          <w:p w14:paraId="2D4E0D69" w14:textId="44E9073C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</w:tcPr>
          <w:p w14:paraId="3AC769AE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0F2E0CBC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F21F9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CF21F9">
              <w:rPr>
                <w:sz w:val="24"/>
                <w:szCs w:val="24"/>
                <w:lang w:val="ru-RU"/>
              </w:rPr>
              <w:t xml:space="preserve"> С.В.</w:t>
            </w:r>
          </w:p>
          <w:p w14:paraId="26654924" w14:textId="74AB3793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 Мин Н.О.</w:t>
            </w:r>
          </w:p>
        </w:tc>
        <w:tc>
          <w:tcPr>
            <w:tcW w:w="3499" w:type="dxa"/>
          </w:tcPr>
          <w:p w14:paraId="16B3B54F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2A97AFA8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E894" w14:textId="77777777" w:rsidR="00CF21F9" w:rsidRPr="00BD607E" w:rsidRDefault="00CF21F9" w:rsidP="00CF21F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Распространение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информации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</w:rPr>
              <w:t>работе</w:t>
            </w:r>
          </w:p>
          <w:p w14:paraId="0D5352E8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Службы</w:t>
            </w:r>
            <w:r w:rsidRPr="00BD607E">
              <w:rPr>
                <w:spacing w:val="-6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общероссийского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телефона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</w:rPr>
              <w:t>доверия.</w:t>
            </w:r>
          </w:p>
          <w:p w14:paraId="50A0394A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Оформление</w:t>
            </w:r>
            <w:r w:rsidRPr="00BD607E">
              <w:rPr>
                <w:spacing w:val="-7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информационного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стенда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pacing w:val="-5"/>
                <w:sz w:val="24"/>
                <w:szCs w:val="24"/>
              </w:rPr>
              <w:t>на</w:t>
            </w:r>
          </w:p>
          <w:p w14:paraId="1BB6EC8D" w14:textId="2DC2AFC3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тему: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"Психологическая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помощь.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Телефон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доверия</w:t>
            </w:r>
            <w:proofErr w:type="spellEnd"/>
            <w:r>
              <w:rPr>
                <w:spacing w:val="-2"/>
                <w:sz w:val="24"/>
                <w:szCs w:val="24"/>
              </w:rPr>
              <w:t>".</w:t>
            </w:r>
          </w:p>
        </w:tc>
        <w:tc>
          <w:tcPr>
            <w:tcW w:w="993" w:type="dxa"/>
          </w:tcPr>
          <w:p w14:paraId="539DA288" w14:textId="5DA7C9F9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15EB" w14:textId="722F3AF6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D38D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9C17628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7DDE9D44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4A62C265" w14:textId="60443782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49C8775B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0FE88011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4CB8" w14:textId="20DDAA8D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lang w:val="ru-RU"/>
              </w:rPr>
              <w:t>Диагностика</w:t>
            </w:r>
            <w:r w:rsidRPr="00BD607E">
              <w:rPr>
                <w:spacing w:val="-11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>адаптации</w:t>
            </w:r>
            <w:r w:rsidRPr="00BD607E">
              <w:rPr>
                <w:spacing w:val="-10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>учащихся</w:t>
            </w:r>
            <w:r w:rsidRPr="00BD607E">
              <w:rPr>
                <w:spacing w:val="-10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>5-х</w:t>
            </w:r>
            <w:r w:rsidRPr="00BD607E">
              <w:rPr>
                <w:spacing w:val="-9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 xml:space="preserve">классов к новым условиям обучения в среднем звене </w:t>
            </w:r>
            <w:r w:rsidRPr="00BD607E">
              <w:rPr>
                <w:spacing w:val="-2"/>
                <w:sz w:val="24"/>
                <w:lang w:val="ru-RU"/>
              </w:rPr>
              <w:t>школы.</w:t>
            </w:r>
          </w:p>
        </w:tc>
        <w:tc>
          <w:tcPr>
            <w:tcW w:w="993" w:type="dxa"/>
          </w:tcPr>
          <w:p w14:paraId="3265EFCF" w14:textId="08FC384B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9E30" w14:textId="34124F2B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Октябрь-ноябрь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EF66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3B40089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1E9A3D94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1E391BB4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6570DE5C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E467" w14:textId="77777777" w:rsidR="00CF21F9" w:rsidRPr="00BD607E" w:rsidRDefault="00CF21F9" w:rsidP="00CF21F9">
            <w:pPr>
              <w:pStyle w:val="TableParagraph"/>
              <w:ind w:right="44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Выявление</w:t>
            </w:r>
            <w:r w:rsidRPr="00BD607E">
              <w:rPr>
                <w:spacing w:val="-1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несовершеннолетних,</w:t>
            </w:r>
            <w:r w:rsidRPr="00BD607E">
              <w:rPr>
                <w:spacing w:val="-1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находящихся в социально опасном положении,</w:t>
            </w:r>
          </w:p>
          <w:p w14:paraId="4D0E6972" w14:textId="03600702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проживающих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неблагополучных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семьях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3CF01634" w14:textId="4F0838C3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8FEC" w14:textId="7BD9551C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103A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19B2610E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F21F9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CF21F9">
              <w:rPr>
                <w:sz w:val="24"/>
                <w:szCs w:val="24"/>
                <w:lang w:val="ru-RU"/>
              </w:rPr>
              <w:t xml:space="preserve"> С.В.</w:t>
            </w:r>
          </w:p>
          <w:p w14:paraId="6B4223B6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6360DDD9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162BBADB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01EE3212" w14:textId="26AC220D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2A038E25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604F9D2D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8510" w14:textId="77777777" w:rsidR="00CF21F9" w:rsidRPr="00BD607E" w:rsidRDefault="00CF21F9" w:rsidP="00CF21F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Индивидуальная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работа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 xml:space="preserve">с </w:t>
            </w:r>
            <w:r w:rsidRPr="00BD607E">
              <w:rPr>
                <w:spacing w:val="-2"/>
                <w:sz w:val="24"/>
                <w:szCs w:val="24"/>
              </w:rPr>
              <w:t>учащимися,</w:t>
            </w:r>
          </w:p>
          <w:p w14:paraId="09C692F0" w14:textId="2072662B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имеющий высокий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уровень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склонности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к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депрессии.</w:t>
            </w:r>
          </w:p>
        </w:tc>
        <w:tc>
          <w:tcPr>
            <w:tcW w:w="993" w:type="dxa"/>
          </w:tcPr>
          <w:p w14:paraId="21FFB56A" w14:textId="09766E6E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6E22" w14:textId="34A312EE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15DD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56C5C495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F21F9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CF21F9">
              <w:rPr>
                <w:sz w:val="24"/>
                <w:szCs w:val="24"/>
                <w:lang w:val="ru-RU"/>
              </w:rPr>
              <w:t xml:space="preserve"> С.В.</w:t>
            </w:r>
          </w:p>
          <w:p w14:paraId="7C13675C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F712F75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043658E0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B910B42" w14:textId="33FC33C9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4669B4F3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3C75995E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51AA" w14:textId="77777777" w:rsidR="00CF21F9" w:rsidRPr="00BD607E" w:rsidRDefault="00CF21F9" w:rsidP="00CF21F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Индивидуальная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работа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pacing w:val="-10"/>
                <w:sz w:val="24"/>
                <w:szCs w:val="24"/>
              </w:rPr>
              <w:t>с</w:t>
            </w:r>
          </w:p>
          <w:p w14:paraId="59F33CA0" w14:textId="5637E2FD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BD607E">
              <w:rPr>
                <w:sz w:val="24"/>
                <w:szCs w:val="24"/>
                <w:lang w:val="ru-RU"/>
              </w:rPr>
              <w:t>дезадаптированными</w:t>
            </w:r>
            <w:proofErr w:type="spellEnd"/>
            <w:r w:rsidRPr="00BD60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учащимися.</w:t>
            </w:r>
          </w:p>
        </w:tc>
        <w:tc>
          <w:tcPr>
            <w:tcW w:w="993" w:type="dxa"/>
          </w:tcPr>
          <w:p w14:paraId="63699B18" w14:textId="1F77206B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C0CE" w14:textId="6D5B7883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3944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3A40D353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63F7E706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866C325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  <w:p w14:paraId="0B449DEB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626AF63E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30A95666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C2BE" w14:textId="390BE3E5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Индивидуальная</w:t>
            </w:r>
            <w:r w:rsidRPr="00BD607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работа с учащимися, </w:t>
            </w:r>
            <w:r w:rsidRPr="00BD607E">
              <w:rPr>
                <w:sz w:val="24"/>
                <w:szCs w:val="24"/>
                <w:lang w:val="ru-RU"/>
              </w:rPr>
              <w:lastRenderedPageBreak/>
              <w:t>попавшими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трудную</w:t>
            </w:r>
            <w:r w:rsidRPr="00BD607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жизненную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ситуацию.</w:t>
            </w:r>
          </w:p>
        </w:tc>
        <w:tc>
          <w:tcPr>
            <w:tcW w:w="993" w:type="dxa"/>
          </w:tcPr>
          <w:p w14:paraId="2A1AF16E" w14:textId="38237406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CCEB" w14:textId="595946D8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B598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lastRenderedPageBreak/>
              <w:t>Педагог-психолог</w:t>
            </w:r>
          </w:p>
          <w:p w14:paraId="7CE65BFC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lastRenderedPageBreak/>
              <w:t>Мин Н.О.</w:t>
            </w:r>
          </w:p>
          <w:p w14:paraId="2C63D599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0D061C96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  <w:p w14:paraId="0E3E49E9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06A630C3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0D31A961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95D2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Привлечение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учащихся</w:t>
            </w:r>
            <w:r w:rsidRPr="00BD607E">
              <w:rPr>
                <w:spacing w:val="-6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«группы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риска»</w:t>
            </w:r>
            <w:r w:rsidRPr="00BD607E">
              <w:rPr>
                <w:spacing w:val="-1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в соответствии с их интересами и</w:t>
            </w:r>
          </w:p>
          <w:p w14:paraId="67AA53A8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способностями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к внеурочной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деятельности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 мероприятиям школы (кружки, секции, спортивные мероприятия, художественная</w:t>
            </w:r>
          </w:p>
          <w:p w14:paraId="165FDC72" w14:textId="0C5840FB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самодеятельность,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акции,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конкурсы</w:t>
            </w:r>
            <w:r w:rsidRPr="00BD607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т.п.),</w:t>
            </w:r>
          </w:p>
        </w:tc>
        <w:tc>
          <w:tcPr>
            <w:tcW w:w="993" w:type="dxa"/>
          </w:tcPr>
          <w:p w14:paraId="7698C406" w14:textId="4326EB23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0660" w14:textId="3E835D5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AAF2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ВР</w:t>
            </w:r>
          </w:p>
          <w:p w14:paraId="3ECAE5AC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Крицкая Н.С.</w:t>
            </w:r>
          </w:p>
          <w:p w14:paraId="08D9D692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280965C6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  <w:p w14:paraId="1EF275CE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569E2D03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5FE5C0D8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94B5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Регулирование взаимоотношений и конфликтных</w:t>
            </w:r>
            <w:r w:rsidRPr="00BD607E">
              <w:rPr>
                <w:spacing w:val="-9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ситуаций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среди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обучающихся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в общеобразовательном учреждении.</w:t>
            </w:r>
          </w:p>
          <w:p w14:paraId="46DE2398" w14:textId="0D72AE16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Деятельность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службы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медиации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53084E64" w14:textId="47177934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39CF" w14:textId="0B922264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186B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693B7C49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F21F9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CF21F9">
              <w:rPr>
                <w:sz w:val="24"/>
                <w:szCs w:val="24"/>
                <w:lang w:val="ru-RU"/>
              </w:rPr>
              <w:t xml:space="preserve"> С.В.</w:t>
            </w:r>
          </w:p>
          <w:p w14:paraId="2A1BFE4C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EF7828D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48582600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1D1A67C2" w14:textId="78B6B27A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190B41BD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BD607E" w14:paraId="6148D78D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3CAA" w14:textId="77777777" w:rsidR="00CF21F9" w:rsidRPr="00BD607E" w:rsidRDefault="00CF21F9" w:rsidP="00CF21F9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Организация и проведение классных часов, формирующих</w:t>
            </w:r>
            <w:r w:rsidRPr="00BD607E">
              <w:rPr>
                <w:spacing w:val="-7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у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обучающихся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такие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понятия, как «ценность человеческой жизни», «цели и</w:t>
            </w:r>
          </w:p>
          <w:p w14:paraId="67EF6F97" w14:textId="5C5D01D9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смысл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жизни</w:t>
            </w:r>
            <w:proofErr w:type="spellEnd"/>
            <w:r>
              <w:rPr>
                <w:spacing w:val="-2"/>
                <w:sz w:val="24"/>
                <w:szCs w:val="24"/>
              </w:rPr>
              <w:t>».</w:t>
            </w:r>
          </w:p>
        </w:tc>
        <w:tc>
          <w:tcPr>
            <w:tcW w:w="993" w:type="dxa"/>
          </w:tcPr>
          <w:p w14:paraId="6798D1E3" w14:textId="6A919169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236AE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F017" w14:textId="13E9E26B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учебного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CC29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ВР</w:t>
            </w:r>
          </w:p>
          <w:p w14:paraId="2367F798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Крицкая Н.С.</w:t>
            </w:r>
          </w:p>
          <w:p w14:paraId="66924C9F" w14:textId="77777777" w:rsidR="00CF21F9" w:rsidRDefault="00CF21F9" w:rsidP="00CF21F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руководители</w:t>
            </w:r>
            <w:proofErr w:type="spellEnd"/>
          </w:p>
          <w:p w14:paraId="159257C4" w14:textId="77777777" w:rsidR="00CF21F9" w:rsidRDefault="00CF21F9" w:rsidP="00CF21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классов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DDFA183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5743DB81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BD607E" w14:paraId="39F31CAA" w14:textId="77777777" w:rsidTr="001D63BA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D598" w14:textId="77777777" w:rsidR="00CF21F9" w:rsidRPr="00BD607E" w:rsidRDefault="00CF21F9" w:rsidP="00CF21F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Классные</w:t>
            </w:r>
            <w:r w:rsidRPr="00BD607E">
              <w:rPr>
                <w:spacing w:val="-7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часы</w:t>
            </w:r>
            <w:r w:rsidRPr="00BD607E">
              <w:rPr>
                <w:spacing w:val="-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«Я</w:t>
            </w:r>
            <w:r w:rsidRPr="00BD607E">
              <w:rPr>
                <w:spacing w:val="2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успешен",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</w:rPr>
              <w:t>профилактика</w:t>
            </w:r>
          </w:p>
          <w:p w14:paraId="22DBCE3D" w14:textId="283B1A69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деструктивного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стресса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во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время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подготовки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 сдачи экзаменов».</w:t>
            </w:r>
          </w:p>
        </w:tc>
        <w:tc>
          <w:tcPr>
            <w:tcW w:w="993" w:type="dxa"/>
          </w:tcPr>
          <w:p w14:paraId="6583C1B7" w14:textId="2B0151CB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97334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53B" w14:textId="2A3DB22D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3620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ВР</w:t>
            </w:r>
          </w:p>
          <w:p w14:paraId="5CCE31EE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Крицкая Н.С.</w:t>
            </w:r>
          </w:p>
          <w:p w14:paraId="6D5E5C2A" w14:textId="77777777" w:rsidR="00CF21F9" w:rsidRDefault="00CF21F9" w:rsidP="00CF21F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руководители</w:t>
            </w:r>
            <w:proofErr w:type="spellEnd"/>
            <w:r>
              <w:rPr>
                <w:sz w:val="24"/>
                <w:szCs w:val="24"/>
              </w:rPr>
              <w:t xml:space="preserve"> 9-11 </w:t>
            </w:r>
            <w:proofErr w:type="spellStart"/>
            <w:r>
              <w:rPr>
                <w:sz w:val="24"/>
                <w:szCs w:val="24"/>
              </w:rPr>
              <w:t>классов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6EBD138D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66A3EE20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F21F9" w:rsidRPr="00D318BF" w14:paraId="20F4A2CF" w14:textId="77777777" w:rsidTr="001D63BA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697D" w14:textId="7E710116" w:rsidR="00CF21F9" w:rsidRPr="00027D8D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Проведение консультативной помощи учащимся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во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время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подготовки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</w:t>
            </w:r>
            <w:r w:rsidRPr="00BD607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проведения 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>ОГЭ.</w:t>
            </w:r>
          </w:p>
        </w:tc>
        <w:tc>
          <w:tcPr>
            <w:tcW w:w="993" w:type="dxa"/>
          </w:tcPr>
          <w:p w14:paraId="1BDBB5C2" w14:textId="6CABB0B6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97334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82AE" w14:textId="580295E4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Апрель-</w:t>
            </w:r>
            <w:r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358D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53C4761" w14:textId="77777777" w:rsidR="00CF21F9" w:rsidRPr="00CF21F9" w:rsidRDefault="00CF21F9" w:rsidP="00CF21F9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4B1A37AF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47D712AF" w14:textId="77777777" w:rsidR="00CF21F9" w:rsidRPr="00BD607E" w:rsidRDefault="00CF21F9" w:rsidP="00CF21F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027D8D" w14:paraId="461B6684" w14:textId="77777777" w:rsidTr="00103968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1CB425D0" w14:textId="05E8A37E" w:rsidR="00103968" w:rsidRPr="00103968" w:rsidRDefault="00103968" w:rsidP="00103968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0396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самовольных уходов</w:t>
            </w:r>
          </w:p>
        </w:tc>
      </w:tr>
      <w:tr w:rsidR="00103968" w:rsidRPr="00D318BF" w14:paraId="69F7CDF9" w14:textId="77777777" w:rsidTr="00CE565D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278E" w14:textId="624944AE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lastRenderedPageBreak/>
              <w:t xml:space="preserve">Разработка и </w:t>
            </w:r>
            <w:proofErr w:type="gramStart"/>
            <w:r w:rsidRPr="00103968">
              <w:rPr>
                <w:sz w:val="24"/>
                <w:szCs w:val="24"/>
                <w:lang w:val="ru-RU"/>
              </w:rPr>
              <w:t>распространение  памяток</w:t>
            </w:r>
            <w:proofErr w:type="gramEnd"/>
            <w:r w:rsidRPr="00103968">
              <w:rPr>
                <w:sz w:val="24"/>
                <w:szCs w:val="24"/>
                <w:lang w:val="ru-RU"/>
              </w:rPr>
              <w:t xml:space="preserve"> для педагогического коллектива, несовершеннолетних и родителей по вопросам правового и нравственного воспитания.</w:t>
            </w:r>
          </w:p>
        </w:tc>
        <w:tc>
          <w:tcPr>
            <w:tcW w:w="993" w:type="dxa"/>
            <w:vAlign w:val="center"/>
          </w:tcPr>
          <w:p w14:paraId="1D3F7929" w14:textId="51909D0C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D610" w14:textId="044654F6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0BA1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по УВР</w:t>
            </w:r>
          </w:p>
          <w:p w14:paraId="4968E40C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С.В.</w:t>
            </w:r>
          </w:p>
          <w:p w14:paraId="580181EA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4CE1DAE1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0F96C0A9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569BB7C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  <w:p w14:paraId="644A3E57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0F467596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587BF82E" w14:textId="1D19B723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499" w:type="dxa"/>
          </w:tcPr>
          <w:p w14:paraId="26ECEAC8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02CBA41C" w14:textId="77777777" w:rsidTr="00CE565D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AB36" w14:textId="2FDCBC66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 xml:space="preserve">Рассмотрение вопросов </w:t>
            </w:r>
            <w:proofErr w:type="gramStart"/>
            <w:r w:rsidRPr="00103968">
              <w:rPr>
                <w:sz w:val="24"/>
                <w:szCs w:val="24"/>
                <w:lang w:val="ru-RU"/>
              </w:rPr>
              <w:t>профилактики  безнадзорности</w:t>
            </w:r>
            <w:proofErr w:type="gramEnd"/>
            <w:r w:rsidRPr="00103968">
              <w:rPr>
                <w:sz w:val="24"/>
                <w:szCs w:val="24"/>
                <w:lang w:val="ru-RU"/>
              </w:rPr>
              <w:t xml:space="preserve"> и правонарушений несовершеннолетних,</w:t>
            </w:r>
            <w:r w:rsidRPr="00103968">
              <w:rPr>
                <w:bCs/>
                <w:sz w:val="24"/>
                <w:szCs w:val="24"/>
                <w:lang w:val="ru-RU"/>
              </w:rPr>
              <w:t xml:space="preserve"> по профилактике жестокого обращения с детьми</w:t>
            </w:r>
            <w:r w:rsidRPr="00103968">
              <w:rPr>
                <w:sz w:val="24"/>
                <w:szCs w:val="24"/>
                <w:lang w:val="ru-RU"/>
              </w:rPr>
              <w:t xml:space="preserve"> на школьных педагогических советах, родительских собраниях.</w:t>
            </w:r>
          </w:p>
        </w:tc>
        <w:tc>
          <w:tcPr>
            <w:tcW w:w="993" w:type="dxa"/>
            <w:vAlign w:val="center"/>
          </w:tcPr>
          <w:p w14:paraId="1A040884" w14:textId="59276941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77E3" w14:textId="7E9383AA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1BAC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по УВР</w:t>
            </w:r>
          </w:p>
          <w:p w14:paraId="36458CB2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С.В.</w:t>
            </w:r>
          </w:p>
          <w:p w14:paraId="25336235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F4B410E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450B7999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6444AF4F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2A4F0154" w14:textId="3A06438A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499" w:type="dxa"/>
          </w:tcPr>
          <w:p w14:paraId="33F2C065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05F33184" w14:textId="77777777" w:rsidTr="00CE565D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6D6D" w14:textId="42347231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Выступление инспекторов ПДН на родительском собрании</w:t>
            </w:r>
          </w:p>
        </w:tc>
        <w:tc>
          <w:tcPr>
            <w:tcW w:w="993" w:type="dxa"/>
            <w:vAlign w:val="center"/>
          </w:tcPr>
          <w:p w14:paraId="5CC0ADE9" w14:textId="2A62BA8D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B023" w14:textId="1D59D6CF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763A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3B5E2F84" w14:textId="7FCE5D4B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499" w:type="dxa"/>
          </w:tcPr>
          <w:p w14:paraId="2751BE03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69176E3F" w14:textId="77777777" w:rsidTr="00CE565D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BC9A" w14:textId="5D6A7FE4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Беседа «Основные виды преступлений, совершаемых подростками в городе, ответственность за их совершение» 5-9 класс</w:t>
            </w:r>
          </w:p>
        </w:tc>
        <w:tc>
          <w:tcPr>
            <w:tcW w:w="993" w:type="dxa"/>
            <w:vAlign w:val="center"/>
          </w:tcPr>
          <w:p w14:paraId="3D2E293A" w14:textId="06DB165A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6246" w14:textId="2ADDF85D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D3D7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56F6E6DA" w14:textId="7C04A09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590327B7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072FB4B6" w14:textId="77777777" w:rsidTr="00CE565D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B2A9" w14:textId="59B92AAA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Лекция: «Уголовная и административная ответственность несовершеннолетних»</w:t>
            </w:r>
          </w:p>
        </w:tc>
        <w:tc>
          <w:tcPr>
            <w:tcW w:w="993" w:type="dxa"/>
            <w:vAlign w:val="center"/>
          </w:tcPr>
          <w:p w14:paraId="56DEE911" w14:textId="1B295BFE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0BC4" w14:textId="5891B79E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FE7D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56F028D5" w14:textId="0A58F64D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565B49EC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103968" w14:paraId="31EC3349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1262" w14:textId="1BF01E85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Контроль за посещаемостью обучающихся, выяснение причин пропусков занятий</w:t>
            </w:r>
          </w:p>
        </w:tc>
        <w:tc>
          <w:tcPr>
            <w:tcW w:w="993" w:type="dxa"/>
          </w:tcPr>
          <w:p w14:paraId="371E158A" w14:textId="38111F51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400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241B" w14:textId="3C266038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2B99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по УВР </w:t>
            </w:r>
            <w:proofErr w:type="spellStart"/>
            <w:r w:rsidRPr="00103968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С.В.</w:t>
            </w:r>
          </w:p>
          <w:p w14:paraId="4A034B99" w14:textId="77777777" w:rsidR="00103968" w:rsidRDefault="00103968" w:rsidP="0010396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руководители</w:t>
            </w:r>
            <w:proofErr w:type="spellEnd"/>
          </w:p>
          <w:p w14:paraId="16CED28A" w14:textId="7B77FD34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3499" w:type="dxa"/>
          </w:tcPr>
          <w:p w14:paraId="176FAA7D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0D598EAF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435C" w14:textId="65CF87A4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Мониторинг состояния негативных социально-психологических явлений среди обучающихся</w:t>
            </w:r>
          </w:p>
        </w:tc>
        <w:tc>
          <w:tcPr>
            <w:tcW w:w="993" w:type="dxa"/>
          </w:tcPr>
          <w:p w14:paraId="03DBDAA5" w14:textId="03EB40CC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400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A497" w14:textId="45399ED0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7332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Классные руководители,</w:t>
            </w:r>
          </w:p>
          <w:p w14:paraId="49E612A4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0439F4A0" w14:textId="1A65F060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3E6A4157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28426B7B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D0BA" w14:textId="659388AD" w:rsidR="00103968" w:rsidRPr="00027D8D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 xml:space="preserve">Мониторинг ситуации по жестокому обращению и насилию в отношении </w:t>
            </w:r>
            <w:r w:rsidRPr="00103968">
              <w:rPr>
                <w:sz w:val="24"/>
                <w:szCs w:val="24"/>
                <w:lang w:val="ru-RU"/>
              </w:rPr>
              <w:lastRenderedPageBreak/>
              <w:t>несовершеннолетних</w:t>
            </w:r>
          </w:p>
        </w:tc>
        <w:tc>
          <w:tcPr>
            <w:tcW w:w="993" w:type="dxa"/>
          </w:tcPr>
          <w:p w14:paraId="418D3C39" w14:textId="73217878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400A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993" w14:textId="53C361B3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ED2B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Педагог-психолог,</w:t>
            </w:r>
          </w:p>
          <w:p w14:paraId="3EA235A1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  <w:p w14:paraId="6FF0455D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lastRenderedPageBreak/>
              <w:t>Социальный педагог</w:t>
            </w:r>
          </w:p>
          <w:p w14:paraId="6FA205DB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1EE3E890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285D8EF7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D318BF" w14:paraId="085B5E99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367A" w14:textId="77777777" w:rsidR="00103968" w:rsidRPr="00103968" w:rsidRDefault="00103968" w:rsidP="00103968">
            <w:pPr>
              <w:jc w:val="both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Систематизация профилактической работы с семьями, находящимися в трудной жизненной ситуации, либо в социально-опасном положении.</w:t>
            </w:r>
          </w:p>
          <w:p w14:paraId="31CD6F21" w14:textId="26BDD0D3" w:rsidR="00103968" w:rsidRPr="00103968" w:rsidRDefault="00103968" w:rsidP="0010396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312D0055" w14:textId="661793CB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400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9153" w14:textId="35C7932D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F7D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18072598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С.В.</w:t>
            </w:r>
          </w:p>
          <w:p w14:paraId="653A011F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7D49F858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19C9525D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143DEBD4" w14:textId="5B698024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</w:t>
            </w:r>
          </w:p>
        </w:tc>
        <w:tc>
          <w:tcPr>
            <w:tcW w:w="3499" w:type="dxa"/>
          </w:tcPr>
          <w:p w14:paraId="268CF337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03968" w:rsidRPr="00103968" w14:paraId="4A3749C0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AA4A" w14:textId="5F09DA28" w:rsidR="00103968" w:rsidRPr="00103968" w:rsidRDefault="00103968" w:rsidP="00103968">
            <w:pPr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Контроль за организацией отдыха, оздоровления и занятости детей, состоящих на различных видах профилактического учета, в рамках летней оздоровительной кампании</w:t>
            </w:r>
          </w:p>
        </w:tc>
        <w:tc>
          <w:tcPr>
            <w:tcW w:w="993" w:type="dxa"/>
          </w:tcPr>
          <w:p w14:paraId="6582BBDC" w14:textId="318DCADB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C400A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E519" w14:textId="7965D46B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09ED" w14:textId="77777777" w:rsidR="00103968" w:rsidRPr="00103968" w:rsidRDefault="00103968" w:rsidP="0010396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03968"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по УВР </w:t>
            </w:r>
            <w:proofErr w:type="spellStart"/>
            <w:r w:rsidRPr="00103968">
              <w:rPr>
                <w:sz w:val="24"/>
                <w:szCs w:val="24"/>
                <w:lang w:val="ru-RU"/>
              </w:rPr>
              <w:t>Заргарян</w:t>
            </w:r>
            <w:proofErr w:type="spellEnd"/>
            <w:r w:rsidRPr="00103968">
              <w:rPr>
                <w:sz w:val="24"/>
                <w:szCs w:val="24"/>
                <w:lang w:val="ru-RU"/>
              </w:rPr>
              <w:t xml:space="preserve"> С.В.</w:t>
            </w:r>
          </w:p>
          <w:p w14:paraId="6DF0A914" w14:textId="77777777" w:rsidR="00103968" w:rsidRDefault="00103968" w:rsidP="0010396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руководители</w:t>
            </w:r>
            <w:proofErr w:type="spellEnd"/>
          </w:p>
          <w:p w14:paraId="09FAEBCB" w14:textId="56D7CE7B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3499" w:type="dxa"/>
          </w:tcPr>
          <w:p w14:paraId="7A3479F3" w14:textId="77777777" w:rsidR="00103968" w:rsidRPr="00103968" w:rsidRDefault="00103968" w:rsidP="0010396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3"/>
    </w:tbl>
    <w:p w14:paraId="2C0F8D97" w14:textId="77777777" w:rsidR="00726B0A" w:rsidRPr="00103968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6C14A44E" w14:textId="77777777" w:rsidR="00A817D2" w:rsidRDefault="00A817D2">
      <w:pPr>
        <w:spacing w:before="180" w:after="80"/>
        <w:jc w:val="center"/>
        <w:rPr>
          <w:rFonts w:cs="Times New Roman"/>
          <w:b/>
          <w:sz w:val="24"/>
          <w:szCs w:val="24"/>
        </w:rPr>
      </w:pPr>
    </w:p>
    <w:p w14:paraId="11D2DBD9" w14:textId="77777777" w:rsidR="00A817D2" w:rsidRDefault="00A817D2">
      <w:pPr>
        <w:spacing w:before="180" w:after="80"/>
        <w:jc w:val="center"/>
        <w:rPr>
          <w:rFonts w:cs="Times New Roman"/>
          <w:b/>
          <w:sz w:val="24"/>
          <w:szCs w:val="24"/>
        </w:rPr>
      </w:pPr>
    </w:p>
    <w:p w14:paraId="6BB7AA8D" w14:textId="6EF03FF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«СОЦИАЛЬНОЕ ПАРТНЁРСТВО»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35"/>
        <w:gridCol w:w="1758"/>
        <w:gridCol w:w="2636"/>
        <w:gridCol w:w="3476"/>
      </w:tblGrid>
      <w:tr w:rsidR="00AA1362" w:rsidRPr="00027D8D" w14:paraId="54B0069E" w14:textId="7574C561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0016D51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35" w:type="dxa"/>
            <w:shd w:val="clear" w:color="auto" w:fill="D9EAF7"/>
            <w:vAlign w:val="center"/>
          </w:tcPr>
          <w:p w14:paraId="06FA96F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58" w:type="dxa"/>
            <w:shd w:val="clear" w:color="auto" w:fill="D9EAF7"/>
            <w:vAlign w:val="center"/>
          </w:tcPr>
          <w:p w14:paraId="567E955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636" w:type="dxa"/>
            <w:shd w:val="clear" w:color="auto" w:fill="D9EAF7"/>
            <w:vAlign w:val="center"/>
          </w:tcPr>
          <w:p w14:paraId="51340BA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476" w:type="dxa"/>
            <w:shd w:val="clear" w:color="auto" w:fill="D9EAF7"/>
          </w:tcPr>
          <w:p w14:paraId="1BC4FE1F" w14:textId="57B11466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D318BF" w14:paraId="67782F8F" w14:textId="6F55A3AE" w:rsidTr="00AA1362">
        <w:trPr>
          <w:jc w:val="center"/>
        </w:trPr>
        <w:tc>
          <w:tcPr>
            <w:tcW w:w="4592" w:type="dxa"/>
            <w:vAlign w:val="center"/>
          </w:tcPr>
          <w:p w14:paraId="7FFACC6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Совместный читательский проект с муниципальной библиотекой</w:t>
            </w:r>
          </w:p>
        </w:tc>
        <w:tc>
          <w:tcPr>
            <w:tcW w:w="935" w:type="dxa"/>
            <w:vAlign w:val="center"/>
          </w:tcPr>
          <w:p w14:paraId="537FEED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  <w:vAlign w:val="center"/>
          </w:tcPr>
          <w:p w14:paraId="6DFBB30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согласованному плану</w:t>
            </w:r>
          </w:p>
        </w:tc>
        <w:tc>
          <w:tcPr>
            <w:tcW w:w="2636" w:type="dxa"/>
            <w:vAlign w:val="center"/>
          </w:tcPr>
          <w:p w14:paraId="6C111C5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сотрудники библиотеки — по согласованию</w:t>
            </w:r>
          </w:p>
        </w:tc>
        <w:tc>
          <w:tcPr>
            <w:tcW w:w="3476" w:type="dxa"/>
          </w:tcPr>
          <w:p w14:paraId="437541C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7E4EE477" w14:textId="046A050E" w:rsidTr="00AA1362">
        <w:trPr>
          <w:jc w:val="center"/>
        </w:trPr>
        <w:tc>
          <w:tcPr>
            <w:tcW w:w="4592" w:type="dxa"/>
            <w:vAlign w:val="center"/>
          </w:tcPr>
          <w:p w14:paraId="08C55C9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Экскурсионные и образовательные программы краеведческого музея</w:t>
            </w:r>
          </w:p>
        </w:tc>
        <w:tc>
          <w:tcPr>
            <w:tcW w:w="935" w:type="dxa"/>
            <w:vAlign w:val="center"/>
          </w:tcPr>
          <w:p w14:paraId="167DC5F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58" w:type="dxa"/>
            <w:vAlign w:val="center"/>
          </w:tcPr>
          <w:p w14:paraId="721FE4D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36" w:type="dxa"/>
            <w:vAlign w:val="center"/>
          </w:tcPr>
          <w:p w14:paraId="4C9B566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сотрудники музея — по согласованию</w:t>
            </w:r>
          </w:p>
        </w:tc>
        <w:tc>
          <w:tcPr>
            <w:tcW w:w="3476" w:type="dxa"/>
          </w:tcPr>
          <w:p w14:paraId="7250AAA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7FC5651F" w14:textId="1BB0785B" w:rsidTr="00AA1362">
        <w:trPr>
          <w:jc w:val="center"/>
        </w:trPr>
        <w:tc>
          <w:tcPr>
            <w:tcW w:w="4592" w:type="dxa"/>
            <w:vAlign w:val="center"/>
          </w:tcPr>
          <w:p w14:paraId="339F9FC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Встречи с сотрудниками МЧС и Госавтоинспекции</w:t>
            </w:r>
          </w:p>
        </w:tc>
        <w:tc>
          <w:tcPr>
            <w:tcW w:w="935" w:type="dxa"/>
            <w:vAlign w:val="center"/>
          </w:tcPr>
          <w:p w14:paraId="0DC109D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  <w:vAlign w:val="center"/>
          </w:tcPr>
          <w:p w14:paraId="41A2EBD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согласованном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636" w:type="dxa"/>
            <w:vAlign w:val="center"/>
          </w:tcPr>
          <w:p w14:paraId="223FAC6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комплексную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безопасность</w:t>
            </w:r>
            <w:proofErr w:type="spellEnd"/>
          </w:p>
        </w:tc>
        <w:tc>
          <w:tcPr>
            <w:tcW w:w="3476" w:type="dxa"/>
          </w:tcPr>
          <w:p w14:paraId="5C05F5E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63FCCA29" w14:textId="6BB682C4" w:rsidTr="00AA1362">
        <w:trPr>
          <w:jc w:val="center"/>
        </w:trPr>
        <w:tc>
          <w:tcPr>
            <w:tcW w:w="4592" w:type="dxa"/>
            <w:vAlign w:val="center"/>
          </w:tcPr>
          <w:p w14:paraId="52C54C9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мастер-классы с тренерами детско-юношеской спортивной школы</w:t>
            </w:r>
          </w:p>
        </w:tc>
        <w:tc>
          <w:tcPr>
            <w:tcW w:w="935" w:type="dxa"/>
            <w:vAlign w:val="center"/>
          </w:tcPr>
          <w:p w14:paraId="7617760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  <w:vAlign w:val="center"/>
          </w:tcPr>
          <w:p w14:paraId="7D18919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636" w:type="dxa"/>
            <w:vAlign w:val="center"/>
          </w:tcPr>
          <w:p w14:paraId="3296F33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476" w:type="dxa"/>
          </w:tcPr>
          <w:p w14:paraId="53C384B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1B0AD8EF" w14:textId="0EC7A03A" w:rsidTr="00AA1362">
        <w:trPr>
          <w:jc w:val="center"/>
        </w:trPr>
        <w:tc>
          <w:tcPr>
            <w:tcW w:w="4592" w:type="dxa"/>
            <w:vAlign w:val="center"/>
          </w:tcPr>
          <w:p w14:paraId="73E4708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Проекты с учреждениями дополнительного образования и художественными школами</w:t>
            </w:r>
          </w:p>
        </w:tc>
        <w:tc>
          <w:tcPr>
            <w:tcW w:w="935" w:type="dxa"/>
            <w:vAlign w:val="center"/>
          </w:tcPr>
          <w:p w14:paraId="1DBE62A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  <w:vAlign w:val="center"/>
          </w:tcPr>
          <w:p w14:paraId="2BDC937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плану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партнёров</w:t>
            </w:r>
            <w:proofErr w:type="spellEnd"/>
          </w:p>
        </w:tc>
        <w:tc>
          <w:tcPr>
            <w:tcW w:w="2636" w:type="dxa"/>
            <w:vAlign w:val="center"/>
          </w:tcPr>
          <w:p w14:paraId="4812F9E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представители организаций — по согласованию</w:t>
            </w:r>
          </w:p>
        </w:tc>
        <w:tc>
          <w:tcPr>
            <w:tcW w:w="3476" w:type="dxa"/>
          </w:tcPr>
          <w:p w14:paraId="1B5A7D9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485E65C8" w14:textId="79906C8E" w:rsidTr="00AA1362">
        <w:trPr>
          <w:jc w:val="center"/>
        </w:trPr>
        <w:tc>
          <w:tcPr>
            <w:tcW w:w="4592" w:type="dxa"/>
            <w:vAlign w:val="center"/>
          </w:tcPr>
          <w:p w14:paraId="0A31088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Встречи с ветеранами педагогического труда и представителями общественных организаций</w:t>
            </w:r>
          </w:p>
        </w:tc>
        <w:tc>
          <w:tcPr>
            <w:tcW w:w="935" w:type="dxa"/>
            <w:vAlign w:val="center"/>
          </w:tcPr>
          <w:p w14:paraId="1620729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58" w:type="dxa"/>
            <w:vAlign w:val="center"/>
          </w:tcPr>
          <w:p w14:paraId="75D7EA8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36" w:type="dxa"/>
            <w:vAlign w:val="center"/>
          </w:tcPr>
          <w:p w14:paraId="774C622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 (при наличии); приглашённые лица — по согласованию</w:t>
            </w:r>
          </w:p>
        </w:tc>
        <w:tc>
          <w:tcPr>
            <w:tcW w:w="3476" w:type="dxa"/>
          </w:tcPr>
          <w:p w14:paraId="34A182F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17E08A0B" w14:textId="332A0F7A" w:rsidTr="00AA1362">
        <w:trPr>
          <w:jc w:val="center"/>
        </w:trPr>
        <w:tc>
          <w:tcPr>
            <w:tcW w:w="4592" w:type="dxa"/>
            <w:vAlign w:val="center"/>
          </w:tcPr>
          <w:p w14:paraId="68738DF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Профориентационные встречи с родителями и представителями организаций</w:t>
            </w:r>
          </w:p>
        </w:tc>
        <w:tc>
          <w:tcPr>
            <w:tcW w:w="935" w:type="dxa"/>
            <w:vAlign w:val="center"/>
          </w:tcPr>
          <w:p w14:paraId="341ADEB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  <w:vAlign w:val="center"/>
          </w:tcPr>
          <w:p w14:paraId="05DE774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636" w:type="dxa"/>
            <w:vAlign w:val="center"/>
          </w:tcPr>
          <w:p w14:paraId="4292E17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приглашённые специалисты — по согласованию</w:t>
            </w:r>
          </w:p>
        </w:tc>
        <w:tc>
          <w:tcPr>
            <w:tcW w:w="3476" w:type="dxa"/>
          </w:tcPr>
          <w:p w14:paraId="6FA09BA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6D81C43E" w14:textId="7F812C50" w:rsidTr="00AA1362">
        <w:trPr>
          <w:jc w:val="center"/>
        </w:trPr>
        <w:tc>
          <w:tcPr>
            <w:tcW w:w="4592" w:type="dxa"/>
            <w:vAlign w:val="center"/>
          </w:tcPr>
          <w:p w14:paraId="1C1C8C7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Медико-просветительские мероприятия по формированию здорового образа жизни</w:t>
            </w:r>
          </w:p>
        </w:tc>
        <w:tc>
          <w:tcPr>
            <w:tcW w:w="935" w:type="dxa"/>
            <w:vAlign w:val="center"/>
          </w:tcPr>
          <w:p w14:paraId="0E46254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  <w:vAlign w:val="center"/>
          </w:tcPr>
          <w:p w14:paraId="3410B90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согласованному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636" w:type="dxa"/>
            <w:vAlign w:val="center"/>
          </w:tcPr>
          <w:p w14:paraId="00984AF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Медицинский работник (при наличии); представители медицинской организации — по согласованию</w:t>
            </w:r>
          </w:p>
        </w:tc>
        <w:tc>
          <w:tcPr>
            <w:tcW w:w="3476" w:type="dxa"/>
          </w:tcPr>
          <w:p w14:paraId="198DEBA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55E5C11A" w14:textId="77777777" w:rsidTr="00BA3B40">
        <w:trPr>
          <w:jc w:val="center"/>
        </w:trPr>
        <w:tc>
          <w:tcPr>
            <w:tcW w:w="4592" w:type="dxa"/>
          </w:tcPr>
          <w:p w14:paraId="320A9062" w14:textId="12498074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Cs/>
                <w:sz w:val="24"/>
                <w:szCs w:val="24"/>
                <w:lang w:val="ru-RU"/>
              </w:rPr>
              <w:t>Привлечение сотрудников Госавтоинспекции к массовым мероприятиям, родительским собраниям</w:t>
            </w:r>
          </w:p>
        </w:tc>
        <w:tc>
          <w:tcPr>
            <w:tcW w:w="935" w:type="dxa"/>
          </w:tcPr>
          <w:p w14:paraId="5A51DF5C" w14:textId="560AFF03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</w:tcPr>
          <w:p w14:paraId="11F2AB82" w14:textId="5CC1D5F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60F6" w14:textId="133A4278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3476" w:type="dxa"/>
          </w:tcPr>
          <w:p w14:paraId="145682D4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6D350283" w14:textId="77777777" w:rsidTr="00BA3B40">
        <w:trPr>
          <w:jc w:val="center"/>
        </w:trPr>
        <w:tc>
          <w:tcPr>
            <w:tcW w:w="4592" w:type="dxa"/>
          </w:tcPr>
          <w:p w14:paraId="4B961343" w14:textId="28D18AC1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 конкурсах, викторинах, акциях и др. мероприятиях, организованных отдела Госавтоинспекции.</w:t>
            </w:r>
          </w:p>
        </w:tc>
        <w:tc>
          <w:tcPr>
            <w:tcW w:w="935" w:type="dxa"/>
          </w:tcPr>
          <w:p w14:paraId="576DCB07" w14:textId="7EE5FB1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</w:tcPr>
          <w:p w14:paraId="2A12B5A5" w14:textId="3D14B1FD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3636" w14:textId="5DFCF9D2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476" w:type="dxa"/>
          </w:tcPr>
          <w:p w14:paraId="6A5F8317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5F6E0087" w14:textId="77777777" w:rsidTr="00BA3B40">
        <w:trPr>
          <w:jc w:val="center"/>
        </w:trPr>
        <w:tc>
          <w:tcPr>
            <w:tcW w:w="4592" w:type="dxa"/>
          </w:tcPr>
          <w:p w14:paraId="794143FA" w14:textId="09C4D2D3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 и предоставление в адрес отдела Госавтоинспекции справок по планам по итогам полугодия</w:t>
            </w:r>
          </w:p>
        </w:tc>
        <w:tc>
          <w:tcPr>
            <w:tcW w:w="935" w:type="dxa"/>
          </w:tcPr>
          <w:p w14:paraId="57D9D9C9" w14:textId="57DE9BDD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58" w:type="dxa"/>
          </w:tcPr>
          <w:p w14:paraId="4D08CEFF" w14:textId="7777777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Своевременно</w:t>
            </w:r>
            <w:proofErr w:type="spellEnd"/>
          </w:p>
          <w:p w14:paraId="5B84D98C" w14:textId="77777777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E114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Зам.директора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ВР</w:t>
            </w:r>
          </w:p>
          <w:p w14:paraId="129AAE6C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76" w:type="dxa"/>
          </w:tcPr>
          <w:p w14:paraId="5322218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446D1" w:rsidRPr="00027D8D" w14:paraId="02DA82BD" w14:textId="77777777" w:rsidTr="00BA3B40">
        <w:trPr>
          <w:jc w:val="center"/>
        </w:trPr>
        <w:tc>
          <w:tcPr>
            <w:tcW w:w="4592" w:type="dxa"/>
          </w:tcPr>
          <w:p w14:paraId="79D49B4A" w14:textId="5ED8B1C8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Информирование о состоянии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аварийности в МБОУ СОШ № 5</w:t>
            </w:r>
          </w:p>
        </w:tc>
        <w:tc>
          <w:tcPr>
            <w:tcW w:w="935" w:type="dxa"/>
          </w:tcPr>
          <w:p w14:paraId="6C566436" w14:textId="120E468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758" w:type="dxa"/>
          </w:tcPr>
          <w:p w14:paraId="494F4F0C" w14:textId="3E3CB14E" w:rsidR="007446D1" w:rsidRPr="00027D8D" w:rsidRDefault="007446D1" w:rsidP="007446D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85AB3" w14:textId="396ACC89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476" w:type="dxa"/>
          </w:tcPr>
          <w:p w14:paraId="29DC489D" w14:textId="77777777" w:rsidR="007446D1" w:rsidRPr="00027D8D" w:rsidRDefault="007446D1" w:rsidP="007446D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B9384DF" w14:textId="77777777" w:rsidR="007446D1" w:rsidRPr="00027D8D" w:rsidRDefault="007446D1" w:rsidP="00A316D7">
      <w:pPr>
        <w:spacing w:before="180" w:after="80"/>
        <w:rPr>
          <w:rFonts w:cs="Times New Roman"/>
          <w:b/>
          <w:sz w:val="24"/>
          <w:szCs w:val="24"/>
        </w:rPr>
      </w:pPr>
    </w:p>
    <w:p w14:paraId="4430D5BD" w14:textId="5D031D9A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«ПРОФОРИЕНТАЦИЯ»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9"/>
        <w:gridCol w:w="1701"/>
        <w:gridCol w:w="2693"/>
        <w:gridCol w:w="3530"/>
      </w:tblGrid>
      <w:tr w:rsidR="00AA1362" w:rsidRPr="00027D8D" w14:paraId="238F746F" w14:textId="02A29916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208486D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89" w:type="dxa"/>
            <w:shd w:val="clear" w:color="auto" w:fill="D9EAF7"/>
            <w:vAlign w:val="center"/>
          </w:tcPr>
          <w:p w14:paraId="173564A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01" w:type="dxa"/>
            <w:shd w:val="clear" w:color="auto" w:fill="D9EAF7"/>
            <w:vAlign w:val="center"/>
          </w:tcPr>
          <w:p w14:paraId="7664561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693" w:type="dxa"/>
            <w:shd w:val="clear" w:color="auto" w:fill="D9EAF7"/>
            <w:vAlign w:val="center"/>
          </w:tcPr>
          <w:p w14:paraId="02481D0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530" w:type="dxa"/>
            <w:shd w:val="clear" w:color="auto" w:fill="D9EAF7"/>
          </w:tcPr>
          <w:p w14:paraId="32D7918C" w14:textId="3F6864CC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3CDBC705" w14:textId="12F77651" w:rsidTr="00AA1362">
        <w:trPr>
          <w:jc w:val="center"/>
        </w:trPr>
        <w:tc>
          <w:tcPr>
            <w:tcW w:w="4592" w:type="dxa"/>
            <w:vAlign w:val="center"/>
          </w:tcPr>
          <w:p w14:paraId="517291B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Игровой цикл «Профессии вокруг нас»</w:t>
            </w:r>
          </w:p>
        </w:tc>
        <w:tc>
          <w:tcPr>
            <w:tcW w:w="989" w:type="dxa"/>
            <w:vAlign w:val="center"/>
          </w:tcPr>
          <w:p w14:paraId="334C8CE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5–6</w:t>
            </w:r>
          </w:p>
        </w:tc>
        <w:tc>
          <w:tcPr>
            <w:tcW w:w="1701" w:type="dxa"/>
            <w:vAlign w:val="center"/>
          </w:tcPr>
          <w:p w14:paraId="1AC5F34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693" w:type="dxa"/>
            <w:vAlign w:val="center"/>
          </w:tcPr>
          <w:p w14:paraId="3711B1B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530" w:type="dxa"/>
          </w:tcPr>
          <w:p w14:paraId="3A82AC5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0C35A51C" w14:textId="421B2255" w:rsidTr="00AA1362">
        <w:trPr>
          <w:jc w:val="center"/>
        </w:trPr>
        <w:tc>
          <w:tcPr>
            <w:tcW w:w="4592" w:type="dxa"/>
            <w:vAlign w:val="center"/>
          </w:tcPr>
          <w:p w14:paraId="566EE93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Курс-путешествие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Мир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профессий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89" w:type="dxa"/>
            <w:vAlign w:val="center"/>
          </w:tcPr>
          <w:p w14:paraId="77F62AD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1" w:type="dxa"/>
            <w:vAlign w:val="center"/>
          </w:tcPr>
          <w:p w14:paraId="39D5581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Два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693" w:type="dxa"/>
            <w:vAlign w:val="center"/>
          </w:tcPr>
          <w:p w14:paraId="48A20F6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530" w:type="dxa"/>
          </w:tcPr>
          <w:p w14:paraId="2600F9B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7680C03A" w14:textId="0E788500" w:rsidTr="00AA1362">
        <w:trPr>
          <w:jc w:val="center"/>
        </w:trPr>
        <w:tc>
          <w:tcPr>
            <w:tcW w:w="4592" w:type="dxa"/>
            <w:vAlign w:val="center"/>
          </w:tcPr>
          <w:p w14:paraId="010BC99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Встречи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Профессии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моей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семьи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89" w:type="dxa"/>
            <w:vAlign w:val="center"/>
          </w:tcPr>
          <w:p w14:paraId="3C42467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1" w:type="dxa"/>
            <w:vAlign w:val="center"/>
          </w:tcPr>
          <w:p w14:paraId="5596AA3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693" w:type="dxa"/>
            <w:vAlign w:val="center"/>
          </w:tcPr>
          <w:p w14:paraId="100DA50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родители — по согласованию</w:t>
            </w:r>
          </w:p>
        </w:tc>
        <w:tc>
          <w:tcPr>
            <w:tcW w:w="3530" w:type="dxa"/>
          </w:tcPr>
          <w:p w14:paraId="4093083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1748EC76" w14:textId="63AF4786" w:rsidTr="00AA1362">
        <w:trPr>
          <w:jc w:val="center"/>
        </w:trPr>
        <w:tc>
          <w:tcPr>
            <w:tcW w:w="4592" w:type="dxa"/>
            <w:vAlign w:val="center"/>
          </w:tcPr>
          <w:p w14:paraId="445B643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Виртуальные экскурсии «Как работают люди разных профессий»</w:t>
            </w:r>
          </w:p>
        </w:tc>
        <w:tc>
          <w:tcPr>
            <w:tcW w:w="989" w:type="dxa"/>
            <w:vAlign w:val="center"/>
          </w:tcPr>
          <w:p w14:paraId="012132A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1" w:type="dxa"/>
            <w:vAlign w:val="center"/>
          </w:tcPr>
          <w:p w14:paraId="71A211B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693" w:type="dxa"/>
            <w:vAlign w:val="center"/>
          </w:tcPr>
          <w:p w14:paraId="718F089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530" w:type="dxa"/>
          </w:tcPr>
          <w:p w14:paraId="5657D13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580B78CC" w14:textId="02014C20" w:rsidTr="00AA1362">
        <w:trPr>
          <w:jc w:val="center"/>
        </w:trPr>
        <w:tc>
          <w:tcPr>
            <w:tcW w:w="4592" w:type="dxa"/>
            <w:vAlign w:val="center"/>
          </w:tcPr>
          <w:p w14:paraId="63A4247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Творческий проект «Кем я хочу стать»</w:t>
            </w:r>
          </w:p>
        </w:tc>
        <w:tc>
          <w:tcPr>
            <w:tcW w:w="989" w:type="dxa"/>
            <w:vAlign w:val="center"/>
          </w:tcPr>
          <w:p w14:paraId="2B189D0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5–6</w:t>
            </w:r>
          </w:p>
        </w:tc>
        <w:tc>
          <w:tcPr>
            <w:tcW w:w="1701" w:type="dxa"/>
            <w:vAlign w:val="center"/>
          </w:tcPr>
          <w:p w14:paraId="6A4D430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vAlign w:val="center"/>
          </w:tcPr>
          <w:p w14:paraId="311043F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530" w:type="dxa"/>
          </w:tcPr>
          <w:p w14:paraId="06D21CC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6B74E4B3" w14:textId="45A5C346" w:rsidTr="00AA1362">
        <w:trPr>
          <w:jc w:val="center"/>
        </w:trPr>
        <w:tc>
          <w:tcPr>
            <w:tcW w:w="4592" w:type="dxa"/>
            <w:vAlign w:val="center"/>
          </w:tcPr>
          <w:p w14:paraId="4B261AC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Мини-проект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Профессии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будущего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89" w:type="dxa"/>
            <w:vAlign w:val="center"/>
          </w:tcPr>
          <w:p w14:paraId="0FDF0B8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1" w:type="dxa"/>
            <w:vAlign w:val="center"/>
          </w:tcPr>
          <w:p w14:paraId="7AC9365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vAlign w:val="center"/>
          </w:tcPr>
          <w:p w14:paraId="1435B53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педагог дополнительного образования (при наличии)</w:t>
            </w:r>
          </w:p>
        </w:tc>
        <w:tc>
          <w:tcPr>
            <w:tcW w:w="3530" w:type="dxa"/>
          </w:tcPr>
          <w:p w14:paraId="034136E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1E42D421" w14:textId="77E313DA" w:rsidTr="00AA1362">
        <w:trPr>
          <w:jc w:val="center"/>
        </w:trPr>
        <w:tc>
          <w:tcPr>
            <w:tcW w:w="4592" w:type="dxa"/>
            <w:vAlign w:val="center"/>
          </w:tcPr>
          <w:p w14:paraId="7E76A74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Профориентационный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квест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Город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мастеров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89" w:type="dxa"/>
            <w:vAlign w:val="center"/>
          </w:tcPr>
          <w:p w14:paraId="28FD33F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1" w:type="dxa"/>
            <w:vAlign w:val="center"/>
          </w:tcPr>
          <w:p w14:paraId="14BFD32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vAlign w:val="center"/>
          </w:tcPr>
          <w:p w14:paraId="1E14C7D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3530" w:type="dxa"/>
          </w:tcPr>
          <w:p w14:paraId="5D7D824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0F0D7DF6" w14:textId="32FC379C" w:rsidTr="00AA1362">
        <w:trPr>
          <w:jc w:val="center"/>
        </w:trPr>
        <w:tc>
          <w:tcPr>
            <w:tcW w:w="4592" w:type="dxa"/>
            <w:vAlign w:val="center"/>
          </w:tcPr>
          <w:p w14:paraId="04D0ADB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Экскурсия на предприятие или в организацию родного населённого пункта</w:t>
            </w:r>
          </w:p>
        </w:tc>
        <w:tc>
          <w:tcPr>
            <w:tcW w:w="989" w:type="dxa"/>
            <w:vAlign w:val="center"/>
          </w:tcPr>
          <w:p w14:paraId="54A5E48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1" w:type="dxa"/>
            <w:vAlign w:val="center"/>
          </w:tcPr>
          <w:p w14:paraId="7B3D0A1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учебном году, по согласованию</w:t>
            </w:r>
          </w:p>
        </w:tc>
        <w:tc>
          <w:tcPr>
            <w:tcW w:w="2693" w:type="dxa"/>
            <w:vAlign w:val="center"/>
          </w:tcPr>
          <w:p w14:paraId="6FB85E7B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организации — по согласованию</w:t>
            </w:r>
          </w:p>
        </w:tc>
        <w:tc>
          <w:tcPr>
            <w:tcW w:w="3530" w:type="dxa"/>
          </w:tcPr>
          <w:p w14:paraId="10EE36A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17F45D28" w14:textId="1DB2D253" w:rsidTr="00AA1362">
        <w:trPr>
          <w:jc w:val="center"/>
        </w:trPr>
        <w:tc>
          <w:tcPr>
            <w:tcW w:w="4592" w:type="dxa"/>
            <w:vAlign w:val="center"/>
          </w:tcPr>
          <w:p w14:paraId="13A601C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Реализация Единой модели профориентации и профориентационного минимума</w:t>
            </w:r>
          </w:p>
        </w:tc>
        <w:tc>
          <w:tcPr>
            <w:tcW w:w="989" w:type="dxa"/>
            <w:vAlign w:val="center"/>
          </w:tcPr>
          <w:p w14:paraId="629F576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1" w:type="dxa"/>
            <w:vAlign w:val="center"/>
          </w:tcPr>
          <w:p w14:paraId="15EA07E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vAlign w:val="center"/>
          </w:tcPr>
          <w:p w14:paraId="4E3D125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Заместитель директора по учебно-воспитательной работе; ответственный за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профориентацию</w:t>
            </w:r>
          </w:p>
        </w:tc>
        <w:tc>
          <w:tcPr>
            <w:tcW w:w="3530" w:type="dxa"/>
          </w:tcPr>
          <w:p w14:paraId="703B7C1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61CC3D89" w14:textId="35145234" w:rsidTr="00AA1362">
        <w:trPr>
          <w:jc w:val="center"/>
        </w:trPr>
        <w:tc>
          <w:tcPr>
            <w:tcW w:w="4592" w:type="dxa"/>
            <w:vAlign w:val="center"/>
          </w:tcPr>
          <w:p w14:paraId="14A6960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Курс внеурочной деятельности «Россия — мои горизонты»</w:t>
            </w:r>
          </w:p>
        </w:tc>
        <w:tc>
          <w:tcPr>
            <w:tcW w:w="989" w:type="dxa"/>
            <w:vAlign w:val="center"/>
          </w:tcPr>
          <w:p w14:paraId="55D77EB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1" w:type="dxa"/>
            <w:vAlign w:val="center"/>
          </w:tcPr>
          <w:p w14:paraId="4724EDF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Еженедельно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федеральному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693" w:type="dxa"/>
            <w:vAlign w:val="center"/>
          </w:tcPr>
          <w:p w14:paraId="6ECA4BD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педагог-навигатор (при наличии)</w:t>
            </w:r>
          </w:p>
        </w:tc>
        <w:tc>
          <w:tcPr>
            <w:tcW w:w="3530" w:type="dxa"/>
          </w:tcPr>
          <w:p w14:paraId="67A2524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316D7" w:rsidRPr="00D318BF" w14:paraId="09BA618F" w14:textId="77777777" w:rsidTr="00AA1362">
        <w:trPr>
          <w:jc w:val="center"/>
        </w:trPr>
        <w:tc>
          <w:tcPr>
            <w:tcW w:w="4592" w:type="dxa"/>
            <w:vAlign w:val="center"/>
          </w:tcPr>
          <w:p w14:paraId="26E7FA77" w14:textId="5F44CB52" w:rsidR="00A316D7" w:rsidRPr="00027D8D" w:rsidRDefault="00A316D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Посещение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мультимидийного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парка «Россия-моя история»</w:t>
            </w:r>
          </w:p>
        </w:tc>
        <w:tc>
          <w:tcPr>
            <w:tcW w:w="989" w:type="dxa"/>
            <w:vAlign w:val="center"/>
          </w:tcPr>
          <w:p w14:paraId="2C80741C" w14:textId="7B1632B1" w:rsidR="00A316D7" w:rsidRPr="00027D8D" w:rsidRDefault="00A316D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6-9</w:t>
            </w:r>
          </w:p>
        </w:tc>
        <w:tc>
          <w:tcPr>
            <w:tcW w:w="1701" w:type="dxa"/>
            <w:vAlign w:val="center"/>
          </w:tcPr>
          <w:p w14:paraId="56F31795" w14:textId="5C239C88" w:rsidR="00A316D7" w:rsidRPr="00027D8D" w:rsidRDefault="00A316D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областному графику</w:t>
            </w:r>
          </w:p>
        </w:tc>
        <w:tc>
          <w:tcPr>
            <w:tcW w:w="2693" w:type="dxa"/>
            <w:vAlign w:val="center"/>
          </w:tcPr>
          <w:p w14:paraId="46DC9EEC" w14:textId="737CE8B1" w:rsidR="00A316D7" w:rsidRPr="00027D8D" w:rsidRDefault="00A316D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профориентацию; Классные руководители;</w:t>
            </w:r>
          </w:p>
        </w:tc>
        <w:tc>
          <w:tcPr>
            <w:tcW w:w="3530" w:type="dxa"/>
          </w:tcPr>
          <w:p w14:paraId="18C99DE0" w14:textId="77777777" w:rsidR="00A316D7" w:rsidRPr="00027D8D" w:rsidRDefault="00A316D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0687C010" w14:textId="593A7EC0" w:rsidTr="00AA1362">
        <w:trPr>
          <w:jc w:val="center"/>
        </w:trPr>
        <w:tc>
          <w:tcPr>
            <w:tcW w:w="4592" w:type="dxa"/>
            <w:vAlign w:val="center"/>
          </w:tcPr>
          <w:p w14:paraId="7361A71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Профессиональные пробы и мастер-классы</w:t>
            </w:r>
          </w:p>
        </w:tc>
        <w:tc>
          <w:tcPr>
            <w:tcW w:w="989" w:type="dxa"/>
            <w:vAlign w:val="center"/>
          </w:tcPr>
          <w:p w14:paraId="0453A33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8–9</w:t>
            </w:r>
          </w:p>
        </w:tc>
        <w:tc>
          <w:tcPr>
            <w:tcW w:w="1701" w:type="dxa"/>
            <w:vAlign w:val="center"/>
          </w:tcPr>
          <w:p w14:paraId="17A8BBF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Не менее одного раза в полугодие</w:t>
            </w:r>
          </w:p>
        </w:tc>
        <w:tc>
          <w:tcPr>
            <w:tcW w:w="2693" w:type="dxa"/>
            <w:vAlign w:val="center"/>
          </w:tcPr>
          <w:p w14:paraId="3F3F9D7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профориентацию; социальные партнёры — по согласованию</w:t>
            </w:r>
          </w:p>
        </w:tc>
        <w:tc>
          <w:tcPr>
            <w:tcW w:w="3530" w:type="dxa"/>
          </w:tcPr>
          <w:p w14:paraId="341D5E3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65228159" w14:textId="65B57033" w:rsidTr="00AA1362">
        <w:trPr>
          <w:jc w:val="center"/>
        </w:trPr>
        <w:tc>
          <w:tcPr>
            <w:tcW w:w="4592" w:type="dxa"/>
            <w:vAlign w:val="center"/>
          </w:tcPr>
          <w:p w14:paraId="20DFC84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 «Профессиональный маршрут выпускника 9 класса»</w:t>
            </w:r>
          </w:p>
        </w:tc>
        <w:tc>
          <w:tcPr>
            <w:tcW w:w="989" w:type="dxa"/>
            <w:vAlign w:val="center"/>
          </w:tcPr>
          <w:p w14:paraId="44133AE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30C7E4C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vAlign w:val="center"/>
          </w:tcPr>
          <w:p w14:paraId="7FA12C0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Классный руководитель; педагог-психолог; ответственный за профориентацию</w:t>
            </w:r>
          </w:p>
        </w:tc>
        <w:tc>
          <w:tcPr>
            <w:tcW w:w="3530" w:type="dxa"/>
          </w:tcPr>
          <w:p w14:paraId="7C9E422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7CC6C18A" w14:textId="5E5C7BAD" w:rsidTr="00AA1362">
        <w:trPr>
          <w:jc w:val="center"/>
        </w:trPr>
        <w:tc>
          <w:tcPr>
            <w:tcW w:w="4592" w:type="dxa"/>
            <w:vAlign w:val="center"/>
          </w:tcPr>
          <w:p w14:paraId="77C922B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Информационные занятия о приёме в 10 класс и учреждения СПО</w:t>
            </w:r>
          </w:p>
        </w:tc>
        <w:tc>
          <w:tcPr>
            <w:tcW w:w="989" w:type="dxa"/>
            <w:vAlign w:val="center"/>
          </w:tcPr>
          <w:p w14:paraId="7A46FD6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1074811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Февраль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693" w:type="dxa"/>
            <w:vAlign w:val="center"/>
          </w:tcPr>
          <w:p w14:paraId="6088D7A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</w:t>
            </w:r>
          </w:p>
        </w:tc>
        <w:tc>
          <w:tcPr>
            <w:tcW w:w="3530" w:type="dxa"/>
          </w:tcPr>
          <w:p w14:paraId="1D018DF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FFBC616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28EB3D0B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«ДЕТСКИЕ ОБЩЕСТВЕННЫЕ ОБЪЕДИНЕНИЯ»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03A8531D" w14:textId="514CEFAB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63919CF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69" w:type="dxa"/>
            <w:shd w:val="clear" w:color="auto" w:fill="D9EAF7"/>
            <w:vAlign w:val="center"/>
          </w:tcPr>
          <w:p w14:paraId="6440BFD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24" w:type="dxa"/>
            <w:shd w:val="clear" w:color="auto" w:fill="D9EAF7"/>
            <w:vAlign w:val="center"/>
          </w:tcPr>
          <w:p w14:paraId="230CC02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3B3537B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00" w:type="dxa"/>
            <w:shd w:val="clear" w:color="auto" w:fill="D9EAF7"/>
          </w:tcPr>
          <w:p w14:paraId="0F935714" w14:textId="22EFB47D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D318BF" w14:paraId="1CCD0BF2" w14:textId="22805995" w:rsidTr="00AA1362">
        <w:trPr>
          <w:jc w:val="center"/>
        </w:trPr>
        <w:tc>
          <w:tcPr>
            <w:tcW w:w="4592" w:type="dxa"/>
            <w:vAlign w:val="center"/>
          </w:tcPr>
          <w:p w14:paraId="6B891FE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Реализация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программы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Движение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Первых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0699CCB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5550572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программе</w:t>
            </w:r>
          </w:p>
        </w:tc>
        <w:tc>
          <w:tcPr>
            <w:tcW w:w="2580" w:type="dxa"/>
            <w:vAlign w:val="center"/>
          </w:tcPr>
          <w:p w14:paraId="062D8ED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30F96F4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59A0B0EB" w14:textId="6C2E37C7" w:rsidTr="00AA1362">
        <w:trPr>
          <w:jc w:val="center"/>
        </w:trPr>
        <w:tc>
          <w:tcPr>
            <w:tcW w:w="4592" w:type="dxa"/>
            <w:vAlign w:val="center"/>
          </w:tcPr>
          <w:p w14:paraId="01500DD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Информационные встречи и презентация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проектов Движения Первых</w:t>
            </w:r>
          </w:p>
        </w:tc>
        <w:tc>
          <w:tcPr>
            <w:tcW w:w="969" w:type="dxa"/>
            <w:vAlign w:val="center"/>
          </w:tcPr>
          <w:p w14:paraId="772FE38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5–9</w:t>
            </w:r>
          </w:p>
        </w:tc>
        <w:tc>
          <w:tcPr>
            <w:tcW w:w="1724" w:type="dxa"/>
            <w:vAlign w:val="center"/>
          </w:tcPr>
          <w:p w14:paraId="03384D2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21F5468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Советник директора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441EB05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46E1A21E" w14:textId="68602544" w:rsidTr="00AA1362">
        <w:trPr>
          <w:jc w:val="center"/>
        </w:trPr>
        <w:tc>
          <w:tcPr>
            <w:tcW w:w="4592" w:type="dxa"/>
            <w:vAlign w:val="center"/>
          </w:tcPr>
          <w:p w14:paraId="04B0177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 деятельности первичного отделения Движения Первых на добровольной основе</w:t>
            </w:r>
          </w:p>
        </w:tc>
        <w:tc>
          <w:tcPr>
            <w:tcW w:w="969" w:type="dxa"/>
            <w:vAlign w:val="center"/>
          </w:tcPr>
          <w:p w14:paraId="7280FFE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24" w:type="dxa"/>
            <w:vAlign w:val="center"/>
          </w:tcPr>
          <w:p w14:paraId="59E537C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года, по плану первичного отделения</w:t>
            </w:r>
          </w:p>
        </w:tc>
        <w:tc>
          <w:tcPr>
            <w:tcW w:w="2580" w:type="dxa"/>
            <w:vAlign w:val="center"/>
          </w:tcPr>
          <w:p w14:paraId="499A7E0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4B8280D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04C2B5B4" w14:textId="68966BFC" w:rsidTr="00AA1362">
        <w:trPr>
          <w:jc w:val="center"/>
        </w:trPr>
        <w:tc>
          <w:tcPr>
            <w:tcW w:w="4592" w:type="dxa"/>
            <w:vAlign w:val="center"/>
          </w:tcPr>
          <w:p w14:paraId="59152EF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Акция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Спасибо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1CB894C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70313DB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2C1A372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6DB98A3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2455E901" w14:textId="01F97BB7" w:rsidTr="00AA1362">
        <w:trPr>
          <w:jc w:val="center"/>
        </w:trPr>
        <w:tc>
          <w:tcPr>
            <w:tcW w:w="4592" w:type="dxa"/>
            <w:vAlign w:val="center"/>
          </w:tcPr>
          <w:p w14:paraId="3CC1686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Фестиваль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национальных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культур</w:t>
            </w:r>
            <w:proofErr w:type="spellEnd"/>
          </w:p>
        </w:tc>
        <w:tc>
          <w:tcPr>
            <w:tcW w:w="969" w:type="dxa"/>
            <w:vAlign w:val="center"/>
          </w:tcPr>
          <w:p w14:paraId="62CED8C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345E842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2900F22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педагог-организатор</w:t>
            </w:r>
          </w:p>
        </w:tc>
        <w:tc>
          <w:tcPr>
            <w:tcW w:w="3600" w:type="dxa"/>
          </w:tcPr>
          <w:p w14:paraId="5B0BD37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05297B60" w14:textId="6FBBD6EA" w:rsidTr="00AA1362">
        <w:trPr>
          <w:jc w:val="center"/>
        </w:trPr>
        <w:tc>
          <w:tcPr>
            <w:tcW w:w="4592" w:type="dxa"/>
            <w:vAlign w:val="center"/>
          </w:tcPr>
          <w:p w14:paraId="0ED89F5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добрых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дел</w:t>
            </w:r>
            <w:proofErr w:type="spellEnd"/>
          </w:p>
        </w:tc>
        <w:tc>
          <w:tcPr>
            <w:tcW w:w="969" w:type="dxa"/>
            <w:vAlign w:val="center"/>
          </w:tcPr>
          <w:p w14:paraId="276657A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1C3D633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календарю Движения Первых или отдельному плану школы</w:t>
            </w:r>
          </w:p>
        </w:tc>
        <w:tc>
          <w:tcPr>
            <w:tcW w:w="2580" w:type="dxa"/>
            <w:vAlign w:val="center"/>
          </w:tcPr>
          <w:p w14:paraId="7A14A5C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1430D4A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3DE2695B" w14:textId="305BF2D9" w:rsidTr="00AA1362">
        <w:trPr>
          <w:jc w:val="center"/>
        </w:trPr>
        <w:tc>
          <w:tcPr>
            <w:tcW w:w="4592" w:type="dxa"/>
            <w:vAlign w:val="center"/>
          </w:tcPr>
          <w:p w14:paraId="236EB38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Итоговая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встреча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активистов</w:t>
            </w:r>
            <w:proofErr w:type="spellEnd"/>
          </w:p>
        </w:tc>
        <w:tc>
          <w:tcPr>
            <w:tcW w:w="969" w:type="dxa"/>
            <w:vAlign w:val="center"/>
          </w:tcPr>
          <w:p w14:paraId="68E9BE2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6A30808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1C0D61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детскими общественными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объединениями</w:t>
            </w:r>
          </w:p>
        </w:tc>
        <w:tc>
          <w:tcPr>
            <w:tcW w:w="3600" w:type="dxa"/>
          </w:tcPr>
          <w:p w14:paraId="52804E4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31F08D98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7474C945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«ШКОЛЬНЫЕ МЕДИА»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2FFCEE55" w14:textId="6CC9B63D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3F5A601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69" w:type="dxa"/>
            <w:shd w:val="clear" w:color="auto" w:fill="D9EAF7"/>
            <w:vAlign w:val="center"/>
          </w:tcPr>
          <w:p w14:paraId="09252E4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24" w:type="dxa"/>
            <w:shd w:val="clear" w:color="auto" w:fill="D9EAF7"/>
            <w:vAlign w:val="center"/>
          </w:tcPr>
          <w:p w14:paraId="726DC83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78A6BF1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00" w:type="dxa"/>
            <w:shd w:val="clear" w:color="auto" w:fill="D9EAF7"/>
          </w:tcPr>
          <w:p w14:paraId="11614583" w14:textId="60EBD2BC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7047FCA2" w14:textId="5BB47619" w:rsidTr="00AA1362">
        <w:trPr>
          <w:jc w:val="center"/>
        </w:trPr>
        <w:tc>
          <w:tcPr>
            <w:tcW w:w="4592" w:type="dxa"/>
            <w:vAlign w:val="center"/>
          </w:tcPr>
          <w:p w14:paraId="154FEFC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Формирование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детской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редколлегии</w:t>
            </w:r>
            <w:proofErr w:type="spellEnd"/>
          </w:p>
        </w:tc>
        <w:tc>
          <w:tcPr>
            <w:tcW w:w="969" w:type="dxa"/>
            <w:vAlign w:val="center"/>
          </w:tcPr>
          <w:p w14:paraId="36AF327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7A2EB78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D444CE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3600" w:type="dxa"/>
          </w:tcPr>
          <w:p w14:paraId="3523902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34F92866" w14:textId="305EC1D3" w:rsidTr="00AA1362">
        <w:trPr>
          <w:jc w:val="center"/>
        </w:trPr>
        <w:tc>
          <w:tcPr>
            <w:tcW w:w="4592" w:type="dxa"/>
            <w:vAlign w:val="center"/>
          </w:tcPr>
          <w:p w14:paraId="14B3B94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Выпуск классной или школьной газеты</w:t>
            </w:r>
          </w:p>
        </w:tc>
        <w:tc>
          <w:tcPr>
            <w:tcW w:w="969" w:type="dxa"/>
            <w:vAlign w:val="center"/>
          </w:tcPr>
          <w:p w14:paraId="4DD7BE5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68AD2E5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выпуск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580" w:type="dxa"/>
            <w:vAlign w:val="center"/>
          </w:tcPr>
          <w:p w14:paraId="56D7EF0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классные руководители</w:t>
            </w:r>
          </w:p>
        </w:tc>
        <w:tc>
          <w:tcPr>
            <w:tcW w:w="3600" w:type="dxa"/>
          </w:tcPr>
          <w:p w14:paraId="3E3E8D5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725BB4B6" w14:textId="00C0828C" w:rsidTr="00AA1362">
        <w:trPr>
          <w:jc w:val="center"/>
        </w:trPr>
        <w:tc>
          <w:tcPr>
            <w:tcW w:w="4592" w:type="dxa"/>
            <w:vAlign w:val="center"/>
          </w:tcPr>
          <w:p w14:paraId="558F908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Практикум «Как написать короткую заметку»</w:t>
            </w:r>
          </w:p>
        </w:tc>
        <w:tc>
          <w:tcPr>
            <w:tcW w:w="969" w:type="dxa"/>
            <w:vAlign w:val="center"/>
          </w:tcPr>
          <w:p w14:paraId="7FA8126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6DD6322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4D4F32C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ответственный за школьный медиацентр</w:t>
            </w:r>
          </w:p>
        </w:tc>
        <w:tc>
          <w:tcPr>
            <w:tcW w:w="3600" w:type="dxa"/>
          </w:tcPr>
          <w:p w14:paraId="745CDCB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38959A36" w14:textId="298C70F6" w:rsidTr="00AA1362">
        <w:trPr>
          <w:jc w:val="center"/>
        </w:trPr>
        <w:tc>
          <w:tcPr>
            <w:tcW w:w="4592" w:type="dxa"/>
            <w:vAlign w:val="center"/>
          </w:tcPr>
          <w:p w14:paraId="4330A1B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Мастерская школьной фотографии: композиция, этика съёмки, согласие на публикацию</w:t>
            </w:r>
          </w:p>
        </w:tc>
        <w:tc>
          <w:tcPr>
            <w:tcW w:w="969" w:type="dxa"/>
            <w:vAlign w:val="center"/>
          </w:tcPr>
          <w:p w14:paraId="3BB84C5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28553FD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97E97E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3600" w:type="dxa"/>
          </w:tcPr>
          <w:p w14:paraId="0BD664F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174B540C" w14:textId="3AEBF1CE" w:rsidTr="00AA1362">
        <w:trPr>
          <w:jc w:val="center"/>
        </w:trPr>
        <w:tc>
          <w:tcPr>
            <w:tcW w:w="4592" w:type="dxa"/>
            <w:vAlign w:val="center"/>
          </w:tcPr>
          <w:p w14:paraId="5E49CCA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Занятие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брать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интервью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503DF87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7472C5F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7221D73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приглашённый специалист — по согласованию</w:t>
            </w:r>
          </w:p>
        </w:tc>
        <w:tc>
          <w:tcPr>
            <w:tcW w:w="3600" w:type="dxa"/>
          </w:tcPr>
          <w:p w14:paraId="08A84DC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73A4E3A5" w14:textId="3BBC418E" w:rsidTr="00AA1362">
        <w:trPr>
          <w:jc w:val="center"/>
        </w:trPr>
        <w:tc>
          <w:tcPr>
            <w:tcW w:w="4592" w:type="dxa"/>
            <w:vAlign w:val="center"/>
          </w:tcPr>
          <w:p w14:paraId="3FE400D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Создание фото- и видеоматериалов о школьных проектах под руководством педагога</w:t>
            </w:r>
          </w:p>
        </w:tc>
        <w:tc>
          <w:tcPr>
            <w:tcW w:w="969" w:type="dxa"/>
            <w:vAlign w:val="center"/>
          </w:tcPr>
          <w:p w14:paraId="2900FF9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265A024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615F6A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3600" w:type="dxa"/>
          </w:tcPr>
          <w:p w14:paraId="402BA6E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5FB3B15F" w14:textId="65AE95E0" w:rsidTr="00AA1362">
        <w:trPr>
          <w:jc w:val="center"/>
        </w:trPr>
        <w:tc>
          <w:tcPr>
            <w:tcW w:w="4592" w:type="dxa"/>
            <w:vAlign w:val="center"/>
          </w:tcPr>
          <w:p w14:paraId="17BE35D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Итоговый медиапроект «Наш учебный год»</w:t>
            </w:r>
          </w:p>
        </w:tc>
        <w:tc>
          <w:tcPr>
            <w:tcW w:w="969" w:type="dxa"/>
            <w:vAlign w:val="center"/>
          </w:tcPr>
          <w:p w14:paraId="7725421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6B6642C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4D1CAA0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Ответственный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3600" w:type="dxa"/>
          </w:tcPr>
          <w:p w14:paraId="75B8A7C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BA879C2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42B236A5" w14:textId="77777777" w:rsidR="009426EF" w:rsidRPr="00027D8D" w:rsidRDefault="009426EF">
      <w:pPr>
        <w:spacing w:before="180" w:after="80"/>
        <w:jc w:val="center"/>
        <w:rPr>
          <w:rFonts w:cs="Times New Roman"/>
          <w:b/>
          <w:sz w:val="24"/>
          <w:szCs w:val="24"/>
        </w:rPr>
      </w:pPr>
    </w:p>
    <w:p w14:paraId="5953BEB3" w14:textId="15BE5AE8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ВАРИАТИВНЫЙ МОДУЛЬ «ЭКСКУРСИИ, ПОХОДЫ»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2542B41C" w14:textId="6CBF8D0F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7CC7ADD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lastRenderedPageBreak/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69" w:type="dxa"/>
            <w:shd w:val="clear" w:color="auto" w:fill="D9EAF7"/>
            <w:vAlign w:val="center"/>
          </w:tcPr>
          <w:p w14:paraId="136528F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24" w:type="dxa"/>
            <w:shd w:val="clear" w:color="auto" w:fill="D9EAF7"/>
            <w:vAlign w:val="center"/>
          </w:tcPr>
          <w:p w14:paraId="2AE22C9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41D50C3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00" w:type="dxa"/>
            <w:shd w:val="clear" w:color="auto" w:fill="D9EAF7"/>
          </w:tcPr>
          <w:p w14:paraId="0B936F4A" w14:textId="52006065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5A67A425" w14:textId="322120A8" w:rsidTr="00AA1362">
        <w:trPr>
          <w:jc w:val="center"/>
        </w:trPr>
        <w:tc>
          <w:tcPr>
            <w:tcW w:w="4592" w:type="dxa"/>
            <w:vAlign w:val="center"/>
          </w:tcPr>
          <w:p w14:paraId="0B04620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Прогулка-наблюдение «Осень в родном крае»</w:t>
            </w:r>
          </w:p>
        </w:tc>
        <w:tc>
          <w:tcPr>
            <w:tcW w:w="969" w:type="dxa"/>
            <w:vAlign w:val="center"/>
          </w:tcPr>
          <w:p w14:paraId="42306CF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5–6</w:t>
            </w:r>
          </w:p>
        </w:tc>
        <w:tc>
          <w:tcPr>
            <w:tcW w:w="1724" w:type="dxa"/>
            <w:vAlign w:val="center"/>
          </w:tcPr>
          <w:p w14:paraId="56D05CA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12802DB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600" w:type="dxa"/>
          </w:tcPr>
          <w:p w14:paraId="3BEE9E6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20736055" w14:textId="7D524F0A" w:rsidTr="00AA1362">
        <w:trPr>
          <w:jc w:val="center"/>
        </w:trPr>
        <w:tc>
          <w:tcPr>
            <w:tcW w:w="4592" w:type="dxa"/>
            <w:vAlign w:val="center"/>
          </w:tcPr>
          <w:p w14:paraId="1C0E10EC" w14:textId="0ED7E123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Экскурсия в </w:t>
            </w:r>
            <w:r w:rsidR="009426EF" w:rsidRPr="00027D8D">
              <w:rPr>
                <w:rFonts w:cs="Times New Roman"/>
                <w:sz w:val="24"/>
                <w:szCs w:val="24"/>
                <w:lang w:val="ru-RU"/>
              </w:rPr>
              <w:t xml:space="preserve">городской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краеведческий музей «История родного края»</w:t>
            </w:r>
          </w:p>
        </w:tc>
        <w:tc>
          <w:tcPr>
            <w:tcW w:w="969" w:type="dxa"/>
            <w:vAlign w:val="center"/>
          </w:tcPr>
          <w:p w14:paraId="62ABE69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24" w:type="dxa"/>
            <w:vAlign w:val="center"/>
          </w:tcPr>
          <w:p w14:paraId="77BA9CF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Ноябрь 2026 года или апрель 2027 года</w:t>
            </w:r>
          </w:p>
        </w:tc>
        <w:tc>
          <w:tcPr>
            <w:tcW w:w="2580" w:type="dxa"/>
            <w:vAlign w:val="center"/>
          </w:tcPr>
          <w:p w14:paraId="4D25066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музейные работники — по согласованию</w:t>
            </w:r>
          </w:p>
        </w:tc>
        <w:tc>
          <w:tcPr>
            <w:tcW w:w="3600" w:type="dxa"/>
          </w:tcPr>
          <w:p w14:paraId="59AF330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7A75DBBB" w14:textId="3146AD2D" w:rsidTr="00AA1362">
        <w:trPr>
          <w:jc w:val="center"/>
        </w:trPr>
        <w:tc>
          <w:tcPr>
            <w:tcW w:w="4592" w:type="dxa"/>
            <w:vAlign w:val="center"/>
          </w:tcPr>
          <w:p w14:paraId="0543583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Экскурсия в пожарно-спасательное подразделение «Профессия — спасатель»</w:t>
            </w:r>
          </w:p>
        </w:tc>
        <w:tc>
          <w:tcPr>
            <w:tcW w:w="969" w:type="dxa"/>
            <w:vAlign w:val="center"/>
          </w:tcPr>
          <w:p w14:paraId="039C572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24" w:type="dxa"/>
            <w:vAlign w:val="center"/>
          </w:tcPr>
          <w:p w14:paraId="1FC841D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согласованию, один раз в учебном году</w:t>
            </w:r>
          </w:p>
        </w:tc>
        <w:tc>
          <w:tcPr>
            <w:tcW w:w="2580" w:type="dxa"/>
            <w:vAlign w:val="center"/>
          </w:tcPr>
          <w:p w14:paraId="6092CAAB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600" w:type="dxa"/>
          </w:tcPr>
          <w:p w14:paraId="7F6E724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6B4EC73A" w14:textId="4B242E2B" w:rsidTr="00AA1362">
        <w:trPr>
          <w:jc w:val="center"/>
        </w:trPr>
        <w:tc>
          <w:tcPr>
            <w:tcW w:w="4592" w:type="dxa"/>
            <w:vAlign w:val="center"/>
          </w:tcPr>
          <w:p w14:paraId="167B9E6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Виртуальная экскурсия по музеям России</w:t>
            </w:r>
          </w:p>
        </w:tc>
        <w:tc>
          <w:tcPr>
            <w:tcW w:w="969" w:type="dxa"/>
            <w:vAlign w:val="center"/>
          </w:tcPr>
          <w:p w14:paraId="1F79A16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1832A6A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A30C05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3600" w:type="dxa"/>
          </w:tcPr>
          <w:p w14:paraId="460C0FF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10E42FB8" w14:textId="57CE8473" w:rsidTr="00AA1362">
        <w:trPr>
          <w:jc w:val="center"/>
        </w:trPr>
        <w:tc>
          <w:tcPr>
            <w:tcW w:w="4592" w:type="dxa"/>
            <w:vAlign w:val="center"/>
          </w:tcPr>
          <w:p w14:paraId="483DFA2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Краеведческая прогулка «Улицы нашего населённого пункта»</w:t>
            </w:r>
          </w:p>
        </w:tc>
        <w:tc>
          <w:tcPr>
            <w:tcW w:w="969" w:type="dxa"/>
            <w:vAlign w:val="center"/>
          </w:tcPr>
          <w:p w14:paraId="0CB35EC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584898C4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74197D2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руководитель школьного музея (при наличии)</w:t>
            </w:r>
          </w:p>
        </w:tc>
        <w:tc>
          <w:tcPr>
            <w:tcW w:w="3600" w:type="dxa"/>
          </w:tcPr>
          <w:p w14:paraId="28BC0F5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10009B58" w14:textId="51A43A3E" w:rsidTr="00AA1362">
        <w:trPr>
          <w:jc w:val="center"/>
        </w:trPr>
        <w:tc>
          <w:tcPr>
            <w:tcW w:w="4592" w:type="dxa"/>
            <w:vAlign w:val="center"/>
          </w:tcPr>
          <w:p w14:paraId="1D076FC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Экологическая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тропа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Пробуждение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природы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4158C9A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063D4F7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791E070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600" w:type="dxa"/>
          </w:tcPr>
          <w:p w14:paraId="245B2F9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5D6A9001" w14:textId="593EAB18" w:rsidTr="00AA1362">
        <w:trPr>
          <w:jc w:val="center"/>
        </w:trPr>
        <w:tc>
          <w:tcPr>
            <w:tcW w:w="4592" w:type="dxa"/>
            <w:vAlign w:val="center"/>
          </w:tcPr>
          <w:p w14:paraId="025445E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Однодневный туристский выход при наличии необходимых условий и подготовленных ответственных специалистов</w:t>
            </w:r>
          </w:p>
        </w:tc>
        <w:tc>
          <w:tcPr>
            <w:tcW w:w="969" w:type="dxa"/>
            <w:vAlign w:val="center"/>
          </w:tcPr>
          <w:p w14:paraId="760B6F7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2FBFDDF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 года или май 2027 года, по отдельному приказу</w:t>
            </w:r>
          </w:p>
        </w:tc>
        <w:tc>
          <w:tcPr>
            <w:tcW w:w="2580" w:type="dxa"/>
            <w:vAlign w:val="center"/>
          </w:tcPr>
          <w:p w14:paraId="6EB2D38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педагогический работник; классные руководители</w:t>
            </w:r>
          </w:p>
        </w:tc>
        <w:tc>
          <w:tcPr>
            <w:tcW w:w="3600" w:type="dxa"/>
          </w:tcPr>
          <w:p w14:paraId="5436AAB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C2350CD" w14:textId="737EE452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660A11A0" w14:textId="77777777" w:rsidR="00C35608" w:rsidRPr="00027D8D" w:rsidRDefault="00C35608">
      <w:pPr>
        <w:spacing w:after="0"/>
        <w:rPr>
          <w:rFonts w:cs="Times New Roman"/>
          <w:sz w:val="24"/>
          <w:szCs w:val="24"/>
          <w:lang w:val="ru-RU"/>
        </w:rPr>
      </w:pPr>
    </w:p>
    <w:p w14:paraId="51DFAB87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«АДАПТАЦИЯ И СОЦИОКУЛЬТУРНАЯ ИНТЕГРАЦИЯ ОБУЧАЮЩИХСЯ С МИГРАЦИОННОЙ ИСТОРИЕЙ» (ПРИ НАЛИЧИИ ПОТРЕБНОСТИ)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501A1E8F" w14:textId="51FEB628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0CC438D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69" w:type="dxa"/>
            <w:shd w:val="clear" w:color="auto" w:fill="D9EAF7"/>
            <w:vAlign w:val="center"/>
          </w:tcPr>
          <w:p w14:paraId="5EC4EE3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24" w:type="dxa"/>
            <w:shd w:val="clear" w:color="auto" w:fill="D9EAF7"/>
            <w:vAlign w:val="center"/>
          </w:tcPr>
          <w:p w14:paraId="43F4701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137D7C6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00" w:type="dxa"/>
            <w:shd w:val="clear" w:color="auto" w:fill="D9EAF7"/>
          </w:tcPr>
          <w:p w14:paraId="339F03C9" w14:textId="2B53206F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D318BF" w14:paraId="1D9A917B" w14:textId="7660F508" w:rsidTr="00AA1362">
        <w:trPr>
          <w:jc w:val="center"/>
        </w:trPr>
        <w:tc>
          <w:tcPr>
            <w:tcW w:w="4592" w:type="dxa"/>
            <w:vAlign w:val="center"/>
          </w:tcPr>
          <w:p w14:paraId="1513350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Первичное изучение образовательных и языковых потребностей</w:t>
            </w:r>
          </w:p>
        </w:tc>
        <w:tc>
          <w:tcPr>
            <w:tcW w:w="969" w:type="dxa"/>
            <w:vAlign w:val="center"/>
          </w:tcPr>
          <w:p w14:paraId="1CE7438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6F15C1D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Сентябрь 2026 года; далее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необходимости</w:t>
            </w:r>
          </w:p>
        </w:tc>
        <w:tc>
          <w:tcPr>
            <w:tcW w:w="2580" w:type="dxa"/>
            <w:vAlign w:val="center"/>
          </w:tcPr>
          <w:p w14:paraId="30BB543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Учителя основной школы; педагог-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психолог</w:t>
            </w:r>
          </w:p>
        </w:tc>
        <w:tc>
          <w:tcPr>
            <w:tcW w:w="3600" w:type="dxa"/>
          </w:tcPr>
          <w:p w14:paraId="00A52AE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03885D55" w14:textId="5B6B57C0" w:rsidTr="00AA1362">
        <w:trPr>
          <w:jc w:val="center"/>
        </w:trPr>
        <w:tc>
          <w:tcPr>
            <w:tcW w:w="4592" w:type="dxa"/>
            <w:vAlign w:val="center"/>
          </w:tcPr>
          <w:p w14:paraId="4DCBEAC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Занятия по развитию русского языка как языка обучения</w:t>
            </w:r>
          </w:p>
        </w:tc>
        <w:tc>
          <w:tcPr>
            <w:tcW w:w="969" w:type="dxa"/>
            <w:vAlign w:val="center"/>
          </w:tcPr>
          <w:p w14:paraId="22FBD9D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32E11AB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результатам диагностики, по отдельной программе</w:t>
            </w:r>
          </w:p>
        </w:tc>
        <w:tc>
          <w:tcPr>
            <w:tcW w:w="2580" w:type="dxa"/>
            <w:vAlign w:val="center"/>
          </w:tcPr>
          <w:p w14:paraId="00CAEA3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специалист по русскому языку как иностранному — при наличии</w:t>
            </w:r>
          </w:p>
        </w:tc>
        <w:tc>
          <w:tcPr>
            <w:tcW w:w="3600" w:type="dxa"/>
          </w:tcPr>
          <w:p w14:paraId="4012424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0157AD6C" w14:textId="1786A2AC" w:rsidTr="00AA1362">
        <w:trPr>
          <w:jc w:val="center"/>
        </w:trPr>
        <w:tc>
          <w:tcPr>
            <w:tcW w:w="4592" w:type="dxa"/>
            <w:vAlign w:val="center"/>
          </w:tcPr>
          <w:p w14:paraId="21714A7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Социокультурный курс «Учимся жить и учиться вместе»</w:t>
            </w:r>
          </w:p>
        </w:tc>
        <w:tc>
          <w:tcPr>
            <w:tcW w:w="969" w:type="dxa"/>
            <w:vAlign w:val="center"/>
          </w:tcPr>
          <w:p w14:paraId="124197B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7967218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47E6E3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3600" w:type="dxa"/>
          </w:tcPr>
          <w:p w14:paraId="231B6F6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41E7255B" w14:textId="6E8CE6B4" w:rsidTr="00AA1362">
        <w:trPr>
          <w:jc w:val="center"/>
        </w:trPr>
        <w:tc>
          <w:tcPr>
            <w:tcW w:w="4592" w:type="dxa"/>
            <w:vAlign w:val="center"/>
          </w:tcPr>
          <w:p w14:paraId="1BA4AF8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Игровые занятия «Как знакомиться, общаться и просить о помощи»</w:t>
            </w:r>
          </w:p>
        </w:tc>
        <w:tc>
          <w:tcPr>
            <w:tcW w:w="969" w:type="dxa"/>
            <w:vAlign w:val="center"/>
          </w:tcPr>
          <w:p w14:paraId="17ED7BE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5–6</w:t>
            </w:r>
          </w:p>
        </w:tc>
        <w:tc>
          <w:tcPr>
            <w:tcW w:w="1724" w:type="dxa"/>
            <w:vAlign w:val="center"/>
          </w:tcPr>
          <w:p w14:paraId="0CB5EC1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3A2F414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3600" w:type="dxa"/>
          </w:tcPr>
          <w:p w14:paraId="2E7B7B0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45F69F10" w14:textId="522AB9B1" w:rsidTr="00AA1362">
        <w:trPr>
          <w:jc w:val="center"/>
        </w:trPr>
        <w:tc>
          <w:tcPr>
            <w:tcW w:w="4592" w:type="dxa"/>
            <w:vAlign w:val="center"/>
          </w:tcPr>
          <w:p w14:paraId="5B90E1D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Проект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Культура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моей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семьи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6034970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5C938C1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2371207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600" w:type="dxa"/>
          </w:tcPr>
          <w:p w14:paraId="4C229D7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3F497571" w14:textId="66FF6965" w:rsidTr="00AA1362">
        <w:trPr>
          <w:jc w:val="center"/>
        </w:trPr>
        <w:tc>
          <w:tcPr>
            <w:tcW w:w="4592" w:type="dxa"/>
            <w:vAlign w:val="center"/>
          </w:tcPr>
          <w:p w14:paraId="2141070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Консультации для родителей по вопросам адаптации ребёнка</w:t>
            </w:r>
          </w:p>
        </w:tc>
        <w:tc>
          <w:tcPr>
            <w:tcW w:w="969" w:type="dxa"/>
            <w:vAlign w:val="center"/>
          </w:tcPr>
          <w:p w14:paraId="56B64AD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2A61EAA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580" w:type="dxa"/>
            <w:vAlign w:val="center"/>
          </w:tcPr>
          <w:p w14:paraId="0973ECA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3600" w:type="dxa"/>
          </w:tcPr>
          <w:p w14:paraId="6F7B240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02B3630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14CA8384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ВАРИАТИВНЫЙ МОДУЛЬ «ТРУДОВАЯ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7133C43D" w14:textId="7109082E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38241BA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69" w:type="dxa"/>
            <w:shd w:val="clear" w:color="auto" w:fill="D9EAF7"/>
            <w:vAlign w:val="center"/>
          </w:tcPr>
          <w:p w14:paraId="5C45761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24" w:type="dxa"/>
            <w:shd w:val="clear" w:color="auto" w:fill="D9EAF7"/>
            <w:vAlign w:val="center"/>
          </w:tcPr>
          <w:p w14:paraId="6FD04B03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24DA993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00" w:type="dxa"/>
            <w:shd w:val="clear" w:color="auto" w:fill="D9EAF7"/>
          </w:tcPr>
          <w:p w14:paraId="028BD349" w14:textId="2F101F16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51738E4E" w14:textId="493553B0" w:rsidTr="00AA1362">
        <w:trPr>
          <w:jc w:val="center"/>
        </w:trPr>
        <w:tc>
          <w:tcPr>
            <w:tcW w:w="4592" w:type="dxa"/>
            <w:vAlign w:val="center"/>
          </w:tcPr>
          <w:p w14:paraId="69FC576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Беседа-практикум «Почему труд важен»</w:t>
            </w:r>
          </w:p>
        </w:tc>
        <w:tc>
          <w:tcPr>
            <w:tcW w:w="969" w:type="dxa"/>
            <w:vAlign w:val="center"/>
          </w:tcPr>
          <w:p w14:paraId="10B15B4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5–6</w:t>
            </w:r>
          </w:p>
        </w:tc>
        <w:tc>
          <w:tcPr>
            <w:tcW w:w="1724" w:type="dxa"/>
            <w:vAlign w:val="center"/>
          </w:tcPr>
          <w:p w14:paraId="7F07F60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F775E8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600" w:type="dxa"/>
          </w:tcPr>
          <w:p w14:paraId="1DD85B5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372335C7" w14:textId="1033C469" w:rsidTr="00AA1362">
        <w:trPr>
          <w:jc w:val="center"/>
        </w:trPr>
        <w:tc>
          <w:tcPr>
            <w:tcW w:w="4592" w:type="dxa"/>
            <w:vAlign w:val="center"/>
          </w:tcPr>
          <w:p w14:paraId="5927380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Проект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Профессии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моей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семьи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509C46E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24" w:type="dxa"/>
            <w:vAlign w:val="center"/>
          </w:tcPr>
          <w:p w14:paraId="1658927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EF6A4F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600" w:type="dxa"/>
          </w:tcPr>
          <w:p w14:paraId="2D02BA6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050AC1D5" w14:textId="5CB5B51E" w:rsidTr="00AA1362">
        <w:trPr>
          <w:jc w:val="center"/>
        </w:trPr>
        <w:tc>
          <w:tcPr>
            <w:tcW w:w="4592" w:type="dxa"/>
            <w:vAlign w:val="center"/>
          </w:tcPr>
          <w:p w14:paraId="5CD2E6E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 мастерские с природными материалами</w:t>
            </w:r>
          </w:p>
        </w:tc>
        <w:tc>
          <w:tcPr>
            <w:tcW w:w="969" w:type="dxa"/>
            <w:vAlign w:val="center"/>
          </w:tcPr>
          <w:p w14:paraId="21F16DC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460C81A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8D66C6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учитель изобразительного искусства</w:t>
            </w:r>
          </w:p>
        </w:tc>
        <w:tc>
          <w:tcPr>
            <w:tcW w:w="3600" w:type="dxa"/>
          </w:tcPr>
          <w:p w14:paraId="41F2267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399B1075" w14:textId="01BAE35A" w:rsidTr="00AA1362">
        <w:trPr>
          <w:jc w:val="center"/>
        </w:trPr>
        <w:tc>
          <w:tcPr>
            <w:tcW w:w="4592" w:type="dxa"/>
            <w:vAlign w:val="center"/>
          </w:tcPr>
          <w:p w14:paraId="08BAC44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Изготовление закладок, открыток, кормушек и других полезных изделий</w:t>
            </w:r>
          </w:p>
        </w:tc>
        <w:tc>
          <w:tcPr>
            <w:tcW w:w="969" w:type="dxa"/>
            <w:vAlign w:val="center"/>
          </w:tcPr>
          <w:p w14:paraId="000783C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24" w:type="dxa"/>
            <w:vAlign w:val="center"/>
          </w:tcPr>
          <w:p w14:paraId="3B560E94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F7A159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основной школы; педагог дополнительного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образования (при наличии)</w:t>
            </w:r>
          </w:p>
        </w:tc>
        <w:tc>
          <w:tcPr>
            <w:tcW w:w="3600" w:type="dxa"/>
          </w:tcPr>
          <w:p w14:paraId="79B09CA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39FCF433" w14:textId="0777A6C5" w:rsidTr="00AA1362">
        <w:trPr>
          <w:jc w:val="center"/>
        </w:trPr>
        <w:tc>
          <w:tcPr>
            <w:tcW w:w="4592" w:type="dxa"/>
            <w:vAlign w:val="center"/>
          </w:tcPr>
          <w:p w14:paraId="0CD320D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Поддержание порядка на личном рабочем месте и в пространствах ученических инициатив в безопасных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возрастосообразных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формах</w:t>
            </w:r>
          </w:p>
        </w:tc>
        <w:tc>
          <w:tcPr>
            <w:tcW w:w="969" w:type="dxa"/>
            <w:vAlign w:val="center"/>
          </w:tcPr>
          <w:p w14:paraId="1A9E89E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4F1D418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 течение учебного года, в безопасных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возрастосообразных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формах</w:t>
            </w:r>
          </w:p>
        </w:tc>
        <w:tc>
          <w:tcPr>
            <w:tcW w:w="2580" w:type="dxa"/>
            <w:vAlign w:val="center"/>
          </w:tcPr>
          <w:p w14:paraId="3068A7D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600" w:type="dxa"/>
          </w:tcPr>
          <w:p w14:paraId="144578C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14014267" w14:textId="48385B3D" w:rsidTr="00AA1362">
        <w:trPr>
          <w:jc w:val="center"/>
        </w:trPr>
        <w:tc>
          <w:tcPr>
            <w:tcW w:w="4592" w:type="dxa"/>
            <w:vAlign w:val="center"/>
          </w:tcPr>
          <w:p w14:paraId="3831085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Экологическая акция «Зелёный школьный двор»: посадка и уход за растениями</w:t>
            </w:r>
          </w:p>
        </w:tc>
        <w:tc>
          <w:tcPr>
            <w:tcW w:w="969" w:type="dxa"/>
            <w:vAlign w:val="center"/>
          </w:tcPr>
          <w:p w14:paraId="4C1ACEB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24" w:type="dxa"/>
            <w:vAlign w:val="center"/>
          </w:tcPr>
          <w:p w14:paraId="3B78669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1505A11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ответственный работник школы</w:t>
            </w:r>
          </w:p>
        </w:tc>
        <w:tc>
          <w:tcPr>
            <w:tcW w:w="3600" w:type="dxa"/>
          </w:tcPr>
          <w:p w14:paraId="35111C4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5E1FDA9C" w14:textId="6C76F049" w:rsidTr="00AA1362">
        <w:trPr>
          <w:jc w:val="center"/>
        </w:trPr>
        <w:tc>
          <w:tcPr>
            <w:tcW w:w="4592" w:type="dxa"/>
            <w:vAlign w:val="center"/>
          </w:tcPr>
          <w:p w14:paraId="0F5D1D7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Выставка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Сделано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своими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руками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02414DD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1E539CC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8B335B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педагог-организатор</w:t>
            </w:r>
          </w:p>
        </w:tc>
        <w:tc>
          <w:tcPr>
            <w:tcW w:w="3600" w:type="dxa"/>
          </w:tcPr>
          <w:p w14:paraId="29ED2392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7127090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6974E847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«ШКОЛЬНЫЙ ТЕАТР»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0F399962" w14:textId="667D7146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44FFCCD3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86" w:type="dxa"/>
            <w:shd w:val="clear" w:color="auto" w:fill="D9EAF7"/>
            <w:vAlign w:val="center"/>
          </w:tcPr>
          <w:p w14:paraId="24619D1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07" w:type="dxa"/>
            <w:shd w:val="clear" w:color="auto" w:fill="D9EAF7"/>
            <w:vAlign w:val="center"/>
          </w:tcPr>
          <w:p w14:paraId="4FD5089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3AB6BB3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34" w:type="dxa"/>
            <w:shd w:val="clear" w:color="auto" w:fill="D9EAF7"/>
          </w:tcPr>
          <w:p w14:paraId="756F7799" w14:textId="188563E4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783CB26A" w14:textId="504C1B5F" w:rsidTr="00AA1362">
        <w:trPr>
          <w:jc w:val="center"/>
        </w:trPr>
        <w:tc>
          <w:tcPr>
            <w:tcW w:w="4592" w:type="dxa"/>
            <w:vAlign w:val="center"/>
          </w:tcPr>
          <w:p w14:paraId="2FBDFB0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Набор и организационные встречи театральной студии</w:t>
            </w:r>
          </w:p>
        </w:tc>
        <w:tc>
          <w:tcPr>
            <w:tcW w:w="986" w:type="dxa"/>
            <w:vAlign w:val="center"/>
          </w:tcPr>
          <w:p w14:paraId="265303E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59C93A5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17CEEBE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3634" w:type="dxa"/>
          </w:tcPr>
          <w:p w14:paraId="12C2EFD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6ED0CD2F" w14:textId="5B77ED43" w:rsidTr="00AA1362">
        <w:trPr>
          <w:jc w:val="center"/>
        </w:trPr>
        <w:tc>
          <w:tcPr>
            <w:tcW w:w="4592" w:type="dxa"/>
            <w:vAlign w:val="center"/>
          </w:tcPr>
          <w:p w14:paraId="4B9580DF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Основы актёрского мастерства и сценической речи</w:t>
            </w:r>
          </w:p>
        </w:tc>
        <w:tc>
          <w:tcPr>
            <w:tcW w:w="986" w:type="dxa"/>
            <w:vAlign w:val="center"/>
          </w:tcPr>
          <w:p w14:paraId="417DC84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1179EAE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Еженедельно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расписанию</w:t>
            </w:r>
            <w:proofErr w:type="spellEnd"/>
          </w:p>
        </w:tc>
        <w:tc>
          <w:tcPr>
            <w:tcW w:w="2580" w:type="dxa"/>
            <w:vAlign w:val="center"/>
          </w:tcPr>
          <w:p w14:paraId="0D36150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педагог дополнительного образования</w:t>
            </w:r>
          </w:p>
        </w:tc>
        <w:tc>
          <w:tcPr>
            <w:tcW w:w="3634" w:type="dxa"/>
          </w:tcPr>
          <w:p w14:paraId="22D5FB3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76031C6D" w14:textId="0613E2C0" w:rsidTr="00AA1362">
        <w:trPr>
          <w:jc w:val="center"/>
        </w:trPr>
        <w:tc>
          <w:tcPr>
            <w:tcW w:w="4592" w:type="dxa"/>
            <w:vAlign w:val="center"/>
          </w:tcPr>
          <w:p w14:paraId="5B5C6DA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Выбор репертуара на основе сказок и произведений народов России</w:t>
            </w:r>
          </w:p>
        </w:tc>
        <w:tc>
          <w:tcPr>
            <w:tcW w:w="986" w:type="dxa"/>
            <w:vAlign w:val="center"/>
          </w:tcPr>
          <w:p w14:paraId="03E7509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5C0BC88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4B1815A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учителя основной школы</w:t>
            </w:r>
          </w:p>
        </w:tc>
        <w:tc>
          <w:tcPr>
            <w:tcW w:w="3634" w:type="dxa"/>
          </w:tcPr>
          <w:p w14:paraId="43EE8AD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28C67BAA" w14:textId="3150F83A" w:rsidTr="00AA1362">
        <w:trPr>
          <w:jc w:val="center"/>
        </w:trPr>
        <w:tc>
          <w:tcPr>
            <w:tcW w:w="4592" w:type="dxa"/>
            <w:vAlign w:val="center"/>
          </w:tcPr>
          <w:p w14:paraId="7066785B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 и показ зимней постановки</w:t>
            </w:r>
          </w:p>
        </w:tc>
        <w:tc>
          <w:tcPr>
            <w:tcW w:w="986" w:type="dxa"/>
            <w:vAlign w:val="center"/>
          </w:tcPr>
          <w:p w14:paraId="2624378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5672918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446BCD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3634" w:type="dxa"/>
          </w:tcPr>
          <w:p w14:paraId="0A4FA3A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3D0A5C98" w14:textId="2C465506" w:rsidTr="00AA1362">
        <w:trPr>
          <w:jc w:val="center"/>
        </w:trPr>
        <w:tc>
          <w:tcPr>
            <w:tcW w:w="4592" w:type="dxa"/>
            <w:vAlign w:val="center"/>
          </w:tcPr>
          <w:p w14:paraId="6182E526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Театральная постановка к весеннему празднику</w:t>
            </w:r>
          </w:p>
        </w:tc>
        <w:tc>
          <w:tcPr>
            <w:tcW w:w="986" w:type="dxa"/>
            <w:vAlign w:val="center"/>
          </w:tcPr>
          <w:p w14:paraId="759DCC1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41AAFCF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7B7B0E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3634" w:type="dxa"/>
          </w:tcPr>
          <w:p w14:paraId="21389DB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288A6A6B" w14:textId="1407942E" w:rsidTr="00AA1362">
        <w:trPr>
          <w:jc w:val="center"/>
        </w:trPr>
        <w:tc>
          <w:tcPr>
            <w:tcW w:w="4592" w:type="dxa"/>
            <w:vAlign w:val="center"/>
          </w:tcPr>
          <w:p w14:paraId="518F026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lastRenderedPageBreak/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фестиваль</w:t>
            </w:r>
            <w:proofErr w:type="spellEnd"/>
          </w:p>
        </w:tc>
        <w:tc>
          <w:tcPr>
            <w:tcW w:w="986" w:type="dxa"/>
            <w:vAlign w:val="center"/>
          </w:tcPr>
          <w:p w14:paraId="765C9C7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59EC242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334B82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руководитель школьного театра</w:t>
            </w:r>
          </w:p>
        </w:tc>
        <w:tc>
          <w:tcPr>
            <w:tcW w:w="3634" w:type="dxa"/>
          </w:tcPr>
          <w:p w14:paraId="01CC779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39C6F1A6" w14:textId="1C157FC7" w:rsidTr="00AA1362">
        <w:trPr>
          <w:jc w:val="center"/>
        </w:trPr>
        <w:tc>
          <w:tcPr>
            <w:tcW w:w="4592" w:type="dxa"/>
            <w:vAlign w:val="center"/>
          </w:tcPr>
          <w:p w14:paraId="61215D1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 муниципальном театральном конкурсе</w:t>
            </w:r>
          </w:p>
        </w:tc>
        <w:tc>
          <w:tcPr>
            <w:tcW w:w="986" w:type="dxa"/>
            <w:vAlign w:val="center"/>
          </w:tcPr>
          <w:p w14:paraId="57FC38F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0222CCE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календарю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организаторов</w:t>
            </w:r>
            <w:proofErr w:type="spellEnd"/>
          </w:p>
        </w:tc>
        <w:tc>
          <w:tcPr>
            <w:tcW w:w="2580" w:type="dxa"/>
            <w:vAlign w:val="center"/>
          </w:tcPr>
          <w:p w14:paraId="0C1C6E7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3634" w:type="dxa"/>
          </w:tcPr>
          <w:p w14:paraId="7FD3C28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0314809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1DA54A8D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«ШКОЛЬНЫЙ МУЗЕЙ»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471A1B9A" w14:textId="07EA08F7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6929CF6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86" w:type="dxa"/>
            <w:shd w:val="clear" w:color="auto" w:fill="D9EAF7"/>
            <w:vAlign w:val="center"/>
          </w:tcPr>
          <w:p w14:paraId="0407580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07" w:type="dxa"/>
            <w:shd w:val="clear" w:color="auto" w:fill="D9EAF7"/>
            <w:vAlign w:val="center"/>
          </w:tcPr>
          <w:p w14:paraId="28C8A65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34A20803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34" w:type="dxa"/>
            <w:shd w:val="clear" w:color="auto" w:fill="D9EAF7"/>
          </w:tcPr>
          <w:p w14:paraId="386698C3" w14:textId="5055CD96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403D66F7" w14:textId="52FF510C" w:rsidTr="00AA1362">
        <w:trPr>
          <w:jc w:val="center"/>
        </w:trPr>
        <w:tc>
          <w:tcPr>
            <w:tcW w:w="4592" w:type="dxa"/>
            <w:vAlign w:val="center"/>
          </w:tcPr>
          <w:p w14:paraId="4FA1CBD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Обзорная экскурсия «Знакомство с нашим музеем»</w:t>
            </w:r>
          </w:p>
        </w:tc>
        <w:tc>
          <w:tcPr>
            <w:tcW w:w="986" w:type="dxa"/>
            <w:vAlign w:val="center"/>
          </w:tcPr>
          <w:p w14:paraId="0D1602B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707" w:type="dxa"/>
            <w:vAlign w:val="center"/>
          </w:tcPr>
          <w:p w14:paraId="20724FB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C68EC4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музея</w:t>
            </w:r>
            <w:proofErr w:type="spellEnd"/>
          </w:p>
        </w:tc>
        <w:tc>
          <w:tcPr>
            <w:tcW w:w="3634" w:type="dxa"/>
          </w:tcPr>
          <w:p w14:paraId="27D51BE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426EF" w:rsidRPr="00D318BF" w14:paraId="6EFE0838" w14:textId="77777777" w:rsidTr="00AA1362">
        <w:trPr>
          <w:jc w:val="center"/>
        </w:trPr>
        <w:tc>
          <w:tcPr>
            <w:tcW w:w="4592" w:type="dxa"/>
            <w:vAlign w:val="center"/>
          </w:tcPr>
          <w:p w14:paraId="13614AD3" w14:textId="031D7F4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«Наши семейные книги памяти»</w:t>
            </w:r>
          </w:p>
        </w:tc>
        <w:tc>
          <w:tcPr>
            <w:tcW w:w="986" w:type="dxa"/>
            <w:vAlign w:val="center"/>
          </w:tcPr>
          <w:p w14:paraId="168034A8" w14:textId="1A2CD2C8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07" w:type="dxa"/>
            <w:vAlign w:val="center"/>
          </w:tcPr>
          <w:p w14:paraId="4F70C6C1" w14:textId="79506211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Апрель 2027</w:t>
            </w:r>
          </w:p>
        </w:tc>
        <w:tc>
          <w:tcPr>
            <w:tcW w:w="2580" w:type="dxa"/>
            <w:vAlign w:val="center"/>
          </w:tcPr>
          <w:p w14:paraId="50CE4187" w14:textId="13B4B40F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Зам.по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ВР</w:t>
            </w:r>
          </w:p>
          <w:p w14:paraId="3485BD05" w14:textId="0EE70C44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3634" w:type="dxa"/>
          </w:tcPr>
          <w:p w14:paraId="09B139AB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426EF" w:rsidRPr="00027D8D" w14:paraId="34256661" w14:textId="359BCE33" w:rsidTr="00AA1362">
        <w:trPr>
          <w:jc w:val="center"/>
        </w:trPr>
        <w:tc>
          <w:tcPr>
            <w:tcW w:w="4592" w:type="dxa"/>
            <w:vAlign w:val="center"/>
          </w:tcPr>
          <w:p w14:paraId="0EA3DF49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Тематическая экскурсия «История нашей школы»</w:t>
            </w:r>
          </w:p>
        </w:tc>
        <w:tc>
          <w:tcPr>
            <w:tcW w:w="986" w:type="dxa"/>
            <w:vAlign w:val="center"/>
          </w:tcPr>
          <w:p w14:paraId="3FB9A6EC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7" w:type="dxa"/>
            <w:vAlign w:val="center"/>
          </w:tcPr>
          <w:p w14:paraId="50457670" w14:textId="77777777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13DD8433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музея</w:t>
            </w:r>
            <w:proofErr w:type="spellEnd"/>
          </w:p>
        </w:tc>
        <w:tc>
          <w:tcPr>
            <w:tcW w:w="3634" w:type="dxa"/>
          </w:tcPr>
          <w:p w14:paraId="3542423C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426EF" w:rsidRPr="00D318BF" w14:paraId="7DFE0CFE" w14:textId="49F3CB1E" w:rsidTr="00AA1362">
        <w:trPr>
          <w:jc w:val="center"/>
        </w:trPr>
        <w:tc>
          <w:tcPr>
            <w:tcW w:w="4592" w:type="dxa"/>
            <w:vAlign w:val="center"/>
          </w:tcPr>
          <w:p w14:paraId="19D56684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Краеведческий проект «История моего района»</w:t>
            </w:r>
          </w:p>
        </w:tc>
        <w:tc>
          <w:tcPr>
            <w:tcW w:w="986" w:type="dxa"/>
            <w:vAlign w:val="center"/>
          </w:tcPr>
          <w:p w14:paraId="2ACA902D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3809C6FF" w14:textId="77777777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—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6A23E466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3634" w:type="dxa"/>
          </w:tcPr>
          <w:p w14:paraId="28C41724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426EF" w:rsidRPr="00027D8D" w14:paraId="6893339D" w14:textId="05B8805F" w:rsidTr="00AA1362">
        <w:trPr>
          <w:jc w:val="center"/>
        </w:trPr>
        <w:tc>
          <w:tcPr>
            <w:tcW w:w="4592" w:type="dxa"/>
            <w:vAlign w:val="center"/>
          </w:tcPr>
          <w:p w14:paraId="16457AB7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Выставка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Старые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принадлежности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86" w:type="dxa"/>
            <w:vAlign w:val="center"/>
          </w:tcPr>
          <w:p w14:paraId="02817D80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3CB841C3" w14:textId="77777777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3BF9A68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музея</w:t>
            </w:r>
            <w:proofErr w:type="spellEnd"/>
          </w:p>
        </w:tc>
        <w:tc>
          <w:tcPr>
            <w:tcW w:w="3634" w:type="dxa"/>
          </w:tcPr>
          <w:p w14:paraId="12216A25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426EF" w:rsidRPr="00027D8D" w14:paraId="6B920A8A" w14:textId="26F1D8AC" w:rsidTr="00AA1362">
        <w:trPr>
          <w:jc w:val="center"/>
        </w:trPr>
        <w:tc>
          <w:tcPr>
            <w:tcW w:w="4592" w:type="dxa"/>
            <w:vAlign w:val="center"/>
          </w:tcPr>
          <w:p w14:paraId="722FF1D6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 «История одной семейной реликвии»</w:t>
            </w:r>
          </w:p>
        </w:tc>
        <w:tc>
          <w:tcPr>
            <w:tcW w:w="986" w:type="dxa"/>
            <w:vAlign w:val="center"/>
          </w:tcPr>
          <w:p w14:paraId="345D9CD9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0656FF49" w14:textId="77777777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Январь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28C4DD0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музея</w:t>
            </w:r>
            <w:proofErr w:type="spellEnd"/>
          </w:p>
        </w:tc>
        <w:tc>
          <w:tcPr>
            <w:tcW w:w="3634" w:type="dxa"/>
          </w:tcPr>
          <w:p w14:paraId="2712000C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426EF" w:rsidRPr="00027D8D" w14:paraId="0C107535" w14:textId="7898A3B9" w:rsidTr="00AA1362">
        <w:trPr>
          <w:jc w:val="center"/>
        </w:trPr>
        <w:tc>
          <w:tcPr>
            <w:tcW w:w="4592" w:type="dxa"/>
            <w:vAlign w:val="center"/>
          </w:tcPr>
          <w:p w14:paraId="5CAB3223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Выставка «Великая Отечественная война в семейных архивах»</w:t>
            </w:r>
          </w:p>
        </w:tc>
        <w:tc>
          <w:tcPr>
            <w:tcW w:w="986" w:type="dxa"/>
            <w:vAlign w:val="center"/>
          </w:tcPr>
          <w:p w14:paraId="2EAF5909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17F76C76" w14:textId="77777777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A08BB92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музея</w:t>
            </w:r>
            <w:proofErr w:type="spellEnd"/>
          </w:p>
        </w:tc>
        <w:tc>
          <w:tcPr>
            <w:tcW w:w="3634" w:type="dxa"/>
          </w:tcPr>
          <w:p w14:paraId="12CDE878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426EF" w:rsidRPr="00027D8D" w14:paraId="69366EBA" w14:textId="005C0B9B" w:rsidTr="00AA1362">
        <w:trPr>
          <w:jc w:val="center"/>
        </w:trPr>
        <w:tc>
          <w:tcPr>
            <w:tcW w:w="4592" w:type="dxa"/>
            <w:vAlign w:val="center"/>
          </w:tcPr>
          <w:p w14:paraId="6E6D2953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Встреча с ветеранами педагогического труда и местными краеведами</w:t>
            </w:r>
          </w:p>
        </w:tc>
        <w:tc>
          <w:tcPr>
            <w:tcW w:w="986" w:type="dxa"/>
            <w:vAlign w:val="center"/>
          </w:tcPr>
          <w:p w14:paraId="6CD74265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7" w:type="dxa"/>
            <w:vAlign w:val="center"/>
          </w:tcPr>
          <w:p w14:paraId="191B169A" w14:textId="77777777" w:rsidR="009426EF" w:rsidRPr="00027D8D" w:rsidRDefault="009426EF" w:rsidP="009426EF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2580" w:type="dxa"/>
            <w:vAlign w:val="center"/>
          </w:tcPr>
          <w:p w14:paraId="3F3ED9CD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музея</w:t>
            </w:r>
            <w:proofErr w:type="spellEnd"/>
          </w:p>
        </w:tc>
        <w:tc>
          <w:tcPr>
            <w:tcW w:w="3634" w:type="dxa"/>
          </w:tcPr>
          <w:p w14:paraId="6635DBC6" w14:textId="77777777" w:rsidR="009426EF" w:rsidRPr="00027D8D" w:rsidRDefault="009426EF" w:rsidP="009426E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842CCEE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65BCADDC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lastRenderedPageBreak/>
        <w:t>ВАРИАТИВНЫЙ МОДУЛЬ «ДОБРОВОЛЬЧЕСКАЯ ДЕЯТЕЛЬНОСТЬ (ВОЛОНТЁРСТВО)»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4458365B" w14:textId="47784F1E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1266C43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69" w:type="dxa"/>
            <w:shd w:val="clear" w:color="auto" w:fill="D9EAF7"/>
            <w:vAlign w:val="center"/>
          </w:tcPr>
          <w:p w14:paraId="0B83208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24" w:type="dxa"/>
            <w:shd w:val="clear" w:color="auto" w:fill="D9EAF7"/>
            <w:vAlign w:val="center"/>
          </w:tcPr>
          <w:p w14:paraId="408439C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2BAA6E5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00" w:type="dxa"/>
            <w:shd w:val="clear" w:color="auto" w:fill="D9EAF7"/>
          </w:tcPr>
          <w:p w14:paraId="6D800E5C" w14:textId="06BCD055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D318BF" w14:paraId="13300F89" w14:textId="64B3BECE" w:rsidTr="00AA1362">
        <w:trPr>
          <w:jc w:val="center"/>
        </w:trPr>
        <w:tc>
          <w:tcPr>
            <w:tcW w:w="4592" w:type="dxa"/>
            <w:vAlign w:val="center"/>
          </w:tcPr>
          <w:p w14:paraId="072A1BB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заботы о животных «Лапа помощи»</w:t>
            </w:r>
          </w:p>
        </w:tc>
        <w:tc>
          <w:tcPr>
            <w:tcW w:w="969" w:type="dxa"/>
            <w:vAlign w:val="center"/>
          </w:tcPr>
          <w:p w14:paraId="757659C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5860064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Октябрь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76DCE452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социальный педагог</w:t>
            </w:r>
          </w:p>
        </w:tc>
        <w:tc>
          <w:tcPr>
            <w:tcW w:w="3600" w:type="dxa"/>
          </w:tcPr>
          <w:p w14:paraId="5EABC78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4FBB7EF3" w14:textId="7F11F541" w:rsidTr="00AA1362">
        <w:trPr>
          <w:jc w:val="center"/>
        </w:trPr>
        <w:tc>
          <w:tcPr>
            <w:tcW w:w="4592" w:type="dxa"/>
            <w:vAlign w:val="center"/>
          </w:tcPr>
          <w:p w14:paraId="35D0A40E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Экологическая акция по раздельному сбору макулатуры и безопасного вторичного сырья</w:t>
            </w:r>
          </w:p>
        </w:tc>
        <w:tc>
          <w:tcPr>
            <w:tcW w:w="969" w:type="dxa"/>
            <w:vAlign w:val="center"/>
          </w:tcPr>
          <w:p w14:paraId="20328A2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4DEA9E3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580" w:type="dxa"/>
            <w:vAlign w:val="center"/>
          </w:tcPr>
          <w:p w14:paraId="3CC43F4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работник школы</w:t>
            </w:r>
          </w:p>
        </w:tc>
        <w:tc>
          <w:tcPr>
            <w:tcW w:w="3600" w:type="dxa"/>
          </w:tcPr>
          <w:p w14:paraId="6EFACAC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02A930CA" w14:textId="264314FB" w:rsidTr="00AA1362">
        <w:trPr>
          <w:jc w:val="center"/>
        </w:trPr>
        <w:tc>
          <w:tcPr>
            <w:tcW w:w="4592" w:type="dxa"/>
            <w:vAlign w:val="center"/>
          </w:tcPr>
          <w:p w14:paraId="6701FE0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Творческая акция «Открытка добра» для пожилых людей и ветеранов педагогического труда</w:t>
            </w:r>
          </w:p>
        </w:tc>
        <w:tc>
          <w:tcPr>
            <w:tcW w:w="969" w:type="dxa"/>
            <w:vAlign w:val="center"/>
          </w:tcPr>
          <w:p w14:paraId="527C276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00000C0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 2026 года; февраль–май 2027 года</w:t>
            </w:r>
          </w:p>
        </w:tc>
        <w:tc>
          <w:tcPr>
            <w:tcW w:w="2580" w:type="dxa"/>
            <w:vAlign w:val="center"/>
          </w:tcPr>
          <w:p w14:paraId="1CDA6D8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600" w:type="dxa"/>
          </w:tcPr>
          <w:p w14:paraId="7688BA6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58B9451C" w14:textId="7664A7E2" w:rsidTr="00AA1362">
        <w:trPr>
          <w:jc w:val="center"/>
        </w:trPr>
        <w:tc>
          <w:tcPr>
            <w:tcW w:w="4592" w:type="dxa"/>
            <w:vAlign w:val="center"/>
          </w:tcPr>
          <w:p w14:paraId="2FC154A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Проект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Книжка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подарок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69" w:type="dxa"/>
            <w:vAlign w:val="center"/>
          </w:tcPr>
          <w:p w14:paraId="26D87484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58FAB62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Декабрь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252A097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библиотекарь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3600" w:type="dxa"/>
          </w:tcPr>
          <w:p w14:paraId="0E89839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2A3FDF22" w14:textId="4C8AD0E9" w:rsidTr="00AA1362">
        <w:trPr>
          <w:jc w:val="center"/>
        </w:trPr>
        <w:tc>
          <w:tcPr>
            <w:tcW w:w="4592" w:type="dxa"/>
            <w:vAlign w:val="center"/>
          </w:tcPr>
          <w:p w14:paraId="569D363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Благотворительная ярмарка детских творческих работ при наличии локального порядка</w:t>
            </w:r>
          </w:p>
        </w:tc>
        <w:tc>
          <w:tcPr>
            <w:tcW w:w="969" w:type="dxa"/>
            <w:vAlign w:val="center"/>
          </w:tcPr>
          <w:p w14:paraId="6834A24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4643867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 2026 года или апрель 2027 года</w:t>
            </w:r>
          </w:p>
        </w:tc>
        <w:tc>
          <w:tcPr>
            <w:tcW w:w="2580" w:type="dxa"/>
            <w:vAlign w:val="center"/>
          </w:tcPr>
          <w:p w14:paraId="278B68C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3600" w:type="dxa"/>
          </w:tcPr>
          <w:p w14:paraId="047D614D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6D3310C4" w14:textId="590A749A" w:rsidTr="00AA1362">
        <w:trPr>
          <w:jc w:val="center"/>
        </w:trPr>
        <w:tc>
          <w:tcPr>
            <w:tcW w:w="4592" w:type="dxa"/>
            <w:vAlign w:val="center"/>
          </w:tcPr>
          <w:p w14:paraId="6F5FD55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День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добрых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дел</w:t>
            </w:r>
            <w:proofErr w:type="spellEnd"/>
          </w:p>
        </w:tc>
        <w:tc>
          <w:tcPr>
            <w:tcW w:w="969" w:type="dxa"/>
            <w:vAlign w:val="center"/>
          </w:tcPr>
          <w:p w14:paraId="4A88817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24" w:type="dxa"/>
            <w:vAlign w:val="center"/>
          </w:tcPr>
          <w:p w14:paraId="71DA71E3" w14:textId="25A0DFFC" w:rsidR="00AA1362" w:rsidRPr="00027D8D" w:rsidRDefault="009426E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</w:t>
            </w:r>
          </w:p>
        </w:tc>
        <w:tc>
          <w:tcPr>
            <w:tcW w:w="2580" w:type="dxa"/>
            <w:vAlign w:val="center"/>
          </w:tcPr>
          <w:p w14:paraId="6450074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0128298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2A2AFCE2" w14:textId="7CCE54B1" w:rsidTr="00AA1362">
        <w:trPr>
          <w:jc w:val="center"/>
        </w:trPr>
        <w:tc>
          <w:tcPr>
            <w:tcW w:w="4592" w:type="dxa"/>
            <w:vAlign w:val="center"/>
          </w:tcPr>
          <w:p w14:paraId="5B172C55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Итоговая встреча «Маленькие дела — большая помощь»</w:t>
            </w:r>
          </w:p>
        </w:tc>
        <w:tc>
          <w:tcPr>
            <w:tcW w:w="969" w:type="dxa"/>
            <w:vAlign w:val="center"/>
          </w:tcPr>
          <w:p w14:paraId="230C9FE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24" w:type="dxa"/>
            <w:vAlign w:val="center"/>
          </w:tcPr>
          <w:p w14:paraId="365F57C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2B6641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детскими общественными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объединениями</w:t>
            </w:r>
          </w:p>
        </w:tc>
        <w:tc>
          <w:tcPr>
            <w:tcW w:w="3600" w:type="dxa"/>
          </w:tcPr>
          <w:p w14:paraId="1294080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4E342FDD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431CFFE3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«ШКОЛЬНЫЕ СПОРТИВНЫЕ КЛУБЫ»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173F8DAB" w14:textId="56DFA621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4A916FB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86" w:type="dxa"/>
            <w:shd w:val="clear" w:color="auto" w:fill="D9EAF7"/>
            <w:vAlign w:val="center"/>
          </w:tcPr>
          <w:p w14:paraId="4876DD6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07" w:type="dxa"/>
            <w:shd w:val="clear" w:color="auto" w:fill="D9EAF7"/>
            <w:vAlign w:val="center"/>
          </w:tcPr>
          <w:p w14:paraId="131874D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2C46127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34" w:type="dxa"/>
            <w:shd w:val="clear" w:color="auto" w:fill="D9EAF7"/>
          </w:tcPr>
          <w:p w14:paraId="5CF53566" w14:textId="14910261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D318BF" w14:paraId="5492E7D2" w14:textId="460E7C18" w:rsidTr="00AA1362">
        <w:trPr>
          <w:jc w:val="center"/>
        </w:trPr>
        <w:tc>
          <w:tcPr>
            <w:tcW w:w="4592" w:type="dxa"/>
            <w:vAlign w:val="center"/>
          </w:tcPr>
          <w:p w14:paraId="7C2A873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Работа спортивных секций школьного спортивного клуба</w:t>
            </w:r>
          </w:p>
        </w:tc>
        <w:tc>
          <w:tcPr>
            <w:tcW w:w="986" w:type="dxa"/>
            <w:vAlign w:val="center"/>
          </w:tcPr>
          <w:p w14:paraId="0691A492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1C631E0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расписанию</w:t>
            </w:r>
          </w:p>
        </w:tc>
        <w:tc>
          <w:tcPr>
            <w:tcW w:w="2580" w:type="dxa"/>
            <w:vAlign w:val="center"/>
          </w:tcPr>
          <w:p w14:paraId="2183B3B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  <w:tc>
          <w:tcPr>
            <w:tcW w:w="3634" w:type="dxa"/>
          </w:tcPr>
          <w:p w14:paraId="34BB9018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D318BF" w14:paraId="2100AB14" w14:textId="1A93A75D" w:rsidTr="00AA1362">
        <w:trPr>
          <w:jc w:val="center"/>
        </w:trPr>
        <w:tc>
          <w:tcPr>
            <w:tcW w:w="4592" w:type="dxa"/>
            <w:vAlign w:val="center"/>
          </w:tcPr>
          <w:p w14:paraId="22D449CB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здоровья «Движение — это жизнь»</w:t>
            </w:r>
          </w:p>
        </w:tc>
        <w:tc>
          <w:tcPr>
            <w:tcW w:w="986" w:type="dxa"/>
            <w:vAlign w:val="center"/>
          </w:tcPr>
          <w:p w14:paraId="451FB6C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6CB4D04E" w14:textId="74482BF0" w:rsidR="00AA1362" w:rsidRPr="00027D8D" w:rsidRDefault="009426E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До 6 </w:t>
            </w:r>
            <w:r w:rsidR="00AA1362" w:rsidRPr="00027D8D">
              <w:rPr>
                <w:rFonts w:cs="Times New Roman"/>
                <w:sz w:val="24"/>
                <w:szCs w:val="24"/>
                <w:lang w:val="ru-RU"/>
              </w:rPr>
              <w:t>Сентябр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я</w:t>
            </w:r>
            <w:r w:rsidR="00AA1362" w:rsidRPr="00027D8D">
              <w:rPr>
                <w:rFonts w:cs="Times New Roman"/>
                <w:sz w:val="24"/>
                <w:szCs w:val="24"/>
                <w:lang w:val="ru-RU"/>
              </w:rPr>
              <w:t xml:space="preserve"> 2026 года; апрель 2027 года</w:t>
            </w:r>
          </w:p>
        </w:tc>
        <w:tc>
          <w:tcPr>
            <w:tcW w:w="2580" w:type="dxa"/>
            <w:vAlign w:val="center"/>
          </w:tcPr>
          <w:p w14:paraId="6FA82782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классные руководители</w:t>
            </w:r>
          </w:p>
        </w:tc>
        <w:tc>
          <w:tcPr>
            <w:tcW w:w="3634" w:type="dxa"/>
          </w:tcPr>
          <w:p w14:paraId="2D884891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0157DC6A" w14:textId="6054BBD7" w:rsidTr="00AA1362">
        <w:trPr>
          <w:jc w:val="center"/>
        </w:trPr>
        <w:tc>
          <w:tcPr>
            <w:tcW w:w="4592" w:type="dxa"/>
            <w:vAlign w:val="center"/>
          </w:tcPr>
          <w:p w14:paraId="31AFD3B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Турнир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мини-футболу</w:t>
            </w:r>
            <w:proofErr w:type="spellEnd"/>
          </w:p>
        </w:tc>
        <w:tc>
          <w:tcPr>
            <w:tcW w:w="986" w:type="dxa"/>
            <w:vAlign w:val="center"/>
          </w:tcPr>
          <w:p w14:paraId="4158F45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0CA2423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Ноябрь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2026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47D2E99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физической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634" w:type="dxa"/>
          </w:tcPr>
          <w:p w14:paraId="2DB706C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38B46118" w14:textId="618C4B7F" w:rsidTr="00AA1362">
        <w:trPr>
          <w:jc w:val="center"/>
        </w:trPr>
        <w:tc>
          <w:tcPr>
            <w:tcW w:w="4592" w:type="dxa"/>
            <w:vAlign w:val="center"/>
          </w:tcPr>
          <w:p w14:paraId="22AF7579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Весёлые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старты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86" w:type="dxa"/>
            <w:vAlign w:val="center"/>
          </w:tcPr>
          <w:p w14:paraId="403A67D1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1BAD9F7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полугодие, по графику параллелей</w:t>
            </w:r>
          </w:p>
        </w:tc>
        <w:tc>
          <w:tcPr>
            <w:tcW w:w="2580" w:type="dxa"/>
            <w:vAlign w:val="center"/>
          </w:tcPr>
          <w:p w14:paraId="6ECC8FC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физической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634" w:type="dxa"/>
          </w:tcPr>
          <w:p w14:paraId="5E39385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04FC63F9" w14:textId="5433C024" w:rsidTr="00AA1362">
        <w:trPr>
          <w:jc w:val="center"/>
        </w:trPr>
        <w:tc>
          <w:tcPr>
            <w:tcW w:w="4592" w:type="dxa"/>
            <w:vAlign w:val="center"/>
          </w:tcPr>
          <w:p w14:paraId="7AFD982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Шахматный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турнир</w:t>
            </w:r>
            <w:proofErr w:type="spellEnd"/>
          </w:p>
        </w:tc>
        <w:tc>
          <w:tcPr>
            <w:tcW w:w="986" w:type="dxa"/>
            <w:vAlign w:val="center"/>
          </w:tcPr>
          <w:p w14:paraId="6DC3FAF8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7" w:type="dxa"/>
            <w:vAlign w:val="center"/>
          </w:tcPr>
          <w:p w14:paraId="127FE96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Март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02A61F2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</w:t>
            </w:r>
          </w:p>
        </w:tc>
        <w:tc>
          <w:tcPr>
            <w:tcW w:w="3634" w:type="dxa"/>
          </w:tcPr>
          <w:p w14:paraId="605F110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46F1DB2C" w14:textId="3A1DEFBF" w:rsidTr="00AA1362">
        <w:trPr>
          <w:jc w:val="center"/>
        </w:trPr>
        <w:tc>
          <w:tcPr>
            <w:tcW w:w="4592" w:type="dxa"/>
            <w:vAlign w:val="center"/>
          </w:tcPr>
          <w:p w14:paraId="6193FFE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 и участие в мероприятиях комплекса ГТО с учётом возраста и медицинского допуска</w:t>
            </w:r>
          </w:p>
        </w:tc>
        <w:tc>
          <w:tcPr>
            <w:tcW w:w="986" w:type="dxa"/>
            <w:vAlign w:val="center"/>
          </w:tcPr>
          <w:p w14:paraId="05CC2BF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7" w:type="dxa"/>
            <w:vAlign w:val="center"/>
          </w:tcPr>
          <w:p w14:paraId="04BF525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Апрель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>–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3AC587A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Учитель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физической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634" w:type="dxa"/>
          </w:tcPr>
          <w:p w14:paraId="29834BED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21933A7F" w14:textId="2D049F43" w:rsidTr="00AA1362">
        <w:trPr>
          <w:jc w:val="center"/>
        </w:trPr>
        <w:tc>
          <w:tcPr>
            <w:tcW w:w="4592" w:type="dxa"/>
            <w:vAlign w:val="center"/>
          </w:tcPr>
          <w:p w14:paraId="47720817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мастер-классы с приглашёнными тренерами</w:t>
            </w:r>
          </w:p>
        </w:tc>
        <w:tc>
          <w:tcPr>
            <w:tcW w:w="986" w:type="dxa"/>
            <w:vAlign w:val="center"/>
          </w:tcPr>
          <w:p w14:paraId="7CAD43C7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1E0E18F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Один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раз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2580" w:type="dxa"/>
            <w:vAlign w:val="center"/>
          </w:tcPr>
          <w:p w14:paraId="1DDF7B8B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634" w:type="dxa"/>
          </w:tcPr>
          <w:p w14:paraId="255E90DA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D56CADA" w14:textId="77777777" w:rsidR="00C35608" w:rsidRPr="00027D8D" w:rsidRDefault="00C35608" w:rsidP="00173FAB">
      <w:pPr>
        <w:spacing w:before="180" w:after="80"/>
        <w:rPr>
          <w:rFonts w:cs="Times New Roman"/>
          <w:b/>
          <w:sz w:val="24"/>
          <w:szCs w:val="24"/>
          <w:lang w:val="ru-RU"/>
        </w:rPr>
      </w:pPr>
    </w:p>
    <w:p w14:paraId="01B4FC3E" w14:textId="35432E5F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ВАРИАТИВНЫЙ МОДУЛЬ «НАСТАВНИЧЕСТВО»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6CCC42B9" w14:textId="22D68601" w:rsidTr="00C35608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173D8FF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lastRenderedPageBreak/>
              <w:t>Дела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события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986" w:type="dxa"/>
            <w:shd w:val="clear" w:color="auto" w:fill="D9EAF7"/>
            <w:vAlign w:val="center"/>
          </w:tcPr>
          <w:p w14:paraId="2FC9E954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707" w:type="dxa"/>
            <w:shd w:val="clear" w:color="auto" w:fill="D9EAF7"/>
            <w:vAlign w:val="center"/>
          </w:tcPr>
          <w:p w14:paraId="7009152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Сроки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2580" w:type="dxa"/>
            <w:shd w:val="clear" w:color="auto" w:fill="D9EAF7"/>
            <w:vAlign w:val="center"/>
          </w:tcPr>
          <w:p w14:paraId="277C761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Ответственные</w:t>
            </w:r>
            <w:proofErr w:type="spellEnd"/>
            <w:r w:rsidRPr="00027D8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b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3634" w:type="dxa"/>
            <w:shd w:val="clear" w:color="auto" w:fill="D9EAF7"/>
          </w:tcPr>
          <w:p w14:paraId="1ADFA7C3" w14:textId="1A15113E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AA1362" w:rsidRPr="00027D8D" w14:paraId="74DF292C" w14:textId="11339DB0" w:rsidTr="00C35608">
        <w:trPr>
          <w:jc w:val="center"/>
        </w:trPr>
        <w:tc>
          <w:tcPr>
            <w:tcW w:w="4592" w:type="dxa"/>
            <w:vAlign w:val="center"/>
          </w:tcPr>
          <w:p w14:paraId="7328ADA3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Педагогическое наставничество в проектной и творческой деятельности</w:t>
            </w:r>
          </w:p>
        </w:tc>
        <w:tc>
          <w:tcPr>
            <w:tcW w:w="986" w:type="dxa"/>
            <w:vAlign w:val="center"/>
          </w:tcPr>
          <w:p w14:paraId="7A9A3EE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7" w:type="dxa"/>
            <w:vAlign w:val="center"/>
          </w:tcPr>
          <w:p w14:paraId="0A6CD58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0C4958C5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основной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634" w:type="dxa"/>
          </w:tcPr>
          <w:p w14:paraId="0435251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69D54F36" w14:textId="05DD512F" w:rsidTr="00C35608">
        <w:trPr>
          <w:jc w:val="center"/>
        </w:trPr>
        <w:tc>
          <w:tcPr>
            <w:tcW w:w="4592" w:type="dxa"/>
            <w:vAlign w:val="center"/>
          </w:tcPr>
          <w:p w14:paraId="303B7240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Программа взаимопомощи «Старшие помогают младшим»</w:t>
            </w:r>
          </w:p>
        </w:tc>
        <w:tc>
          <w:tcPr>
            <w:tcW w:w="986" w:type="dxa"/>
            <w:vAlign w:val="center"/>
          </w:tcPr>
          <w:p w14:paraId="739ABF10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12A0C36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 течение учебного года, в </w:t>
            </w:r>
            <w:proofErr w:type="spellStart"/>
            <w:r w:rsidRPr="00027D8D">
              <w:rPr>
                <w:rFonts w:cs="Times New Roman"/>
                <w:sz w:val="24"/>
                <w:szCs w:val="24"/>
                <w:lang w:val="ru-RU"/>
              </w:rPr>
              <w:t>возрастосообразных</w:t>
            </w:r>
            <w:proofErr w:type="spellEnd"/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формах</w:t>
            </w:r>
          </w:p>
        </w:tc>
        <w:tc>
          <w:tcPr>
            <w:tcW w:w="2580" w:type="dxa"/>
            <w:vAlign w:val="center"/>
          </w:tcPr>
          <w:p w14:paraId="3C74D9D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3634" w:type="dxa"/>
          </w:tcPr>
          <w:p w14:paraId="1680196C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027D8D" w14:paraId="27913D81" w14:textId="4B5BF131" w:rsidTr="00C35608">
        <w:trPr>
          <w:jc w:val="center"/>
        </w:trPr>
        <w:tc>
          <w:tcPr>
            <w:tcW w:w="4592" w:type="dxa"/>
            <w:vAlign w:val="center"/>
          </w:tcPr>
          <w:p w14:paraId="374CC979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Индивидуальное наставническое сопровождение обучающихся, испытывающих трудности в социализации</w:t>
            </w:r>
          </w:p>
        </w:tc>
        <w:tc>
          <w:tcPr>
            <w:tcW w:w="986" w:type="dxa"/>
            <w:vAlign w:val="center"/>
          </w:tcPr>
          <w:p w14:paraId="17D9EE4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5–9</w:t>
            </w:r>
          </w:p>
        </w:tc>
        <w:tc>
          <w:tcPr>
            <w:tcW w:w="1707" w:type="dxa"/>
            <w:vAlign w:val="center"/>
          </w:tcPr>
          <w:p w14:paraId="1E9763B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По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индивидуальному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2580" w:type="dxa"/>
            <w:vAlign w:val="center"/>
          </w:tcPr>
          <w:p w14:paraId="30D99E0E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Социальный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3634" w:type="dxa"/>
          </w:tcPr>
          <w:p w14:paraId="2140BE0B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A1362" w:rsidRPr="00D318BF" w14:paraId="581BACA8" w14:textId="4BC76C49" w:rsidTr="00C35608">
        <w:trPr>
          <w:jc w:val="center"/>
        </w:trPr>
        <w:tc>
          <w:tcPr>
            <w:tcW w:w="4592" w:type="dxa"/>
            <w:vAlign w:val="center"/>
          </w:tcPr>
          <w:p w14:paraId="09F13D1B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Наставничество в деятельности детских инициатив и школьных медиа</w:t>
            </w:r>
          </w:p>
        </w:tc>
        <w:tc>
          <w:tcPr>
            <w:tcW w:w="986" w:type="dxa"/>
            <w:vAlign w:val="center"/>
          </w:tcPr>
          <w:p w14:paraId="06C1F3FA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707" w:type="dxa"/>
            <w:vAlign w:val="center"/>
          </w:tcPr>
          <w:p w14:paraId="59B97604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В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течение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учебного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3AF15A22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ответственный за школьный медиацентр (при наличии)</w:t>
            </w:r>
          </w:p>
        </w:tc>
        <w:tc>
          <w:tcPr>
            <w:tcW w:w="3634" w:type="dxa"/>
          </w:tcPr>
          <w:p w14:paraId="3C920084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AA1362" w:rsidRPr="00027D8D" w14:paraId="3AF87ACC" w14:textId="482A932E" w:rsidTr="00C35608">
        <w:trPr>
          <w:jc w:val="center"/>
        </w:trPr>
        <w:tc>
          <w:tcPr>
            <w:tcW w:w="4592" w:type="dxa"/>
            <w:vAlign w:val="center"/>
          </w:tcPr>
          <w:p w14:paraId="38BB8EDC" w14:textId="77777777" w:rsidR="00AA1362" w:rsidRPr="00027D8D" w:rsidRDefault="00AA136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Итоговая встреча «Чему мы научились друг у друга»</w:t>
            </w:r>
          </w:p>
        </w:tc>
        <w:tc>
          <w:tcPr>
            <w:tcW w:w="986" w:type="dxa"/>
            <w:vAlign w:val="center"/>
          </w:tcPr>
          <w:p w14:paraId="0E6461FF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6–9</w:t>
            </w:r>
          </w:p>
        </w:tc>
        <w:tc>
          <w:tcPr>
            <w:tcW w:w="1707" w:type="dxa"/>
            <w:vAlign w:val="center"/>
          </w:tcPr>
          <w:p w14:paraId="3C101F7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Май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2027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80" w:type="dxa"/>
            <w:vAlign w:val="center"/>
          </w:tcPr>
          <w:p w14:paraId="51942266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27D8D">
              <w:rPr>
                <w:rFonts w:cs="Times New Roman"/>
                <w:sz w:val="24"/>
                <w:szCs w:val="24"/>
              </w:rPr>
              <w:t>Классные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руководители</w:t>
            </w:r>
            <w:proofErr w:type="spellEnd"/>
            <w:r w:rsidRPr="00027D8D">
              <w:rPr>
                <w:rFonts w:cs="Times New Roman"/>
                <w:sz w:val="24"/>
                <w:szCs w:val="24"/>
              </w:rPr>
              <w:t xml:space="preserve">; </w:t>
            </w:r>
            <w:proofErr w:type="spellStart"/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  <w:proofErr w:type="spellEnd"/>
          </w:p>
        </w:tc>
        <w:tc>
          <w:tcPr>
            <w:tcW w:w="3634" w:type="dxa"/>
          </w:tcPr>
          <w:p w14:paraId="245D33A3" w14:textId="77777777" w:rsidR="00AA1362" w:rsidRPr="00027D8D" w:rsidRDefault="00AA136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98BB27B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2F4B18BD" w14:textId="77777777" w:rsidR="00726B0A" w:rsidRPr="00027D8D" w:rsidRDefault="000C4DE0" w:rsidP="009426EF">
      <w:pPr>
        <w:pStyle w:val="1"/>
        <w:spacing w:before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27D8D">
        <w:rPr>
          <w:rFonts w:ascii="Times New Roman" w:hAnsi="Times New Roman" w:cs="Times New Roman"/>
          <w:sz w:val="24"/>
          <w:szCs w:val="24"/>
          <w:lang w:val="ru-RU"/>
        </w:rPr>
        <w:t>Организационные условия реализации календарного плана воспитательной работы</w:t>
      </w:r>
    </w:p>
    <w:p w14:paraId="6F00CE65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1. </w:t>
      </w:r>
      <w:r w:rsidRPr="00027D8D">
        <w:rPr>
          <w:rFonts w:cs="Times New Roman"/>
          <w:sz w:val="24"/>
          <w:szCs w:val="24"/>
          <w:lang w:val="ru-RU"/>
        </w:rPr>
        <w:t>План реализуется в соответствии с рабочей программой воспитания и календарным учебным графиком образовательной организации.</w:t>
      </w:r>
    </w:p>
    <w:p w14:paraId="0CFADA54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2. </w:t>
      </w:r>
      <w:r w:rsidRPr="00027D8D">
        <w:rPr>
          <w:rFonts w:cs="Times New Roman"/>
          <w:sz w:val="24"/>
          <w:szCs w:val="24"/>
          <w:lang w:val="ru-RU"/>
        </w:rPr>
        <w:t>Конкретные даты мероприятий могут уточняться отдельными приказами, графиками и планами.</w:t>
      </w:r>
    </w:p>
    <w:p w14:paraId="0E966FB5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3. </w:t>
      </w:r>
      <w:r w:rsidRPr="00027D8D">
        <w:rPr>
          <w:rFonts w:cs="Times New Roman"/>
          <w:sz w:val="24"/>
          <w:szCs w:val="24"/>
          <w:lang w:val="ru-RU"/>
        </w:rPr>
        <w:t>Мероприятия, приходящиеся на выходные и нерабочие праздничные дни, проводятся накануне, в ближайший учебный день либо в течение тематической недели.</w:t>
      </w:r>
    </w:p>
    <w:p w14:paraId="3C482628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4. </w:t>
      </w:r>
      <w:r w:rsidRPr="00027D8D">
        <w:rPr>
          <w:rFonts w:cs="Times New Roman"/>
          <w:sz w:val="24"/>
          <w:szCs w:val="24"/>
          <w:lang w:val="ru-RU"/>
        </w:rPr>
        <w:t>При проведении экскурсий, походов, соревнований и иных выездных мероприятий оформляются необходимые распорядительные документы, проводятся инструктажи и обеспечивается сопровождение.</w:t>
      </w:r>
    </w:p>
    <w:p w14:paraId="36EC973C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5. </w:t>
      </w:r>
      <w:r w:rsidRPr="00027D8D">
        <w:rPr>
          <w:rFonts w:cs="Times New Roman"/>
          <w:sz w:val="24"/>
          <w:szCs w:val="24"/>
          <w:lang w:val="ru-RU"/>
        </w:rPr>
        <w:t>Обеспечивается соблюдение требований безопасности, охраны здоровья и санитарных требований.</w:t>
      </w:r>
    </w:p>
    <w:p w14:paraId="2D72B64F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6. </w:t>
      </w:r>
      <w:r w:rsidRPr="00027D8D">
        <w:rPr>
          <w:rFonts w:cs="Times New Roman"/>
          <w:sz w:val="24"/>
          <w:szCs w:val="24"/>
          <w:lang w:val="ru-RU"/>
        </w:rPr>
        <w:t>Участие родителей (законных представителей), социальных партнёров и приглашённых специалистов осуществляется добровольно и по согласованию.</w:t>
      </w:r>
    </w:p>
    <w:p w14:paraId="24C8C28D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lastRenderedPageBreak/>
        <w:t xml:space="preserve">7. </w:t>
      </w:r>
      <w:r w:rsidRPr="00027D8D">
        <w:rPr>
          <w:rFonts w:cs="Times New Roman"/>
          <w:sz w:val="24"/>
          <w:szCs w:val="24"/>
          <w:lang w:val="ru-RU"/>
        </w:rPr>
        <w:t>Учитываются возрастные, индивидуальные и особые образовательные потребности обучающихся. Для обучающихся с ОВЗ и инвалидностью создаются специальные условия.</w:t>
      </w:r>
    </w:p>
    <w:p w14:paraId="44DC6A7F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8. </w:t>
      </w:r>
      <w:r w:rsidRPr="00027D8D">
        <w:rPr>
          <w:rFonts w:cs="Times New Roman"/>
          <w:sz w:val="24"/>
          <w:szCs w:val="24"/>
          <w:lang w:val="ru-RU"/>
        </w:rPr>
        <w:t>При создании и публикации фото-, аудио- и видеоматериалов соблюдаются требования законодательства о персональных данных, об охране изображения гражданина и локальные акты школы.</w:t>
      </w:r>
    </w:p>
    <w:p w14:paraId="56EE6AB8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9. </w:t>
      </w:r>
      <w:r w:rsidRPr="00027D8D">
        <w:rPr>
          <w:rFonts w:cs="Times New Roman"/>
          <w:sz w:val="24"/>
          <w:szCs w:val="24"/>
          <w:lang w:val="ru-RU"/>
        </w:rPr>
        <w:t>Мероприятия календарного плана не должны приводить к превышению допустимой образовательной нагрузки.</w:t>
      </w:r>
    </w:p>
    <w:p w14:paraId="1380F3DB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10. </w:t>
      </w:r>
      <w:r w:rsidRPr="00027D8D">
        <w:rPr>
          <w:rFonts w:cs="Times New Roman"/>
          <w:sz w:val="24"/>
          <w:szCs w:val="24"/>
          <w:lang w:val="ru-RU"/>
        </w:rPr>
        <w:t>План может корректироваться в течение учебного года приказом директора с учётом изменений федеральных, региональных и муниципальных календарей, погодных условий, требований безопасности и фактических возможностей школы.</w:t>
      </w:r>
    </w:p>
    <w:p w14:paraId="5517D852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11. </w:t>
      </w:r>
      <w:r w:rsidRPr="00027D8D">
        <w:rPr>
          <w:rFonts w:cs="Times New Roman"/>
          <w:sz w:val="24"/>
          <w:szCs w:val="24"/>
          <w:lang w:val="ru-RU"/>
        </w:rPr>
        <w:t>Памятные, праздничные и юбилейные даты перед утверждением плана повторно сверяются с официальными источниками и календарём образовательных событий на 2026/2027 учебный год.</w:t>
      </w:r>
    </w:p>
    <w:p w14:paraId="43F93B02" w14:textId="5EE8CBD4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12. </w:t>
      </w:r>
      <w:r w:rsidRPr="00027D8D">
        <w:rPr>
          <w:rFonts w:cs="Times New Roman"/>
          <w:sz w:val="24"/>
          <w:szCs w:val="24"/>
          <w:lang w:val="ru-RU"/>
        </w:rPr>
        <w:t>После официального опубликования федерального календарного плана воспитательной работы на 2026/2027 учебный год план школы сопоставляется с ним и при необходимости корректируется.</w:t>
      </w:r>
    </w:p>
    <w:p w14:paraId="3F1E64D9" w14:textId="77777777" w:rsidR="009426EF" w:rsidRPr="00027D8D" w:rsidRDefault="009426EF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</w:p>
    <w:p w14:paraId="4B59A107" w14:textId="520FB1A2" w:rsidR="00726B0A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>Профориентационная работа в 6–9 классах организуется в соответствии с Единой моделью профориентации, включая курс «Россия — мои горизонты», профессиональные пробы, экскурсии, диагностику интересов и информационное сопровождение выбора дальнейшего образовательного маршрута.</w:t>
      </w:r>
    </w:p>
    <w:p w14:paraId="48837990" w14:textId="2EFDEFE4" w:rsidR="00726B0A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 xml:space="preserve">Заместитель директора по воспитательной работе </w:t>
      </w:r>
      <w:r w:rsidR="009426EF" w:rsidRPr="00027D8D">
        <w:rPr>
          <w:rFonts w:cs="Times New Roman"/>
          <w:sz w:val="24"/>
          <w:szCs w:val="24"/>
          <w:lang w:val="ru-RU"/>
        </w:rPr>
        <w:t>Крицкая Н.С.</w:t>
      </w:r>
    </w:p>
    <w:p w14:paraId="56E55E74" w14:textId="77777777" w:rsidR="00726B0A" w:rsidRPr="00027D8D" w:rsidRDefault="00726B0A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</w:p>
    <w:p w14:paraId="3865789C" w14:textId="77777777" w:rsidR="00726B0A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>Рассмотрено на заседании педагогического совета</w:t>
      </w:r>
    </w:p>
    <w:p w14:paraId="27D0C4CD" w14:textId="77777777" w:rsidR="00442AA4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>протокол от «___» __________ 2026 г. № ___</w:t>
      </w:r>
    </w:p>
    <w:p w14:paraId="4368EC1F" w14:textId="77777777" w:rsidR="00726B0A" w:rsidRPr="00027D8D" w:rsidRDefault="00726B0A" w:rsidP="00442AA4">
      <w:pPr>
        <w:rPr>
          <w:rFonts w:cs="Times New Roman"/>
          <w:sz w:val="24"/>
          <w:szCs w:val="24"/>
          <w:lang w:val="ru-RU"/>
        </w:rPr>
      </w:pPr>
    </w:p>
    <w:sectPr w:rsidR="00726B0A" w:rsidRPr="00027D8D" w:rsidSect="00C756FE">
      <w:footerReference w:type="default" r:id="rId8"/>
      <w:pgSz w:w="15840" w:h="12240" w:orient="landscape"/>
      <w:pgMar w:top="765" w:right="794" w:bottom="765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A5D55" w14:textId="77777777" w:rsidR="006634D7" w:rsidRDefault="006634D7">
      <w:pPr>
        <w:spacing w:after="0" w:line="240" w:lineRule="auto"/>
      </w:pPr>
      <w:r>
        <w:separator/>
      </w:r>
    </w:p>
  </w:endnote>
  <w:endnote w:type="continuationSeparator" w:id="0">
    <w:p w14:paraId="4323D0F6" w14:textId="77777777" w:rsidR="006634D7" w:rsidRDefault="00663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5DA4C" w14:textId="77777777" w:rsidR="00726B0A" w:rsidRDefault="000C4DE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442AA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3FF6C" w14:textId="77777777" w:rsidR="006634D7" w:rsidRDefault="006634D7">
      <w:pPr>
        <w:spacing w:after="0" w:line="240" w:lineRule="auto"/>
      </w:pPr>
      <w:r>
        <w:separator/>
      </w:r>
    </w:p>
  </w:footnote>
  <w:footnote w:type="continuationSeparator" w:id="0">
    <w:p w14:paraId="7622C841" w14:textId="77777777" w:rsidR="006634D7" w:rsidRDefault="00663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363AD"/>
    <w:multiLevelType w:val="hybridMultilevel"/>
    <w:tmpl w:val="4F026AF4"/>
    <w:lvl w:ilvl="0" w:tplc="AB6AA11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6260905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B8121D34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D40A21A6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59B88302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3DEBB3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293AE1D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9CA189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A4944D8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074170E7"/>
    <w:multiLevelType w:val="hybridMultilevel"/>
    <w:tmpl w:val="2DEAF7FE"/>
    <w:lvl w:ilvl="0" w:tplc="573025E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6E8E88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B5827CA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E7043E7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856D654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59463A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9CE4766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6F6AC26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AD0AD0A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0E517E90"/>
    <w:multiLevelType w:val="hybridMultilevel"/>
    <w:tmpl w:val="E9EEF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C3AF4"/>
    <w:multiLevelType w:val="hybridMultilevel"/>
    <w:tmpl w:val="B93A92CA"/>
    <w:lvl w:ilvl="0" w:tplc="CF8CECE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1130CCB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D144CCE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0B28754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1ED8B706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01E84D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9022DFA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2D0EE04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34C834DA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10361D38"/>
    <w:multiLevelType w:val="hybridMultilevel"/>
    <w:tmpl w:val="29A038D2"/>
    <w:lvl w:ilvl="0" w:tplc="2C983BF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BB04234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1C8910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D9AF91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EAAA1C4C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E5C323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18E44B1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086278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E5AC8E3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156C02C4"/>
    <w:multiLevelType w:val="hybridMultilevel"/>
    <w:tmpl w:val="977E3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730B1A"/>
    <w:multiLevelType w:val="hybridMultilevel"/>
    <w:tmpl w:val="4D6A3A48"/>
    <w:lvl w:ilvl="0" w:tplc="4E3EFB94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99236D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9FE024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7702D9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F5A08D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92AF9E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04184B8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736BD5C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156C47F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1C0C20E0"/>
    <w:multiLevelType w:val="hybridMultilevel"/>
    <w:tmpl w:val="EA9643D6"/>
    <w:lvl w:ilvl="0" w:tplc="D70809D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8C40D5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C3201CD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CC6A9E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890C14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6410125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4E4AFBB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F9F02EA0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C423B3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22FF4D8A"/>
    <w:multiLevelType w:val="hybridMultilevel"/>
    <w:tmpl w:val="BC88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165C7"/>
    <w:multiLevelType w:val="hybridMultilevel"/>
    <w:tmpl w:val="7D9C5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0332C"/>
    <w:multiLevelType w:val="hybridMultilevel"/>
    <w:tmpl w:val="D94A7F80"/>
    <w:lvl w:ilvl="0" w:tplc="D55E3942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1494B07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1F8388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5E708310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5EA89D6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4FD63B9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5CA300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9C166AB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A2DA312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33FB5B8A"/>
    <w:multiLevelType w:val="hybridMultilevel"/>
    <w:tmpl w:val="29F4FD7C"/>
    <w:lvl w:ilvl="0" w:tplc="25FC8E2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877E59C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73CAAFF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7D021F7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95EE643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7F00CB9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01FC5DC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ABC38E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7E9CA3E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35832BF6"/>
    <w:multiLevelType w:val="hybridMultilevel"/>
    <w:tmpl w:val="5C523E84"/>
    <w:lvl w:ilvl="0" w:tplc="AB22A5A0">
      <w:start w:val="1"/>
      <w:numFmt w:val="decimal"/>
      <w:lvlText w:val="%1."/>
      <w:lvlJc w:val="left"/>
      <w:pPr>
        <w:ind w:left="815" w:hanging="6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084312">
      <w:numFmt w:val="bullet"/>
      <w:lvlText w:val="•"/>
      <w:lvlJc w:val="left"/>
      <w:pPr>
        <w:ind w:left="1277" w:hanging="658"/>
      </w:pPr>
      <w:rPr>
        <w:lang w:val="ru-RU" w:eastAsia="en-US" w:bidi="ar-SA"/>
      </w:rPr>
    </w:lvl>
    <w:lvl w:ilvl="2" w:tplc="58CC0BD4">
      <w:numFmt w:val="bullet"/>
      <w:lvlText w:val="•"/>
      <w:lvlJc w:val="left"/>
      <w:pPr>
        <w:ind w:left="1735" w:hanging="658"/>
      </w:pPr>
      <w:rPr>
        <w:lang w:val="ru-RU" w:eastAsia="en-US" w:bidi="ar-SA"/>
      </w:rPr>
    </w:lvl>
    <w:lvl w:ilvl="3" w:tplc="4386C29A">
      <w:numFmt w:val="bullet"/>
      <w:lvlText w:val="•"/>
      <w:lvlJc w:val="left"/>
      <w:pPr>
        <w:ind w:left="2193" w:hanging="658"/>
      </w:pPr>
      <w:rPr>
        <w:lang w:val="ru-RU" w:eastAsia="en-US" w:bidi="ar-SA"/>
      </w:rPr>
    </w:lvl>
    <w:lvl w:ilvl="4" w:tplc="0AD262C2">
      <w:numFmt w:val="bullet"/>
      <w:lvlText w:val="•"/>
      <w:lvlJc w:val="left"/>
      <w:pPr>
        <w:ind w:left="2650" w:hanging="658"/>
      </w:pPr>
      <w:rPr>
        <w:lang w:val="ru-RU" w:eastAsia="en-US" w:bidi="ar-SA"/>
      </w:rPr>
    </w:lvl>
    <w:lvl w:ilvl="5" w:tplc="1510661E">
      <w:numFmt w:val="bullet"/>
      <w:lvlText w:val="•"/>
      <w:lvlJc w:val="left"/>
      <w:pPr>
        <w:ind w:left="3108" w:hanging="658"/>
      </w:pPr>
      <w:rPr>
        <w:lang w:val="ru-RU" w:eastAsia="en-US" w:bidi="ar-SA"/>
      </w:rPr>
    </w:lvl>
    <w:lvl w:ilvl="6" w:tplc="270C80EA">
      <w:numFmt w:val="bullet"/>
      <w:lvlText w:val="•"/>
      <w:lvlJc w:val="left"/>
      <w:pPr>
        <w:ind w:left="3566" w:hanging="658"/>
      </w:pPr>
      <w:rPr>
        <w:lang w:val="ru-RU" w:eastAsia="en-US" w:bidi="ar-SA"/>
      </w:rPr>
    </w:lvl>
    <w:lvl w:ilvl="7" w:tplc="31B42376">
      <w:numFmt w:val="bullet"/>
      <w:lvlText w:val="•"/>
      <w:lvlJc w:val="left"/>
      <w:pPr>
        <w:ind w:left="4023" w:hanging="658"/>
      </w:pPr>
      <w:rPr>
        <w:lang w:val="ru-RU" w:eastAsia="en-US" w:bidi="ar-SA"/>
      </w:rPr>
    </w:lvl>
    <w:lvl w:ilvl="8" w:tplc="D5F81AD4">
      <w:numFmt w:val="bullet"/>
      <w:lvlText w:val="•"/>
      <w:lvlJc w:val="left"/>
      <w:pPr>
        <w:ind w:left="4481" w:hanging="658"/>
      </w:pPr>
      <w:rPr>
        <w:lang w:val="ru-RU" w:eastAsia="en-US" w:bidi="ar-SA"/>
      </w:rPr>
    </w:lvl>
  </w:abstractNum>
  <w:abstractNum w:abstractNumId="22" w15:restartNumberingAfterBreak="0">
    <w:nsid w:val="364B2B69"/>
    <w:multiLevelType w:val="hybridMultilevel"/>
    <w:tmpl w:val="134CBA92"/>
    <w:lvl w:ilvl="0" w:tplc="110EB04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B4FA54C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AC4E3C8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75C49E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BB8AC8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3868E3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6A4ED37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5724837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026AE2C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3E7128A7"/>
    <w:multiLevelType w:val="hybridMultilevel"/>
    <w:tmpl w:val="7F80DD36"/>
    <w:lvl w:ilvl="0" w:tplc="0F6C03C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6B6753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20EEFC6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47FC044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76A415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A14AAA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7D720E9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190D0E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435A35E0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455A63AA"/>
    <w:multiLevelType w:val="hybridMultilevel"/>
    <w:tmpl w:val="62CA4DD4"/>
    <w:lvl w:ilvl="0" w:tplc="162283A4">
      <w:start w:val="1"/>
      <w:numFmt w:val="decimal"/>
      <w:lvlText w:val="%1."/>
      <w:lvlJc w:val="left"/>
      <w:pPr>
        <w:ind w:left="441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301F50">
      <w:numFmt w:val="bullet"/>
      <w:lvlText w:val="•"/>
      <w:lvlJc w:val="left"/>
      <w:pPr>
        <w:ind w:left="935" w:hanging="332"/>
      </w:pPr>
      <w:rPr>
        <w:lang w:val="ru-RU" w:eastAsia="en-US" w:bidi="ar-SA"/>
      </w:rPr>
    </w:lvl>
    <w:lvl w:ilvl="2" w:tplc="950097FE">
      <w:numFmt w:val="bullet"/>
      <w:lvlText w:val="•"/>
      <w:lvlJc w:val="left"/>
      <w:pPr>
        <w:ind w:left="1431" w:hanging="332"/>
      </w:pPr>
      <w:rPr>
        <w:lang w:val="ru-RU" w:eastAsia="en-US" w:bidi="ar-SA"/>
      </w:rPr>
    </w:lvl>
    <w:lvl w:ilvl="3" w:tplc="96548CF6">
      <w:numFmt w:val="bullet"/>
      <w:lvlText w:val="•"/>
      <w:lvlJc w:val="left"/>
      <w:pPr>
        <w:ind w:left="1927" w:hanging="332"/>
      </w:pPr>
      <w:rPr>
        <w:lang w:val="ru-RU" w:eastAsia="en-US" w:bidi="ar-SA"/>
      </w:rPr>
    </w:lvl>
    <w:lvl w:ilvl="4" w:tplc="1D28CBA8">
      <w:numFmt w:val="bullet"/>
      <w:lvlText w:val="•"/>
      <w:lvlJc w:val="left"/>
      <w:pPr>
        <w:ind w:left="2422" w:hanging="332"/>
      </w:pPr>
      <w:rPr>
        <w:lang w:val="ru-RU" w:eastAsia="en-US" w:bidi="ar-SA"/>
      </w:rPr>
    </w:lvl>
    <w:lvl w:ilvl="5" w:tplc="72D022D6">
      <w:numFmt w:val="bullet"/>
      <w:lvlText w:val="•"/>
      <w:lvlJc w:val="left"/>
      <w:pPr>
        <w:ind w:left="2918" w:hanging="332"/>
      </w:pPr>
      <w:rPr>
        <w:lang w:val="ru-RU" w:eastAsia="en-US" w:bidi="ar-SA"/>
      </w:rPr>
    </w:lvl>
    <w:lvl w:ilvl="6" w:tplc="C24ED1BA">
      <w:numFmt w:val="bullet"/>
      <w:lvlText w:val="•"/>
      <w:lvlJc w:val="left"/>
      <w:pPr>
        <w:ind w:left="3414" w:hanging="332"/>
      </w:pPr>
      <w:rPr>
        <w:lang w:val="ru-RU" w:eastAsia="en-US" w:bidi="ar-SA"/>
      </w:rPr>
    </w:lvl>
    <w:lvl w:ilvl="7" w:tplc="7048D5C4">
      <w:numFmt w:val="bullet"/>
      <w:lvlText w:val="•"/>
      <w:lvlJc w:val="left"/>
      <w:pPr>
        <w:ind w:left="3909" w:hanging="332"/>
      </w:pPr>
      <w:rPr>
        <w:lang w:val="ru-RU" w:eastAsia="en-US" w:bidi="ar-SA"/>
      </w:rPr>
    </w:lvl>
    <w:lvl w:ilvl="8" w:tplc="772A060C">
      <w:numFmt w:val="bullet"/>
      <w:lvlText w:val="•"/>
      <w:lvlJc w:val="left"/>
      <w:pPr>
        <w:ind w:left="4405" w:hanging="332"/>
      </w:pPr>
      <w:rPr>
        <w:lang w:val="ru-RU" w:eastAsia="en-US" w:bidi="ar-SA"/>
      </w:rPr>
    </w:lvl>
  </w:abstractNum>
  <w:abstractNum w:abstractNumId="25" w15:restartNumberingAfterBreak="0">
    <w:nsid w:val="4660168D"/>
    <w:multiLevelType w:val="hybridMultilevel"/>
    <w:tmpl w:val="B8D8CDA6"/>
    <w:lvl w:ilvl="0" w:tplc="0E368D56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85DE0B2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CCCC056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58148C4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4CEED08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73FAD4A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1236F3B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D58B5CC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4A4C798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4A6A0994"/>
    <w:multiLevelType w:val="hybridMultilevel"/>
    <w:tmpl w:val="4F4C6CDA"/>
    <w:lvl w:ilvl="0" w:tplc="6A9A35D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30A717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4A43FE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184EC4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B2667F7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1FCAAA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EE2DA4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85882B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07A49C8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4FC21CDC"/>
    <w:multiLevelType w:val="hybridMultilevel"/>
    <w:tmpl w:val="950EA770"/>
    <w:lvl w:ilvl="0" w:tplc="2682C7B0">
      <w:start w:val="1"/>
      <w:numFmt w:val="decimal"/>
      <w:lvlText w:val="%1."/>
      <w:lvlJc w:val="left"/>
      <w:pPr>
        <w:ind w:left="292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32276C2">
      <w:numFmt w:val="bullet"/>
      <w:lvlText w:val="•"/>
      <w:lvlJc w:val="left"/>
      <w:pPr>
        <w:ind w:left="809" w:hanging="183"/>
      </w:pPr>
      <w:rPr>
        <w:lang w:val="ru-RU" w:eastAsia="en-US" w:bidi="ar-SA"/>
      </w:rPr>
    </w:lvl>
    <w:lvl w:ilvl="2" w:tplc="4B601D4C">
      <w:numFmt w:val="bullet"/>
      <w:lvlText w:val="•"/>
      <w:lvlJc w:val="left"/>
      <w:pPr>
        <w:ind w:left="1319" w:hanging="183"/>
      </w:pPr>
      <w:rPr>
        <w:lang w:val="ru-RU" w:eastAsia="en-US" w:bidi="ar-SA"/>
      </w:rPr>
    </w:lvl>
    <w:lvl w:ilvl="3" w:tplc="51EE6DB8">
      <w:numFmt w:val="bullet"/>
      <w:lvlText w:val="•"/>
      <w:lvlJc w:val="left"/>
      <w:pPr>
        <w:ind w:left="1829" w:hanging="183"/>
      </w:pPr>
      <w:rPr>
        <w:lang w:val="ru-RU" w:eastAsia="en-US" w:bidi="ar-SA"/>
      </w:rPr>
    </w:lvl>
    <w:lvl w:ilvl="4" w:tplc="9976F046">
      <w:numFmt w:val="bullet"/>
      <w:lvlText w:val="•"/>
      <w:lvlJc w:val="left"/>
      <w:pPr>
        <w:ind w:left="2338" w:hanging="183"/>
      </w:pPr>
      <w:rPr>
        <w:lang w:val="ru-RU" w:eastAsia="en-US" w:bidi="ar-SA"/>
      </w:rPr>
    </w:lvl>
    <w:lvl w:ilvl="5" w:tplc="58D074B4">
      <w:numFmt w:val="bullet"/>
      <w:lvlText w:val="•"/>
      <w:lvlJc w:val="left"/>
      <w:pPr>
        <w:ind w:left="2848" w:hanging="183"/>
      </w:pPr>
      <w:rPr>
        <w:lang w:val="ru-RU" w:eastAsia="en-US" w:bidi="ar-SA"/>
      </w:rPr>
    </w:lvl>
    <w:lvl w:ilvl="6" w:tplc="82880236">
      <w:numFmt w:val="bullet"/>
      <w:lvlText w:val="•"/>
      <w:lvlJc w:val="left"/>
      <w:pPr>
        <w:ind w:left="3358" w:hanging="183"/>
      </w:pPr>
      <w:rPr>
        <w:lang w:val="ru-RU" w:eastAsia="en-US" w:bidi="ar-SA"/>
      </w:rPr>
    </w:lvl>
    <w:lvl w:ilvl="7" w:tplc="3B745B2E">
      <w:numFmt w:val="bullet"/>
      <w:lvlText w:val="•"/>
      <w:lvlJc w:val="left"/>
      <w:pPr>
        <w:ind w:left="3867" w:hanging="183"/>
      </w:pPr>
      <w:rPr>
        <w:lang w:val="ru-RU" w:eastAsia="en-US" w:bidi="ar-SA"/>
      </w:rPr>
    </w:lvl>
    <w:lvl w:ilvl="8" w:tplc="8E34C1A0">
      <w:numFmt w:val="bullet"/>
      <w:lvlText w:val="•"/>
      <w:lvlJc w:val="left"/>
      <w:pPr>
        <w:ind w:left="4377" w:hanging="183"/>
      </w:pPr>
      <w:rPr>
        <w:lang w:val="ru-RU" w:eastAsia="en-US" w:bidi="ar-SA"/>
      </w:rPr>
    </w:lvl>
  </w:abstractNum>
  <w:abstractNum w:abstractNumId="28" w15:restartNumberingAfterBreak="0">
    <w:nsid w:val="56291FD5"/>
    <w:multiLevelType w:val="hybridMultilevel"/>
    <w:tmpl w:val="D3EC9BDC"/>
    <w:lvl w:ilvl="0" w:tplc="F716B84E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02BE6B6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F6260DA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E8E66050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31560E5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FB82BD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0DECFA0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62678C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830436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89052FE"/>
    <w:multiLevelType w:val="hybridMultilevel"/>
    <w:tmpl w:val="424CF38E"/>
    <w:lvl w:ilvl="0" w:tplc="2F58AF00">
      <w:start w:val="1"/>
      <w:numFmt w:val="decimal"/>
      <w:lvlText w:val="%1."/>
      <w:lvlJc w:val="left"/>
      <w:pPr>
        <w:ind w:left="815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A8D6C0">
      <w:numFmt w:val="bullet"/>
      <w:lvlText w:val="•"/>
      <w:lvlJc w:val="left"/>
      <w:pPr>
        <w:ind w:left="1277" w:hanging="346"/>
      </w:pPr>
      <w:rPr>
        <w:lang w:val="ru-RU" w:eastAsia="en-US" w:bidi="ar-SA"/>
      </w:rPr>
    </w:lvl>
    <w:lvl w:ilvl="2" w:tplc="4004630A">
      <w:numFmt w:val="bullet"/>
      <w:lvlText w:val="•"/>
      <w:lvlJc w:val="left"/>
      <w:pPr>
        <w:ind w:left="1735" w:hanging="346"/>
      </w:pPr>
      <w:rPr>
        <w:lang w:val="ru-RU" w:eastAsia="en-US" w:bidi="ar-SA"/>
      </w:rPr>
    </w:lvl>
    <w:lvl w:ilvl="3" w:tplc="03FC306C">
      <w:numFmt w:val="bullet"/>
      <w:lvlText w:val="•"/>
      <w:lvlJc w:val="left"/>
      <w:pPr>
        <w:ind w:left="2193" w:hanging="346"/>
      </w:pPr>
      <w:rPr>
        <w:lang w:val="ru-RU" w:eastAsia="en-US" w:bidi="ar-SA"/>
      </w:rPr>
    </w:lvl>
    <w:lvl w:ilvl="4" w:tplc="F0BE6ED6">
      <w:numFmt w:val="bullet"/>
      <w:lvlText w:val="•"/>
      <w:lvlJc w:val="left"/>
      <w:pPr>
        <w:ind w:left="2650" w:hanging="346"/>
      </w:pPr>
      <w:rPr>
        <w:lang w:val="ru-RU" w:eastAsia="en-US" w:bidi="ar-SA"/>
      </w:rPr>
    </w:lvl>
    <w:lvl w:ilvl="5" w:tplc="7B7600BE">
      <w:numFmt w:val="bullet"/>
      <w:lvlText w:val="•"/>
      <w:lvlJc w:val="left"/>
      <w:pPr>
        <w:ind w:left="3108" w:hanging="346"/>
      </w:pPr>
      <w:rPr>
        <w:lang w:val="ru-RU" w:eastAsia="en-US" w:bidi="ar-SA"/>
      </w:rPr>
    </w:lvl>
    <w:lvl w:ilvl="6" w:tplc="C19AA39A">
      <w:numFmt w:val="bullet"/>
      <w:lvlText w:val="•"/>
      <w:lvlJc w:val="left"/>
      <w:pPr>
        <w:ind w:left="3566" w:hanging="346"/>
      </w:pPr>
      <w:rPr>
        <w:lang w:val="ru-RU" w:eastAsia="en-US" w:bidi="ar-SA"/>
      </w:rPr>
    </w:lvl>
    <w:lvl w:ilvl="7" w:tplc="CF6CEC0C">
      <w:numFmt w:val="bullet"/>
      <w:lvlText w:val="•"/>
      <w:lvlJc w:val="left"/>
      <w:pPr>
        <w:ind w:left="4023" w:hanging="346"/>
      </w:pPr>
      <w:rPr>
        <w:lang w:val="ru-RU" w:eastAsia="en-US" w:bidi="ar-SA"/>
      </w:rPr>
    </w:lvl>
    <w:lvl w:ilvl="8" w:tplc="0E9AA4B8">
      <w:numFmt w:val="bullet"/>
      <w:lvlText w:val="•"/>
      <w:lvlJc w:val="left"/>
      <w:pPr>
        <w:ind w:left="4481" w:hanging="346"/>
      </w:pPr>
      <w:rPr>
        <w:lang w:val="ru-RU" w:eastAsia="en-US" w:bidi="ar-SA"/>
      </w:rPr>
    </w:lvl>
  </w:abstractNum>
  <w:abstractNum w:abstractNumId="30" w15:restartNumberingAfterBreak="0">
    <w:nsid w:val="5F1C02D2"/>
    <w:multiLevelType w:val="hybridMultilevel"/>
    <w:tmpl w:val="D6700F5A"/>
    <w:lvl w:ilvl="0" w:tplc="41FAA044">
      <w:start w:val="1"/>
      <w:numFmt w:val="decimal"/>
      <w:lvlText w:val="%1."/>
      <w:lvlJc w:val="left"/>
      <w:pPr>
        <w:ind w:left="643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ECC522">
      <w:numFmt w:val="bullet"/>
      <w:lvlText w:val="•"/>
      <w:lvlJc w:val="left"/>
      <w:pPr>
        <w:ind w:left="1115" w:hanging="485"/>
      </w:pPr>
      <w:rPr>
        <w:lang w:val="ru-RU" w:eastAsia="en-US" w:bidi="ar-SA"/>
      </w:rPr>
    </w:lvl>
    <w:lvl w:ilvl="2" w:tplc="287C8EAA">
      <w:numFmt w:val="bullet"/>
      <w:lvlText w:val="•"/>
      <w:lvlJc w:val="left"/>
      <w:pPr>
        <w:ind w:left="1591" w:hanging="485"/>
      </w:pPr>
      <w:rPr>
        <w:lang w:val="ru-RU" w:eastAsia="en-US" w:bidi="ar-SA"/>
      </w:rPr>
    </w:lvl>
    <w:lvl w:ilvl="3" w:tplc="9F9813B4">
      <w:numFmt w:val="bullet"/>
      <w:lvlText w:val="•"/>
      <w:lvlJc w:val="left"/>
      <w:pPr>
        <w:ind w:left="2067" w:hanging="485"/>
      </w:pPr>
      <w:rPr>
        <w:lang w:val="ru-RU" w:eastAsia="en-US" w:bidi="ar-SA"/>
      </w:rPr>
    </w:lvl>
    <w:lvl w:ilvl="4" w:tplc="263648B0">
      <w:numFmt w:val="bullet"/>
      <w:lvlText w:val="•"/>
      <w:lvlJc w:val="left"/>
      <w:pPr>
        <w:ind w:left="2542" w:hanging="485"/>
      </w:pPr>
      <w:rPr>
        <w:lang w:val="ru-RU" w:eastAsia="en-US" w:bidi="ar-SA"/>
      </w:rPr>
    </w:lvl>
    <w:lvl w:ilvl="5" w:tplc="02FAA8BE">
      <w:numFmt w:val="bullet"/>
      <w:lvlText w:val="•"/>
      <w:lvlJc w:val="left"/>
      <w:pPr>
        <w:ind w:left="3018" w:hanging="485"/>
      </w:pPr>
      <w:rPr>
        <w:lang w:val="ru-RU" w:eastAsia="en-US" w:bidi="ar-SA"/>
      </w:rPr>
    </w:lvl>
    <w:lvl w:ilvl="6" w:tplc="ECC84C34">
      <w:numFmt w:val="bullet"/>
      <w:lvlText w:val="•"/>
      <w:lvlJc w:val="left"/>
      <w:pPr>
        <w:ind w:left="3494" w:hanging="485"/>
      </w:pPr>
      <w:rPr>
        <w:lang w:val="ru-RU" w:eastAsia="en-US" w:bidi="ar-SA"/>
      </w:rPr>
    </w:lvl>
    <w:lvl w:ilvl="7" w:tplc="DCA2F640">
      <w:numFmt w:val="bullet"/>
      <w:lvlText w:val="•"/>
      <w:lvlJc w:val="left"/>
      <w:pPr>
        <w:ind w:left="3969" w:hanging="485"/>
      </w:pPr>
      <w:rPr>
        <w:lang w:val="ru-RU" w:eastAsia="en-US" w:bidi="ar-SA"/>
      </w:rPr>
    </w:lvl>
    <w:lvl w:ilvl="8" w:tplc="76422DF0">
      <w:numFmt w:val="bullet"/>
      <w:lvlText w:val="•"/>
      <w:lvlJc w:val="left"/>
      <w:pPr>
        <w:ind w:left="4445" w:hanging="485"/>
      </w:pPr>
      <w:rPr>
        <w:lang w:val="ru-RU" w:eastAsia="en-US" w:bidi="ar-SA"/>
      </w:rPr>
    </w:lvl>
  </w:abstractNum>
  <w:abstractNum w:abstractNumId="31" w15:restartNumberingAfterBreak="0">
    <w:nsid w:val="69830AA6"/>
    <w:multiLevelType w:val="hybridMultilevel"/>
    <w:tmpl w:val="42B47128"/>
    <w:lvl w:ilvl="0" w:tplc="892AA250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4356B7A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B00D7D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0D4801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08C02D3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16E25F1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FAEA79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7318CFE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480ECC8A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7BF1B06"/>
    <w:multiLevelType w:val="hybridMultilevel"/>
    <w:tmpl w:val="BC88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32"/>
  </w:num>
  <w:num w:numId="27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4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964"/>
    <w:rsid w:val="00027D8D"/>
    <w:rsid w:val="00034616"/>
    <w:rsid w:val="0006063C"/>
    <w:rsid w:val="000A63B8"/>
    <w:rsid w:val="000A7708"/>
    <w:rsid w:val="000C4DE0"/>
    <w:rsid w:val="000F6379"/>
    <w:rsid w:val="00103968"/>
    <w:rsid w:val="0015074B"/>
    <w:rsid w:val="00173FAB"/>
    <w:rsid w:val="001C0EDC"/>
    <w:rsid w:val="001E42AA"/>
    <w:rsid w:val="001F5D38"/>
    <w:rsid w:val="001F79ED"/>
    <w:rsid w:val="0020646E"/>
    <w:rsid w:val="00250789"/>
    <w:rsid w:val="0027539F"/>
    <w:rsid w:val="0029639D"/>
    <w:rsid w:val="002F18C6"/>
    <w:rsid w:val="00314074"/>
    <w:rsid w:val="00326F90"/>
    <w:rsid w:val="003808AF"/>
    <w:rsid w:val="003E23BF"/>
    <w:rsid w:val="00404890"/>
    <w:rsid w:val="00442AA4"/>
    <w:rsid w:val="00475825"/>
    <w:rsid w:val="00495EA8"/>
    <w:rsid w:val="004A1795"/>
    <w:rsid w:val="004B1A30"/>
    <w:rsid w:val="004C059F"/>
    <w:rsid w:val="004E5E56"/>
    <w:rsid w:val="004F71C1"/>
    <w:rsid w:val="004F7EBA"/>
    <w:rsid w:val="00502EE4"/>
    <w:rsid w:val="00514851"/>
    <w:rsid w:val="00583B46"/>
    <w:rsid w:val="005B446F"/>
    <w:rsid w:val="005D790A"/>
    <w:rsid w:val="00641232"/>
    <w:rsid w:val="006634D7"/>
    <w:rsid w:val="006A38CF"/>
    <w:rsid w:val="006B10D6"/>
    <w:rsid w:val="00726B0A"/>
    <w:rsid w:val="007446D1"/>
    <w:rsid w:val="00754E9E"/>
    <w:rsid w:val="00761915"/>
    <w:rsid w:val="007803F5"/>
    <w:rsid w:val="007971DC"/>
    <w:rsid w:val="00801C48"/>
    <w:rsid w:val="00810EE6"/>
    <w:rsid w:val="0081287E"/>
    <w:rsid w:val="00834EBE"/>
    <w:rsid w:val="00835FD9"/>
    <w:rsid w:val="008665DD"/>
    <w:rsid w:val="008C7416"/>
    <w:rsid w:val="008D5A28"/>
    <w:rsid w:val="00912E1C"/>
    <w:rsid w:val="00915778"/>
    <w:rsid w:val="009426EF"/>
    <w:rsid w:val="00A10D3F"/>
    <w:rsid w:val="00A21F55"/>
    <w:rsid w:val="00A316D7"/>
    <w:rsid w:val="00A817D2"/>
    <w:rsid w:val="00A9026C"/>
    <w:rsid w:val="00AA1362"/>
    <w:rsid w:val="00AA1D8D"/>
    <w:rsid w:val="00AE2329"/>
    <w:rsid w:val="00B47730"/>
    <w:rsid w:val="00B61755"/>
    <w:rsid w:val="00B91B39"/>
    <w:rsid w:val="00BD607E"/>
    <w:rsid w:val="00C15650"/>
    <w:rsid w:val="00C35608"/>
    <w:rsid w:val="00C727BE"/>
    <w:rsid w:val="00C756FE"/>
    <w:rsid w:val="00CA74D2"/>
    <w:rsid w:val="00CB0664"/>
    <w:rsid w:val="00CE08E3"/>
    <w:rsid w:val="00CE3AD7"/>
    <w:rsid w:val="00CF21F9"/>
    <w:rsid w:val="00D15585"/>
    <w:rsid w:val="00D318BF"/>
    <w:rsid w:val="00D76929"/>
    <w:rsid w:val="00DB37C2"/>
    <w:rsid w:val="00E3099E"/>
    <w:rsid w:val="00E952C5"/>
    <w:rsid w:val="00EA73B2"/>
    <w:rsid w:val="00EE01CA"/>
    <w:rsid w:val="00F00329"/>
    <w:rsid w:val="00F12C5D"/>
    <w:rsid w:val="00F21DA9"/>
    <w:rsid w:val="00F268B4"/>
    <w:rsid w:val="00F477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681CB"/>
  <w14:defaultImageDpi w14:val="300"/>
  <w15:docId w15:val="{606BFEFD-694C-47B3-B442-7103C612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E23B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2AA4"/>
    <w:rPr>
      <w:color w:val="0000FF" w:themeColor="hyperlink"/>
      <w:u w:val="single"/>
    </w:rPr>
  </w:style>
  <w:style w:type="paragraph" w:customStyle="1" w:styleId="TableParagraph">
    <w:name w:val="Table Paragraph"/>
    <w:basedOn w:val="a1"/>
    <w:uiPriority w:val="1"/>
    <w:qFormat/>
    <w:rsid w:val="004C059F"/>
    <w:pPr>
      <w:widowControl w:val="0"/>
      <w:autoSpaceDE w:val="0"/>
      <w:autoSpaceDN w:val="0"/>
      <w:spacing w:after="0" w:line="240" w:lineRule="auto"/>
      <w:ind w:left="105"/>
    </w:pPr>
    <w:rPr>
      <w:rFonts w:cs="Times New Roman"/>
      <w:sz w:val="22"/>
      <w:lang w:val="ru-RU"/>
    </w:rPr>
  </w:style>
  <w:style w:type="paragraph" w:customStyle="1" w:styleId="Default">
    <w:name w:val="Default"/>
    <w:rsid w:val="006B10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0D7E2C-0FE6-4C10-B53E-D3D156EBC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3320</TotalTime>
  <Pages>65</Pages>
  <Words>12941</Words>
  <Characters>73767</Characters>
  <Application>Microsoft Office Word</Application>
  <DocSecurity>0</DocSecurity>
  <Lines>614</Lines>
  <Paragraphs>173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Наталья Крицкая</cp:lastModifiedBy>
  <cp:revision>30</cp:revision>
  <dcterms:created xsi:type="dcterms:W3CDTF">2013-12-23T23:15:00Z</dcterms:created>
  <dcterms:modified xsi:type="dcterms:W3CDTF">2026-08-15T12:07:00Z</dcterms:modified>
  <cp:category/>
</cp:coreProperties>
</file>