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EBA20D" w14:textId="77777777" w:rsidR="00226F36" w:rsidRPr="00E07358" w:rsidRDefault="00FD266E">
      <w:pPr>
        <w:rPr>
          <w:rFonts w:cs="Times New Roman"/>
          <w:sz w:val="24"/>
          <w:szCs w:val="24"/>
          <w:lang w:val="ru-RU"/>
        </w:rPr>
      </w:pPr>
      <w:r w:rsidRPr="0046064C">
        <w:rPr>
          <w:b/>
          <w:sz w:val="24"/>
          <w:lang w:val="ru-RU"/>
        </w:rPr>
        <w:t>ВЫПИСКА ИЗ ООП НОО</w:t>
      </w:r>
    </w:p>
    <w:p w14:paraId="5452365C" w14:textId="77777777" w:rsidR="00A568BB" w:rsidRPr="00C35608" w:rsidRDefault="00A568BB" w:rsidP="00A568BB">
      <w:pPr>
        <w:framePr w:hSpace="180" w:wrap="around" w:vAnchor="text" w:hAnchor="margin" w:xAlign="center" w:y="58"/>
        <w:widowControl w:val="0"/>
        <w:autoSpaceDE w:val="0"/>
        <w:autoSpaceDN w:val="0"/>
        <w:spacing w:after="0"/>
        <w:jc w:val="right"/>
        <w:rPr>
          <w:rFonts w:cs="Times New Roman"/>
          <w:b/>
          <w:w w:val="0"/>
          <w:sz w:val="24"/>
          <w:szCs w:val="24"/>
          <w:lang w:val="ru-RU"/>
        </w:rPr>
      </w:pPr>
      <w:r w:rsidRPr="00C35608">
        <w:rPr>
          <w:rFonts w:cs="Times New Roman"/>
          <w:b/>
          <w:w w:val="0"/>
          <w:sz w:val="24"/>
          <w:szCs w:val="24"/>
          <w:lang w:val="ru-RU"/>
        </w:rPr>
        <w:t xml:space="preserve">                                  «Утверждено»</w:t>
      </w:r>
    </w:p>
    <w:p w14:paraId="70FC545D" w14:textId="77777777" w:rsidR="00A568BB" w:rsidRPr="00C35608" w:rsidRDefault="00A568BB" w:rsidP="00A568BB">
      <w:pPr>
        <w:framePr w:hSpace="180" w:wrap="around" w:vAnchor="text" w:hAnchor="margin" w:xAlign="center" w:y="58"/>
        <w:widowControl w:val="0"/>
        <w:autoSpaceDE w:val="0"/>
        <w:autoSpaceDN w:val="0"/>
        <w:spacing w:after="0"/>
        <w:jc w:val="right"/>
        <w:rPr>
          <w:rFonts w:cs="Times New Roman"/>
          <w:b/>
          <w:w w:val="0"/>
          <w:sz w:val="24"/>
          <w:szCs w:val="24"/>
          <w:lang w:val="ru-RU"/>
        </w:rPr>
      </w:pPr>
      <w:r w:rsidRPr="00C35608">
        <w:rPr>
          <w:rFonts w:cs="Times New Roman"/>
          <w:b/>
          <w:w w:val="0"/>
          <w:sz w:val="24"/>
          <w:szCs w:val="24"/>
          <w:lang w:val="ru-RU"/>
        </w:rPr>
        <w:t xml:space="preserve">          Директор МБОУ СОШ № 5 </w:t>
      </w:r>
    </w:p>
    <w:p w14:paraId="1B3D7809" w14:textId="77777777" w:rsidR="00A568BB" w:rsidRPr="00C35608" w:rsidRDefault="00A568BB" w:rsidP="00A568BB">
      <w:pPr>
        <w:framePr w:hSpace="180" w:wrap="around" w:vAnchor="text" w:hAnchor="margin" w:xAlign="center" w:y="58"/>
        <w:widowControl w:val="0"/>
        <w:autoSpaceDE w:val="0"/>
        <w:autoSpaceDN w:val="0"/>
        <w:spacing w:after="0"/>
        <w:jc w:val="right"/>
        <w:rPr>
          <w:rFonts w:cs="Times New Roman"/>
          <w:b/>
          <w:w w:val="0"/>
          <w:sz w:val="24"/>
          <w:szCs w:val="24"/>
          <w:lang w:val="ru-RU"/>
        </w:rPr>
      </w:pPr>
      <w:r w:rsidRPr="00C35608">
        <w:rPr>
          <w:rFonts w:cs="Times New Roman"/>
          <w:b/>
          <w:w w:val="0"/>
          <w:sz w:val="24"/>
          <w:szCs w:val="24"/>
          <w:lang w:val="ru-RU"/>
        </w:rPr>
        <w:t xml:space="preserve">                                        г. Батайск</w:t>
      </w:r>
    </w:p>
    <w:p w14:paraId="2032BBAD" w14:textId="77777777" w:rsidR="00A568BB" w:rsidRPr="00C35608" w:rsidRDefault="00A568BB" w:rsidP="00A568BB">
      <w:pPr>
        <w:framePr w:hSpace="180" w:wrap="around" w:vAnchor="text" w:hAnchor="margin" w:xAlign="center" w:y="58"/>
        <w:widowControl w:val="0"/>
        <w:autoSpaceDE w:val="0"/>
        <w:autoSpaceDN w:val="0"/>
        <w:spacing w:after="0"/>
        <w:jc w:val="right"/>
        <w:rPr>
          <w:rFonts w:cs="Times New Roman"/>
          <w:b/>
          <w:w w:val="0"/>
          <w:sz w:val="22"/>
          <w:lang w:val="ru-RU"/>
        </w:rPr>
      </w:pPr>
      <w:r w:rsidRPr="00C35608">
        <w:rPr>
          <w:rFonts w:cs="Times New Roman"/>
          <w:b/>
          <w:w w:val="0"/>
          <w:sz w:val="24"/>
          <w:szCs w:val="24"/>
          <w:lang w:val="ru-RU"/>
        </w:rPr>
        <w:t xml:space="preserve">       ___________ /Шуптиева Е.А./</w:t>
      </w:r>
    </w:p>
    <w:p w14:paraId="55569D7C" w14:textId="77777777" w:rsidR="00A568BB" w:rsidRDefault="00A568BB" w:rsidP="00A568BB">
      <w:pPr>
        <w:spacing w:before="320"/>
        <w:jc w:val="right"/>
        <w:rPr>
          <w:rFonts w:cs="Times New Roman"/>
          <w:b/>
          <w:w w:val="0"/>
          <w:sz w:val="22"/>
          <w:lang w:val="ru-RU"/>
        </w:rPr>
      </w:pPr>
      <w:r w:rsidRPr="00C35608">
        <w:rPr>
          <w:rFonts w:cs="Times New Roman"/>
          <w:b/>
          <w:w w:val="0"/>
          <w:sz w:val="22"/>
          <w:lang w:val="ru-RU"/>
        </w:rPr>
        <w:t xml:space="preserve">    </w:t>
      </w:r>
      <w:r>
        <w:rPr>
          <w:rFonts w:cs="Times New Roman"/>
          <w:b/>
          <w:w w:val="0"/>
          <w:sz w:val="22"/>
          <w:lang w:val="ru-RU"/>
        </w:rPr>
        <w:t>Пр.№</w:t>
      </w:r>
      <w:r w:rsidRPr="00C35608">
        <w:rPr>
          <w:rFonts w:cs="Times New Roman"/>
          <w:b/>
          <w:w w:val="0"/>
          <w:sz w:val="22"/>
          <w:lang w:val="ru-RU"/>
        </w:rPr>
        <w:t xml:space="preserve">  ________</w:t>
      </w:r>
      <w:r>
        <w:rPr>
          <w:rFonts w:cs="Times New Roman"/>
          <w:b/>
          <w:w w:val="0"/>
          <w:sz w:val="22"/>
          <w:lang w:val="ru-RU"/>
        </w:rPr>
        <w:t>от</w:t>
      </w:r>
      <w:r w:rsidRPr="00C35608">
        <w:rPr>
          <w:rFonts w:cs="Times New Roman"/>
          <w:b/>
          <w:w w:val="0"/>
          <w:sz w:val="22"/>
          <w:lang w:val="ru-RU"/>
        </w:rPr>
        <w:t>___________2026 г.</w:t>
      </w:r>
    </w:p>
    <w:p w14:paraId="4B8B38C1" w14:textId="77777777" w:rsidR="00226F36" w:rsidRPr="00E07358" w:rsidRDefault="00FD266E">
      <w:pPr>
        <w:spacing w:before="320"/>
        <w:jc w:val="center"/>
        <w:rPr>
          <w:rFonts w:cs="Times New Roman"/>
          <w:sz w:val="24"/>
          <w:szCs w:val="24"/>
          <w:lang w:val="ru-RU"/>
        </w:rPr>
      </w:pPr>
      <w:bookmarkStart w:id="0" w:name="_GoBack"/>
      <w:bookmarkEnd w:id="0"/>
      <w:r w:rsidRPr="00E07358">
        <w:rPr>
          <w:rFonts w:cs="Times New Roman"/>
          <w:b/>
          <w:sz w:val="24"/>
          <w:szCs w:val="24"/>
          <w:lang w:val="ru-RU"/>
        </w:rPr>
        <w:t>КАЛЕНДАРНЫЙ ПЛАН</w:t>
      </w:r>
      <w:r w:rsidRPr="00E07358">
        <w:rPr>
          <w:rFonts w:cs="Times New Roman"/>
          <w:b/>
          <w:sz w:val="24"/>
          <w:szCs w:val="24"/>
          <w:lang w:val="ru-RU"/>
        </w:rPr>
        <w:br/>
        <w:t>ВОСПИТАТЕЛЬНОЙ РАБОТЫ</w:t>
      </w:r>
      <w:r w:rsidRPr="00E07358">
        <w:rPr>
          <w:rFonts w:cs="Times New Roman"/>
          <w:b/>
          <w:sz w:val="24"/>
          <w:szCs w:val="24"/>
          <w:lang w:val="ru-RU"/>
        </w:rPr>
        <w:br/>
        <w:t>НА 2026/2027 УЧЕБНЫЙ ГОД</w:t>
      </w:r>
      <w:r w:rsidRPr="00E07358">
        <w:rPr>
          <w:rFonts w:cs="Times New Roman"/>
          <w:b/>
          <w:sz w:val="24"/>
          <w:szCs w:val="24"/>
          <w:lang w:val="ru-RU"/>
        </w:rPr>
        <w:br/>
        <w:t>НА УРОВНЕ НАЧАЛЬНОГО ОБЩЕГО ОБРАЗОВАНИЯ</w:t>
      </w:r>
      <w:r w:rsidRPr="00E07358">
        <w:rPr>
          <w:rFonts w:cs="Times New Roman"/>
          <w:b/>
          <w:sz w:val="24"/>
          <w:szCs w:val="24"/>
          <w:lang w:val="ru-RU"/>
        </w:rPr>
        <w:br/>
      </w:r>
    </w:p>
    <w:p w14:paraId="370D15DC" w14:textId="77777777" w:rsidR="00226F36" w:rsidRPr="00E07358" w:rsidRDefault="00FD266E">
      <w:pPr>
        <w:jc w:val="both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sz w:val="24"/>
          <w:szCs w:val="24"/>
          <w:lang w:val="ru-RU"/>
        </w:rPr>
        <w:t>Календарный план воспитательной работы является частью рабочей программы воспитания основной образовательной программы начального общего образования. Он конкретизирует содержание инвариантных и вариативных модулей, определяет основные дела, события, мероприятия, сроки их реализации, состав участников и ответственных исполнителей. План разработан с учётом федеральной образовательной программы начального общего образования, федеральной рабочей программы воспитания, календарного учебного графика и Примерного календаря образовательных событий и памятных дат на 2026/2027 учебный год (версия 3.1 от 08.06.2026). Сентябрь–декабрь относятся к 2026 году, январь–май — к 2027 году. Мероприятия Года единства народов России проводятся в 2026 году. В 2027 году продолжается системная работа по укреплению общероссийской гражданской идентичности, межнационального согласия и уважения к культуре народов России.</w:t>
      </w:r>
    </w:p>
    <w:p w14:paraId="0C0C7948" w14:textId="77777777" w:rsidR="00226F36" w:rsidRPr="00E07358" w:rsidRDefault="00FD266E">
      <w:pPr>
        <w:jc w:val="both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 xml:space="preserve">Особенности периода: </w:t>
      </w:r>
      <w:r w:rsidRPr="00E07358">
        <w:rPr>
          <w:rFonts w:cs="Times New Roman"/>
          <w:sz w:val="24"/>
          <w:szCs w:val="24"/>
          <w:lang w:val="ru-RU"/>
        </w:rPr>
        <w:t>2017–2027 годы — Десятилетие детства; 2022–2031 годы — Десятилетие науки и технологий в России; 2026 год — Год единства народов России. Обозначение 2027 года как Года географии используется только после официального утверждения соответствующего решения.</w:t>
      </w:r>
    </w:p>
    <w:p w14:paraId="55958942" w14:textId="77777777" w:rsidR="00226F36" w:rsidRPr="00E07358" w:rsidRDefault="00FD266E">
      <w:pPr>
        <w:pStyle w:val="1"/>
        <w:rPr>
          <w:rFonts w:ascii="Times New Roman" w:hAnsi="Times New Roman" w:cs="Times New Roman"/>
          <w:sz w:val="24"/>
          <w:szCs w:val="24"/>
        </w:rPr>
      </w:pPr>
      <w:r w:rsidRPr="00E07358">
        <w:rPr>
          <w:rFonts w:ascii="Times New Roman" w:hAnsi="Times New Roman" w:cs="Times New Roman"/>
          <w:sz w:val="24"/>
          <w:szCs w:val="24"/>
        </w:rPr>
        <w:t>Нормативная основа</w:t>
      </w:r>
    </w:p>
    <w:p w14:paraId="64BF9B77" w14:textId="77777777" w:rsidR="00226F36" w:rsidRPr="00E07358" w:rsidRDefault="00FD266E">
      <w:pPr>
        <w:pStyle w:val="a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sz w:val="24"/>
          <w:szCs w:val="24"/>
          <w:lang w:val="ru-RU"/>
        </w:rPr>
        <w:t>Федеральный закон от 29.12.2012 № 273-ФЗ «Об образовании в Российской Федерации» (в действующей редакции).</w:t>
      </w:r>
    </w:p>
    <w:p w14:paraId="25BC130D" w14:textId="77777777" w:rsidR="00226F36" w:rsidRPr="00E07358" w:rsidRDefault="00FD266E">
      <w:pPr>
        <w:pStyle w:val="a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sz w:val="24"/>
          <w:szCs w:val="24"/>
          <w:lang w:val="ru-RU"/>
        </w:rPr>
        <w:t>Федеральный государственный образовательный стандарт начального общего образования, утверждённый приказом Минпросвещения России от 31.05.2021 № 286 (в действующей редакции).</w:t>
      </w:r>
    </w:p>
    <w:p w14:paraId="3B33A600" w14:textId="77777777" w:rsidR="00226F36" w:rsidRPr="00E07358" w:rsidRDefault="00FD266E">
      <w:pPr>
        <w:pStyle w:val="a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sz w:val="24"/>
          <w:szCs w:val="24"/>
          <w:lang w:val="ru-RU"/>
        </w:rPr>
        <w:t>Федеральная образовательная программа начального общего образования, утверждённая приказом Минпросвещения России от 18.05.2023 № 372 (в действующей редакции).</w:t>
      </w:r>
    </w:p>
    <w:p w14:paraId="47742464" w14:textId="77777777" w:rsidR="00226F36" w:rsidRPr="00E07358" w:rsidRDefault="00FD266E">
      <w:pPr>
        <w:pStyle w:val="a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sz w:val="24"/>
          <w:szCs w:val="24"/>
          <w:lang w:val="ru-RU"/>
        </w:rPr>
        <w:lastRenderedPageBreak/>
        <w:t>Федеральная рабочая программа воспитания и федеральный календарный план воспитательной работы, включённые в ФОП НОО.</w:t>
      </w:r>
    </w:p>
    <w:p w14:paraId="4DA4FABA" w14:textId="77777777" w:rsidR="00226F36" w:rsidRPr="00E07358" w:rsidRDefault="00FD266E">
      <w:pPr>
        <w:pStyle w:val="a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sz w:val="24"/>
          <w:szCs w:val="24"/>
          <w:lang w:val="ru-RU"/>
        </w:rPr>
        <w:t>Порядок организации и осуществления образовательной деятельности по основным общеобразовательным программам — в редакции, действующей в 2026/2027 учебном году.</w:t>
      </w:r>
    </w:p>
    <w:p w14:paraId="4D3388B6" w14:textId="77777777" w:rsidR="00226F36" w:rsidRPr="00E07358" w:rsidRDefault="00FD266E">
      <w:pPr>
        <w:pStyle w:val="a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sz w:val="24"/>
          <w:szCs w:val="24"/>
          <w:lang w:val="ru-RU"/>
        </w:rPr>
        <w:t>Санитарные правила и гигиенические нормативы, действующие в 2026/2027 учебном году.</w:t>
      </w:r>
    </w:p>
    <w:p w14:paraId="4D109179" w14:textId="77777777" w:rsidR="00226F36" w:rsidRPr="00E07358" w:rsidRDefault="00FD266E">
      <w:pPr>
        <w:pStyle w:val="a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sz w:val="24"/>
          <w:szCs w:val="24"/>
          <w:lang w:val="ru-RU"/>
        </w:rPr>
        <w:t>Стратегия комплексной безопасности детей в Российской Федерации на период до 2030 года.</w:t>
      </w:r>
    </w:p>
    <w:p w14:paraId="0FA9A341" w14:textId="77777777" w:rsidR="00226F36" w:rsidRPr="00E07358" w:rsidRDefault="00FD266E">
      <w:pPr>
        <w:pStyle w:val="a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sz w:val="24"/>
          <w:szCs w:val="24"/>
          <w:lang w:val="ru-RU"/>
        </w:rPr>
        <w:t>Нормативные и методические документы по использованию государственной символики в образовательных организациях.</w:t>
      </w:r>
    </w:p>
    <w:p w14:paraId="79E8B559" w14:textId="77777777" w:rsidR="00226F36" w:rsidRPr="00E07358" w:rsidRDefault="00FD266E">
      <w:pPr>
        <w:pStyle w:val="a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sz w:val="24"/>
          <w:szCs w:val="24"/>
          <w:lang w:val="ru-RU"/>
        </w:rPr>
        <w:t>Основная образовательная программа НОО, рабочая программа воспитания, календарный учебный график и локальные нормативные акты [полное наименование образовательной организации].</w:t>
      </w:r>
    </w:p>
    <w:p w14:paraId="6F821522" w14:textId="77777777" w:rsidR="00226F36" w:rsidRPr="00E07358" w:rsidRDefault="00FD266E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E07358">
        <w:rPr>
          <w:rFonts w:ascii="Times New Roman" w:hAnsi="Times New Roman" w:cs="Times New Roman"/>
          <w:sz w:val="24"/>
          <w:szCs w:val="24"/>
          <w:lang w:val="ru-RU"/>
        </w:rPr>
        <w:t>Календарный план по модулям</w:t>
      </w:r>
    </w:p>
    <w:p w14:paraId="6C71B8A7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>МОДУЛЬ «УРОЧНАЯ ДЕЯТЕЛЬНОСТЬ»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9"/>
        <w:gridCol w:w="850"/>
        <w:gridCol w:w="1418"/>
        <w:gridCol w:w="2977"/>
        <w:gridCol w:w="3621"/>
      </w:tblGrid>
      <w:tr w:rsidR="00DE1B63" w:rsidRPr="00E07358" w14:paraId="1894C9E7" w14:textId="773ACBAD" w:rsidTr="00DE1B63">
        <w:trPr>
          <w:tblHeader/>
          <w:jc w:val="center"/>
        </w:trPr>
        <w:tc>
          <w:tcPr>
            <w:tcW w:w="5389" w:type="dxa"/>
            <w:shd w:val="clear" w:color="auto" w:fill="D9EAF7"/>
            <w:vAlign w:val="center"/>
          </w:tcPr>
          <w:p w14:paraId="61C5CFE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7CC4FC9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418" w:type="dxa"/>
            <w:shd w:val="clear" w:color="auto" w:fill="D9EAF7"/>
            <w:vAlign w:val="center"/>
          </w:tcPr>
          <w:p w14:paraId="2C1C52B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977" w:type="dxa"/>
            <w:shd w:val="clear" w:color="auto" w:fill="D9EAF7"/>
            <w:vAlign w:val="center"/>
          </w:tcPr>
          <w:p w14:paraId="559D8F7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621" w:type="dxa"/>
            <w:shd w:val="clear" w:color="auto" w:fill="D9EAF7"/>
          </w:tcPr>
          <w:p w14:paraId="25A4A6A8" w14:textId="29E05CCB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E1B63" w:rsidRPr="00A568BB" w14:paraId="54B436BC" w14:textId="389A49C8" w:rsidTr="00DE1B63">
        <w:trPr>
          <w:jc w:val="center"/>
        </w:trPr>
        <w:tc>
          <w:tcPr>
            <w:tcW w:w="5389" w:type="dxa"/>
            <w:vAlign w:val="center"/>
          </w:tcPr>
          <w:p w14:paraId="1F12735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Использование воспитательного потенциала содержания учебных предметов для формирования уважения к семье, труду, Отечеству, культуре и природе России</w:t>
            </w:r>
          </w:p>
        </w:tc>
        <w:tc>
          <w:tcPr>
            <w:tcW w:w="850" w:type="dxa"/>
            <w:vAlign w:val="center"/>
          </w:tcPr>
          <w:p w14:paraId="21DEC07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79899CF8" w14:textId="7BFABF4A" w:rsidR="00DE1B63" w:rsidRPr="00E07358" w:rsidRDefault="00681439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  <w:vAlign w:val="center"/>
          </w:tcPr>
          <w:p w14:paraId="2F57C1D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учителя-предметники</w:t>
            </w:r>
          </w:p>
        </w:tc>
        <w:tc>
          <w:tcPr>
            <w:tcW w:w="3621" w:type="dxa"/>
          </w:tcPr>
          <w:p w14:paraId="120D53D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5EAC5150" w14:textId="24559B26" w:rsidTr="00DE1B63">
        <w:trPr>
          <w:jc w:val="center"/>
        </w:trPr>
        <w:tc>
          <w:tcPr>
            <w:tcW w:w="5389" w:type="dxa"/>
            <w:vAlign w:val="center"/>
          </w:tcPr>
          <w:p w14:paraId="20A4BE2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Тематические учебные занятия «Государственные символы России»</w:t>
            </w:r>
          </w:p>
        </w:tc>
        <w:tc>
          <w:tcPr>
            <w:tcW w:w="850" w:type="dxa"/>
            <w:vAlign w:val="center"/>
          </w:tcPr>
          <w:p w14:paraId="6B1F178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2D5CB6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 2026 года; декабрь 2026 года</w:t>
            </w:r>
          </w:p>
        </w:tc>
        <w:tc>
          <w:tcPr>
            <w:tcW w:w="2977" w:type="dxa"/>
            <w:vAlign w:val="center"/>
          </w:tcPr>
          <w:p w14:paraId="7EE97EA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3621" w:type="dxa"/>
          </w:tcPr>
          <w:p w14:paraId="032DBDF3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7AE81978" w14:textId="0CDCCF26" w:rsidTr="00DE1B63">
        <w:trPr>
          <w:jc w:val="center"/>
        </w:trPr>
        <w:tc>
          <w:tcPr>
            <w:tcW w:w="5389" w:type="dxa"/>
            <w:vAlign w:val="center"/>
          </w:tcPr>
          <w:p w14:paraId="13B84E1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Интеграция материалов Года единства народов России: языки, традиции, культура и общая история народов страны</w:t>
            </w:r>
          </w:p>
        </w:tc>
        <w:tc>
          <w:tcPr>
            <w:tcW w:w="850" w:type="dxa"/>
            <w:vAlign w:val="center"/>
          </w:tcPr>
          <w:p w14:paraId="2098B50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1D64A96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Сентябрь–декабрь 2026 года</w:t>
            </w:r>
          </w:p>
        </w:tc>
        <w:tc>
          <w:tcPr>
            <w:tcW w:w="2977" w:type="dxa"/>
            <w:vAlign w:val="center"/>
          </w:tcPr>
          <w:p w14:paraId="39C2A2B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учитель музыки; учитель изобразительного искусства</w:t>
            </w:r>
          </w:p>
        </w:tc>
        <w:tc>
          <w:tcPr>
            <w:tcW w:w="3621" w:type="dxa"/>
          </w:tcPr>
          <w:p w14:paraId="0E039D4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11F2E589" w14:textId="3BB68228" w:rsidTr="00DE1B63">
        <w:trPr>
          <w:jc w:val="center"/>
        </w:trPr>
        <w:tc>
          <w:tcPr>
            <w:tcW w:w="5389" w:type="dxa"/>
            <w:vAlign w:val="center"/>
          </w:tcPr>
          <w:p w14:paraId="3526012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Урок памяти ко Дню окончания Второй мировой войны</w:t>
            </w:r>
          </w:p>
        </w:tc>
        <w:tc>
          <w:tcPr>
            <w:tcW w:w="850" w:type="dxa"/>
            <w:vAlign w:val="center"/>
          </w:tcPr>
          <w:p w14:paraId="0E066EF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27DBA5A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02.09.2026</w:t>
            </w:r>
          </w:p>
        </w:tc>
        <w:tc>
          <w:tcPr>
            <w:tcW w:w="2977" w:type="dxa"/>
            <w:vAlign w:val="center"/>
          </w:tcPr>
          <w:p w14:paraId="306E48FD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3621" w:type="dxa"/>
          </w:tcPr>
          <w:p w14:paraId="63AC186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63B98485" w14:textId="5C30FDBC" w:rsidTr="00DE1B63">
        <w:trPr>
          <w:jc w:val="center"/>
        </w:trPr>
        <w:tc>
          <w:tcPr>
            <w:tcW w:w="5389" w:type="dxa"/>
            <w:vAlign w:val="center"/>
          </w:tcPr>
          <w:p w14:paraId="2E5C612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Урок гражданской ответственности ко Дню солидарности в борьбе с терроризмом</w:t>
            </w:r>
          </w:p>
        </w:tc>
        <w:tc>
          <w:tcPr>
            <w:tcW w:w="850" w:type="dxa"/>
            <w:vAlign w:val="center"/>
          </w:tcPr>
          <w:p w14:paraId="290811B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359BD58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03.09.2026</w:t>
            </w:r>
          </w:p>
        </w:tc>
        <w:tc>
          <w:tcPr>
            <w:tcW w:w="2977" w:type="dxa"/>
            <w:vAlign w:val="center"/>
          </w:tcPr>
          <w:p w14:paraId="365B32D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социальный педагог</w:t>
            </w:r>
          </w:p>
        </w:tc>
        <w:tc>
          <w:tcPr>
            <w:tcW w:w="3621" w:type="dxa"/>
          </w:tcPr>
          <w:p w14:paraId="5E82F8B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53676127" w14:textId="618CD2D5" w:rsidTr="00DE1B63">
        <w:trPr>
          <w:jc w:val="center"/>
        </w:trPr>
        <w:tc>
          <w:tcPr>
            <w:tcW w:w="5389" w:type="dxa"/>
            <w:vAlign w:val="center"/>
          </w:tcPr>
          <w:p w14:paraId="5F1DC12D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Тематические задания к Международному дню распространения грамотности и Дню языков народов России</w:t>
            </w:r>
          </w:p>
        </w:tc>
        <w:tc>
          <w:tcPr>
            <w:tcW w:w="850" w:type="dxa"/>
            <w:vAlign w:val="center"/>
          </w:tcPr>
          <w:p w14:paraId="1388B38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7E5C86F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08.09.2026</w:t>
            </w:r>
          </w:p>
        </w:tc>
        <w:tc>
          <w:tcPr>
            <w:tcW w:w="2977" w:type="dxa"/>
            <w:vAlign w:val="center"/>
          </w:tcPr>
          <w:p w14:paraId="3EB225F8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3621" w:type="dxa"/>
          </w:tcPr>
          <w:p w14:paraId="7281185B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0DFFBB0B" w14:textId="5D90593D" w:rsidTr="00DE1B63">
        <w:trPr>
          <w:jc w:val="center"/>
        </w:trPr>
        <w:tc>
          <w:tcPr>
            <w:tcW w:w="5389" w:type="dxa"/>
            <w:vAlign w:val="center"/>
          </w:tcPr>
          <w:p w14:paraId="4006E8A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Музыкально-познавательный урок к 120-летию со дня рождения Д. Д. Шостаковича</w:t>
            </w:r>
          </w:p>
        </w:tc>
        <w:tc>
          <w:tcPr>
            <w:tcW w:w="850" w:type="dxa"/>
            <w:vAlign w:val="center"/>
          </w:tcPr>
          <w:p w14:paraId="64179C6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78D786B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25.09.2026</w:t>
            </w:r>
          </w:p>
        </w:tc>
        <w:tc>
          <w:tcPr>
            <w:tcW w:w="2977" w:type="dxa"/>
            <w:vAlign w:val="center"/>
          </w:tcPr>
          <w:p w14:paraId="7F58D56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Учитель музыки; учителя начальных классов</w:t>
            </w:r>
          </w:p>
        </w:tc>
        <w:tc>
          <w:tcPr>
            <w:tcW w:w="3621" w:type="dxa"/>
          </w:tcPr>
          <w:p w14:paraId="05BC4E8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6F0C6E84" w14:textId="241C806F" w:rsidTr="00DE1B63">
        <w:trPr>
          <w:jc w:val="center"/>
        </w:trPr>
        <w:tc>
          <w:tcPr>
            <w:tcW w:w="5389" w:type="dxa"/>
            <w:vAlign w:val="center"/>
          </w:tcPr>
          <w:p w14:paraId="26B75AC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Литературно-словарные задания к 225-летию со дня рождения В. И. Даля</w:t>
            </w:r>
          </w:p>
        </w:tc>
        <w:tc>
          <w:tcPr>
            <w:tcW w:w="850" w:type="dxa"/>
            <w:vAlign w:val="center"/>
          </w:tcPr>
          <w:p w14:paraId="63217C1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16A1B63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20–23.11.2026</w:t>
            </w:r>
          </w:p>
        </w:tc>
        <w:tc>
          <w:tcPr>
            <w:tcW w:w="2977" w:type="dxa"/>
            <w:vAlign w:val="center"/>
          </w:tcPr>
          <w:p w14:paraId="54D79F7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школьный библиотекарь</w:t>
            </w:r>
          </w:p>
        </w:tc>
        <w:tc>
          <w:tcPr>
            <w:tcW w:w="3621" w:type="dxa"/>
          </w:tcPr>
          <w:p w14:paraId="7477E66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05AF142B" w14:textId="36D00E6F" w:rsidTr="00DE1B63">
        <w:trPr>
          <w:jc w:val="center"/>
        </w:trPr>
        <w:tc>
          <w:tcPr>
            <w:tcW w:w="5389" w:type="dxa"/>
            <w:vAlign w:val="center"/>
          </w:tcPr>
          <w:p w14:paraId="4AF8AE3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Познавательное занятие к 315-летию со дня рождения М. В. Ломоносова</w:t>
            </w:r>
          </w:p>
        </w:tc>
        <w:tc>
          <w:tcPr>
            <w:tcW w:w="850" w:type="dxa"/>
            <w:vAlign w:val="center"/>
          </w:tcPr>
          <w:p w14:paraId="413F91E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3ECD075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19.11.2026</w:t>
            </w:r>
          </w:p>
        </w:tc>
        <w:tc>
          <w:tcPr>
            <w:tcW w:w="2977" w:type="dxa"/>
            <w:vAlign w:val="center"/>
          </w:tcPr>
          <w:p w14:paraId="5A9E4AF9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3621" w:type="dxa"/>
          </w:tcPr>
          <w:p w14:paraId="66C6978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070E786A" w14:textId="6BB11D9E" w:rsidTr="00DE1B63">
        <w:trPr>
          <w:jc w:val="center"/>
        </w:trPr>
        <w:tc>
          <w:tcPr>
            <w:tcW w:w="5389" w:type="dxa"/>
            <w:vAlign w:val="center"/>
          </w:tcPr>
          <w:p w14:paraId="28A563B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Историко-литературное занятие к 260-летию со дня рождения Н. М. Карамзина</w:t>
            </w:r>
          </w:p>
        </w:tc>
        <w:tc>
          <w:tcPr>
            <w:tcW w:w="850" w:type="dxa"/>
            <w:vAlign w:val="center"/>
          </w:tcPr>
          <w:p w14:paraId="6BEEBF1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4124BE6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11.12.2026</w:t>
            </w:r>
          </w:p>
        </w:tc>
        <w:tc>
          <w:tcPr>
            <w:tcW w:w="2977" w:type="dxa"/>
            <w:vAlign w:val="center"/>
          </w:tcPr>
          <w:p w14:paraId="39A8429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школьный библиотекарь</w:t>
            </w:r>
          </w:p>
        </w:tc>
        <w:tc>
          <w:tcPr>
            <w:tcW w:w="3621" w:type="dxa"/>
          </w:tcPr>
          <w:p w14:paraId="04CA19F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0A629BAF" w14:textId="58537518" w:rsidTr="00DE1B63">
        <w:trPr>
          <w:jc w:val="center"/>
        </w:trPr>
        <w:tc>
          <w:tcPr>
            <w:tcW w:w="5389" w:type="dxa"/>
            <w:vAlign w:val="center"/>
          </w:tcPr>
          <w:p w14:paraId="512E35C6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Виртуальная географическая экспедиция к 200-летию со дня рождения П. П. Семёнова-Тян-Шанского</w:t>
            </w:r>
          </w:p>
        </w:tc>
        <w:tc>
          <w:tcPr>
            <w:tcW w:w="850" w:type="dxa"/>
            <w:vAlign w:val="center"/>
          </w:tcPr>
          <w:p w14:paraId="74D1E0C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32A8B85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Январь 2027 года, после каникул</w:t>
            </w:r>
          </w:p>
        </w:tc>
        <w:tc>
          <w:tcPr>
            <w:tcW w:w="2977" w:type="dxa"/>
            <w:vAlign w:val="center"/>
          </w:tcPr>
          <w:p w14:paraId="0DB596B0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3621" w:type="dxa"/>
          </w:tcPr>
          <w:p w14:paraId="14BFFB6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5C2C3A52" w14:textId="241D590B" w:rsidTr="00DE1B63">
        <w:trPr>
          <w:jc w:val="center"/>
        </w:trPr>
        <w:tc>
          <w:tcPr>
            <w:tcW w:w="5389" w:type="dxa"/>
            <w:vAlign w:val="center"/>
          </w:tcPr>
          <w:p w14:paraId="03FB2F7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Урок изобразительного искусства к 195-летию со дня рождения И. И. Шишкина</w:t>
            </w:r>
          </w:p>
        </w:tc>
        <w:tc>
          <w:tcPr>
            <w:tcW w:w="850" w:type="dxa"/>
            <w:vAlign w:val="center"/>
          </w:tcPr>
          <w:p w14:paraId="5658A61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1E9CE7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25.01.2027</w:t>
            </w:r>
          </w:p>
        </w:tc>
        <w:tc>
          <w:tcPr>
            <w:tcW w:w="2977" w:type="dxa"/>
            <w:vAlign w:val="center"/>
          </w:tcPr>
          <w:p w14:paraId="21A1EDC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Учитель изобразительного искусства; учителя начальных классов</w:t>
            </w:r>
          </w:p>
        </w:tc>
        <w:tc>
          <w:tcPr>
            <w:tcW w:w="3621" w:type="dxa"/>
          </w:tcPr>
          <w:p w14:paraId="14EDC9A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46832F28" w14:textId="015E9AB0" w:rsidTr="00DE1B63">
        <w:trPr>
          <w:jc w:val="center"/>
        </w:trPr>
        <w:tc>
          <w:tcPr>
            <w:tcW w:w="5389" w:type="dxa"/>
            <w:vAlign w:val="center"/>
          </w:tcPr>
          <w:p w14:paraId="27C630C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Литературная мастерская к 130-летию со дня рождения В. П. Катаева</w:t>
            </w:r>
          </w:p>
        </w:tc>
        <w:tc>
          <w:tcPr>
            <w:tcW w:w="850" w:type="dxa"/>
            <w:vAlign w:val="center"/>
          </w:tcPr>
          <w:p w14:paraId="79495B9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0E4AA26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28.01.2027</w:t>
            </w:r>
          </w:p>
        </w:tc>
        <w:tc>
          <w:tcPr>
            <w:tcW w:w="2977" w:type="dxa"/>
            <w:vAlign w:val="center"/>
          </w:tcPr>
          <w:p w14:paraId="6044B29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школьный библиотекарь</w:t>
            </w:r>
          </w:p>
        </w:tc>
        <w:tc>
          <w:tcPr>
            <w:tcW w:w="3621" w:type="dxa"/>
          </w:tcPr>
          <w:p w14:paraId="2561053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0E9A4865" w14:textId="1610E592" w:rsidTr="00DE1B63">
        <w:trPr>
          <w:jc w:val="center"/>
        </w:trPr>
        <w:tc>
          <w:tcPr>
            <w:tcW w:w="5389" w:type="dxa"/>
            <w:vAlign w:val="center"/>
          </w:tcPr>
          <w:p w14:paraId="31B4DA2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Литературная гостиная к 145-летию со дня рождения К. И. Чуковского</w:t>
            </w:r>
          </w:p>
        </w:tc>
        <w:tc>
          <w:tcPr>
            <w:tcW w:w="850" w:type="dxa"/>
            <w:vAlign w:val="center"/>
          </w:tcPr>
          <w:p w14:paraId="02214AE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52445A9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31.03.2027</w:t>
            </w:r>
          </w:p>
        </w:tc>
        <w:tc>
          <w:tcPr>
            <w:tcW w:w="2977" w:type="dxa"/>
            <w:vAlign w:val="center"/>
          </w:tcPr>
          <w:p w14:paraId="2354FDD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школьный библиотекарь</w:t>
            </w:r>
          </w:p>
        </w:tc>
        <w:tc>
          <w:tcPr>
            <w:tcW w:w="3621" w:type="dxa"/>
          </w:tcPr>
          <w:p w14:paraId="2143DCE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45B330FF" w14:textId="437F7236" w:rsidTr="00DE1B63">
        <w:trPr>
          <w:jc w:val="center"/>
        </w:trPr>
        <w:tc>
          <w:tcPr>
            <w:tcW w:w="5389" w:type="dxa"/>
            <w:vAlign w:val="center"/>
          </w:tcPr>
          <w:p w14:paraId="4FD7FBC5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Читательское занятие к 125-летию со дня рождения В. А. Осеевой</w:t>
            </w:r>
          </w:p>
        </w:tc>
        <w:tc>
          <w:tcPr>
            <w:tcW w:w="850" w:type="dxa"/>
            <w:vAlign w:val="center"/>
          </w:tcPr>
          <w:p w14:paraId="2BE28D6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D589F2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30.04.2027</w:t>
            </w:r>
          </w:p>
        </w:tc>
        <w:tc>
          <w:tcPr>
            <w:tcW w:w="2977" w:type="dxa"/>
            <w:vAlign w:val="center"/>
          </w:tcPr>
          <w:p w14:paraId="3BDDC3F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школьный библиотекарь</w:t>
            </w:r>
          </w:p>
        </w:tc>
        <w:tc>
          <w:tcPr>
            <w:tcW w:w="3621" w:type="dxa"/>
          </w:tcPr>
          <w:p w14:paraId="0B4D585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0D1E6876" w14:textId="31431E82" w:rsidTr="00DE1B63">
        <w:trPr>
          <w:jc w:val="center"/>
        </w:trPr>
        <w:tc>
          <w:tcPr>
            <w:tcW w:w="5389" w:type="dxa"/>
            <w:vAlign w:val="center"/>
          </w:tcPr>
          <w:p w14:paraId="066B79D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Проектно-исследовательские задания экологической и краеведческой направленности</w:t>
            </w:r>
          </w:p>
        </w:tc>
        <w:tc>
          <w:tcPr>
            <w:tcW w:w="850" w:type="dxa"/>
            <w:vAlign w:val="center"/>
          </w:tcPr>
          <w:p w14:paraId="642CC58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4A1AE6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  <w:vAlign w:val="center"/>
          </w:tcPr>
          <w:p w14:paraId="69AC2BEF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3621" w:type="dxa"/>
          </w:tcPr>
          <w:p w14:paraId="76F6225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383869EF" w14:textId="5B903786" w:rsidTr="00DE1B63">
        <w:trPr>
          <w:jc w:val="center"/>
        </w:trPr>
        <w:tc>
          <w:tcPr>
            <w:tcW w:w="5389" w:type="dxa"/>
            <w:vAlign w:val="center"/>
          </w:tcPr>
          <w:p w14:paraId="629A3B46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Предметные игровые недели по русскому языку, литературному чтению, математике и окружающему миру</w:t>
            </w:r>
          </w:p>
        </w:tc>
        <w:tc>
          <w:tcPr>
            <w:tcW w:w="850" w:type="dxa"/>
            <w:vAlign w:val="center"/>
          </w:tcPr>
          <w:p w14:paraId="51E0E66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3BF43F4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отдельному графику школы</w:t>
            </w:r>
          </w:p>
        </w:tc>
        <w:tc>
          <w:tcPr>
            <w:tcW w:w="2977" w:type="dxa"/>
            <w:vAlign w:val="center"/>
          </w:tcPr>
          <w:p w14:paraId="242B9D25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Заместитель директора по учебно-воспитательной работе; учителя начальных классов</w:t>
            </w:r>
          </w:p>
        </w:tc>
        <w:tc>
          <w:tcPr>
            <w:tcW w:w="3621" w:type="dxa"/>
          </w:tcPr>
          <w:p w14:paraId="46AEFA4D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6744D954" w14:textId="77777777" w:rsidR="00226F36" w:rsidRPr="00E07358" w:rsidRDefault="00226F36">
      <w:pPr>
        <w:spacing w:after="0"/>
        <w:rPr>
          <w:rFonts w:cs="Times New Roman"/>
          <w:sz w:val="24"/>
          <w:szCs w:val="24"/>
          <w:lang w:val="ru-RU"/>
        </w:rPr>
      </w:pPr>
    </w:p>
    <w:p w14:paraId="57524DBF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lastRenderedPageBreak/>
        <w:t>МОДУЛЬ «ВНЕУРОЧНАЯ ДЕЯТЕЛЬНОСТЬ И ДОПОЛНИТЕЛЬНОЕ ОБРАЗОВАНИЕ»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0"/>
        <w:gridCol w:w="850"/>
        <w:gridCol w:w="1418"/>
        <w:gridCol w:w="2977"/>
        <w:gridCol w:w="3612"/>
      </w:tblGrid>
      <w:tr w:rsidR="00DE1B63" w:rsidRPr="00E07358" w14:paraId="0B0C43C7" w14:textId="43979A2B" w:rsidTr="00DE1B63">
        <w:trPr>
          <w:tblHeader/>
          <w:jc w:val="center"/>
        </w:trPr>
        <w:tc>
          <w:tcPr>
            <w:tcW w:w="5380" w:type="dxa"/>
            <w:shd w:val="clear" w:color="auto" w:fill="D9EAF7"/>
            <w:vAlign w:val="center"/>
          </w:tcPr>
          <w:p w14:paraId="0B7D774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6754841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418" w:type="dxa"/>
            <w:shd w:val="clear" w:color="auto" w:fill="D9EAF7"/>
            <w:vAlign w:val="center"/>
          </w:tcPr>
          <w:p w14:paraId="305BC51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977" w:type="dxa"/>
            <w:shd w:val="clear" w:color="auto" w:fill="D9EAF7"/>
            <w:vAlign w:val="center"/>
          </w:tcPr>
          <w:p w14:paraId="4BA4C45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612" w:type="dxa"/>
            <w:shd w:val="clear" w:color="auto" w:fill="D9EAF7"/>
          </w:tcPr>
          <w:p w14:paraId="2A024541" w14:textId="2125C51E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E1B63" w:rsidRPr="00E07358" w14:paraId="26B8EEB9" w14:textId="34279C17" w:rsidTr="00DE1B63">
        <w:trPr>
          <w:jc w:val="center"/>
        </w:trPr>
        <w:tc>
          <w:tcPr>
            <w:tcW w:w="5380" w:type="dxa"/>
            <w:vAlign w:val="center"/>
          </w:tcPr>
          <w:p w14:paraId="7090CF6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Курс внеурочной деятельности «Разговоры о важном» по федеральной программе и календарю тем</w:t>
            </w:r>
          </w:p>
        </w:tc>
        <w:tc>
          <w:tcPr>
            <w:tcW w:w="850" w:type="dxa"/>
            <w:vAlign w:val="center"/>
          </w:tcPr>
          <w:p w14:paraId="7E729A4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0D94B40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Еженедельно по понедельникам, по расписанию</w:t>
            </w:r>
          </w:p>
        </w:tc>
        <w:tc>
          <w:tcPr>
            <w:tcW w:w="2977" w:type="dxa"/>
            <w:vAlign w:val="center"/>
          </w:tcPr>
          <w:p w14:paraId="1CCAAF6F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612" w:type="dxa"/>
          </w:tcPr>
          <w:p w14:paraId="6E9BF12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21698C45" w14:textId="6F7F33FD" w:rsidTr="00DE1B63">
        <w:trPr>
          <w:jc w:val="center"/>
        </w:trPr>
        <w:tc>
          <w:tcPr>
            <w:tcW w:w="5380" w:type="dxa"/>
            <w:vAlign w:val="center"/>
          </w:tcPr>
          <w:p w14:paraId="1FAAE7E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Программа развития социальной активности младших школьников «Орлята России»</w:t>
            </w:r>
          </w:p>
        </w:tc>
        <w:tc>
          <w:tcPr>
            <w:tcW w:w="850" w:type="dxa"/>
            <w:vAlign w:val="center"/>
          </w:tcPr>
          <w:p w14:paraId="7A905C3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0F2DAFA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 течение учебного года по программе</w:t>
            </w:r>
          </w:p>
        </w:tc>
        <w:tc>
          <w:tcPr>
            <w:tcW w:w="2977" w:type="dxa"/>
            <w:vAlign w:val="center"/>
          </w:tcPr>
          <w:p w14:paraId="66B74F4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руководители;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612" w:type="dxa"/>
          </w:tcPr>
          <w:p w14:paraId="7DFA746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681439" w:rsidRPr="00A568BB" w14:paraId="1C1D756E" w14:textId="0C50B198" w:rsidTr="000E6539">
        <w:trPr>
          <w:jc w:val="center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DF793" w14:textId="77777777" w:rsidR="00681439" w:rsidRPr="00E07358" w:rsidRDefault="00681439" w:rsidP="00681439">
            <w:pPr>
              <w:pStyle w:val="1"/>
              <w:widowControl w:val="0"/>
              <w:tabs>
                <w:tab w:val="left" w:pos="10491"/>
              </w:tabs>
              <w:spacing w:before="0"/>
              <w:ind w:right="142"/>
              <w:outlineLv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73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«Час здоровья»</w:t>
            </w:r>
          </w:p>
          <w:p w14:paraId="69370A5B" w14:textId="6FBF7DF8" w:rsidR="00681439" w:rsidRPr="00E07358" w:rsidRDefault="00681439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(модуль «Плавание для всех»)</w:t>
            </w:r>
          </w:p>
        </w:tc>
        <w:tc>
          <w:tcPr>
            <w:tcW w:w="850" w:type="dxa"/>
            <w:vAlign w:val="center"/>
          </w:tcPr>
          <w:p w14:paraId="7F953659" w14:textId="1FA5D3C7" w:rsidR="00681439" w:rsidRPr="00E07358" w:rsidRDefault="00D65771" w:rsidP="0068143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2,4</w:t>
            </w:r>
          </w:p>
        </w:tc>
        <w:tc>
          <w:tcPr>
            <w:tcW w:w="1418" w:type="dxa"/>
            <w:vAlign w:val="center"/>
          </w:tcPr>
          <w:p w14:paraId="1A52E6C0" w14:textId="77777777" w:rsidR="00681439" w:rsidRPr="00E07358" w:rsidRDefault="00681439" w:rsidP="0068143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Еженедельно по расписанию</w:t>
            </w:r>
          </w:p>
        </w:tc>
        <w:tc>
          <w:tcPr>
            <w:tcW w:w="2977" w:type="dxa"/>
            <w:vAlign w:val="center"/>
          </w:tcPr>
          <w:p w14:paraId="796B154F" w14:textId="70BF2807" w:rsidR="00681439" w:rsidRPr="00E07358" w:rsidRDefault="00681439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</w:t>
            </w:r>
            <w:r w:rsidR="00D65771" w:rsidRPr="00E07358">
              <w:rPr>
                <w:rFonts w:cs="Times New Roman"/>
                <w:sz w:val="24"/>
                <w:szCs w:val="24"/>
                <w:lang w:val="ru-RU"/>
              </w:rPr>
              <w:t>; учитель физической культуры</w:t>
            </w:r>
          </w:p>
        </w:tc>
        <w:tc>
          <w:tcPr>
            <w:tcW w:w="3612" w:type="dxa"/>
          </w:tcPr>
          <w:p w14:paraId="0EB9D8C8" w14:textId="77777777" w:rsidR="00681439" w:rsidRPr="00E07358" w:rsidRDefault="00681439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681439" w:rsidRPr="00E07358" w14:paraId="66C988A1" w14:textId="0ABE2BDA" w:rsidTr="000E6539">
        <w:trPr>
          <w:jc w:val="center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ECF02" w14:textId="4AC2E3E0" w:rsidR="00681439" w:rsidRPr="00E07358" w:rsidRDefault="00681439" w:rsidP="00681439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</w:rPr>
              <w:t>«Адель»</w:t>
            </w:r>
          </w:p>
        </w:tc>
        <w:tc>
          <w:tcPr>
            <w:tcW w:w="850" w:type="dxa"/>
            <w:vAlign w:val="center"/>
          </w:tcPr>
          <w:p w14:paraId="6BC85598" w14:textId="00F1BE17" w:rsidR="00681439" w:rsidRPr="00E07358" w:rsidRDefault="00D65771" w:rsidP="0068143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</w:t>
            </w:r>
            <w:r w:rsidR="00681439" w:rsidRPr="00E07358">
              <w:rPr>
                <w:rFonts w:cs="Times New Roman"/>
                <w:sz w:val="24"/>
                <w:szCs w:val="24"/>
              </w:rPr>
              <w:t>–4</w:t>
            </w:r>
          </w:p>
        </w:tc>
        <w:tc>
          <w:tcPr>
            <w:tcW w:w="1418" w:type="dxa"/>
            <w:vAlign w:val="center"/>
          </w:tcPr>
          <w:p w14:paraId="7F888833" w14:textId="77777777" w:rsidR="00681439" w:rsidRPr="00E07358" w:rsidRDefault="00681439" w:rsidP="0068143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Еженедельно по расписанию</w:t>
            </w:r>
          </w:p>
        </w:tc>
        <w:tc>
          <w:tcPr>
            <w:tcW w:w="2977" w:type="dxa"/>
            <w:vAlign w:val="center"/>
          </w:tcPr>
          <w:p w14:paraId="33DE0098" w14:textId="61F17D4E" w:rsidR="00681439" w:rsidRPr="00E07358" w:rsidRDefault="00681439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3612" w:type="dxa"/>
          </w:tcPr>
          <w:p w14:paraId="3CA510B4" w14:textId="77777777" w:rsidR="00681439" w:rsidRPr="00E07358" w:rsidRDefault="00681439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681439" w:rsidRPr="00E07358" w14:paraId="2D4BA022" w14:textId="237EA04F" w:rsidTr="000E6539">
        <w:trPr>
          <w:jc w:val="center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B7848" w14:textId="5118C205" w:rsidR="00681439" w:rsidRPr="00E07358" w:rsidRDefault="00681439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«Город наш и история наша»</w:t>
            </w:r>
          </w:p>
        </w:tc>
        <w:tc>
          <w:tcPr>
            <w:tcW w:w="850" w:type="dxa"/>
            <w:vAlign w:val="center"/>
          </w:tcPr>
          <w:p w14:paraId="6D923C4B" w14:textId="77777777" w:rsidR="00681439" w:rsidRPr="00E07358" w:rsidRDefault="00681439" w:rsidP="0068143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1E1FF6CB" w14:textId="77777777" w:rsidR="00681439" w:rsidRPr="00E07358" w:rsidRDefault="00681439" w:rsidP="0068143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Сентябрь–декабрь 2026 года</w:t>
            </w:r>
          </w:p>
        </w:tc>
        <w:tc>
          <w:tcPr>
            <w:tcW w:w="2977" w:type="dxa"/>
            <w:vAlign w:val="center"/>
          </w:tcPr>
          <w:p w14:paraId="4B4B92CD" w14:textId="40F73540" w:rsidR="00681439" w:rsidRPr="00E07358" w:rsidRDefault="00D65771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</w:t>
            </w:r>
          </w:p>
        </w:tc>
        <w:tc>
          <w:tcPr>
            <w:tcW w:w="3612" w:type="dxa"/>
          </w:tcPr>
          <w:p w14:paraId="4BD8C526" w14:textId="77777777" w:rsidR="00681439" w:rsidRPr="00E07358" w:rsidRDefault="00681439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681439" w:rsidRPr="00E07358" w14:paraId="4DE5BF4C" w14:textId="56102376" w:rsidTr="000E6539">
        <w:trPr>
          <w:jc w:val="center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1423" w14:textId="29341AA4" w:rsidR="00681439" w:rsidRPr="00E07358" w:rsidRDefault="00681439" w:rsidP="00681439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</w:rPr>
              <w:t>«Тропинка к профессии»</w:t>
            </w:r>
          </w:p>
        </w:tc>
        <w:tc>
          <w:tcPr>
            <w:tcW w:w="850" w:type="dxa"/>
            <w:vAlign w:val="center"/>
          </w:tcPr>
          <w:p w14:paraId="6050701C" w14:textId="5E634A24" w:rsidR="00681439" w:rsidRPr="00E07358" w:rsidRDefault="00681439" w:rsidP="0068143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</w:t>
            </w:r>
            <w:r w:rsidR="00D65771" w:rsidRPr="00E07358">
              <w:rPr>
                <w:rFonts w:cs="Times New Roman"/>
                <w:sz w:val="24"/>
                <w:szCs w:val="24"/>
                <w:lang w:val="ru-RU"/>
              </w:rPr>
              <w:t>,3</w:t>
            </w:r>
          </w:p>
        </w:tc>
        <w:tc>
          <w:tcPr>
            <w:tcW w:w="1418" w:type="dxa"/>
            <w:vAlign w:val="center"/>
          </w:tcPr>
          <w:p w14:paraId="08E9C382" w14:textId="77777777" w:rsidR="00681439" w:rsidRPr="00E07358" w:rsidRDefault="00681439" w:rsidP="0068143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2977" w:type="dxa"/>
            <w:vAlign w:val="center"/>
          </w:tcPr>
          <w:p w14:paraId="0AFE03D5" w14:textId="25A13725" w:rsidR="00681439" w:rsidRPr="00E07358" w:rsidRDefault="00D65771" w:rsidP="00681439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</w:t>
            </w:r>
          </w:p>
        </w:tc>
        <w:tc>
          <w:tcPr>
            <w:tcW w:w="3612" w:type="dxa"/>
          </w:tcPr>
          <w:p w14:paraId="442D4BD8" w14:textId="77777777" w:rsidR="00681439" w:rsidRPr="00E07358" w:rsidRDefault="00681439" w:rsidP="00681439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81439" w:rsidRPr="00E07358" w14:paraId="47AA00ED" w14:textId="194EA2FC" w:rsidTr="000E6539">
        <w:trPr>
          <w:jc w:val="center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24A87" w14:textId="7E0A8F61" w:rsidR="00681439" w:rsidRPr="00E07358" w:rsidRDefault="00681439" w:rsidP="00681439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</w:rPr>
              <w:t>«Рукотворный мир»</w:t>
            </w:r>
          </w:p>
        </w:tc>
        <w:tc>
          <w:tcPr>
            <w:tcW w:w="850" w:type="dxa"/>
            <w:vAlign w:val="center"/>
          </w:tcPr>
          <w:p w14:paraId="07A1F7EF" w14:textId="4A4D32FC" w:rsidR="00681439" w:rsidRPr="00E07358" w:rsidRDefault="00681439" w:rsidP="0068143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6BB14BF6" w14:textId="77777777" w:rsidR="00681439" w:rsidRPr="00E07358" w:rsidRDefault="00681439" w:rsidP="0068143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расписанию, при наличии</w:t>
            </w:r>
          </w:p>
        </w:tc>
        <w:tc>
          <w:tcPr>
            <w:tcW w:w="2977" w:type="dxa"/>
            <w:vAlign w:val="center"/>
          </w:tcPr>
          <w:p w14:paraId="0BBC08CB" w14:textId="0ECA6412" w:rsidR="00681439" w:rsidRPr="00E07358" w:rsidRDefault="00D65771" w:rsidP="00681439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</w:t>
            </w:r>
          </w:p>
        </w:tc>
        <w:tc>
          <w:tcPr>
            <w:tcW w:w="3612" w:type="dxa"/>
          </w:tcPr>
          <w:p w14:paraId="78CF6E3E" w14:textId="77777777" w:rsidR="00681439" w:rsidRPr="00E07358" w:rsidRDefault="00681439" w:rsidP="00681439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81439" w:rsidRPr="00E07358" w14:paraId="33428CA2" w14:textId="48C5326A" w:rsidTr="000E6539">
        <w:trPr>
          <w:jc w:val="center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2723E" w14:textId="7A1E91BA" w:rsidR="00681439" w:rsidRPr="00E07358" w:rsidRDefault="00681439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</w:rPr>
              <w:t>«Основы финансовой грамотности»</w:t>
            </w:r>
          </w:p>
        </w:tc>
        <w:tc>
          <w:tcPr>
            <w:tcW w:w="850" w:type="dxa"/>
            <w:vAlign w:val="center"/>
          </w:tcPr>
          <w:p w14:paraId="73158ECF" w14:textId="22D16CF3" w:rsidR="00681439" w:rsidRPr="00E07358" w:rsidRDefault="00681439" w:rsidP="0068143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1–</w:t>
            </w:r>
            <w:r w:rsidR="00D65771" w:rsidRPr="00E07358"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  <w:vAlign w:val="center"/>
          </w:tcPr>
          <w:p w14:paraId="1D1496AF" w14:textId="77777777" w:rsidR="00681439" w:rsidRPr="00E07358" w:rsidRDefault="00681439" w:rsidP="0068143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 xml:space="preserve">По расписанию, при </w:t>
            </w:r>
            <w:r w:rsidRPr="00E07358">
              <w:rPr>
                <w:rFonts w:cs="Times New Roman"/>
                <w:sz w:val="24"/>
                <w:szCs w:val="24"/>
              </w:rPr>
              <w:lastRenderedPageBreak/>
              <w:t>наличии</w:t>
            </w:r>
          </w:p>
        </w:tc>
        <w:tc>
          <w:tcPr>
            <w:tcW w:w="2977" w:type="dxa"/>
            <w:vAlign w:val="center"/>
          </w:tcPr>
          <w:p w14:paraId="39E5783D" w14:textId="4A536422" w:rsidR="00681439" w:rsidRPr="00E07358" w:rsidRDefault="00D65771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Учителя начальных классов;</w:t>
            </w:r>
          </w:p>
        </w:tc>
        <w:tc>
          <w:tcPr>
            <w:tcW w:w="3612" w:type="dxa"/>
          </w:tcPr>
          <w:p w14:paraId="502BE9F1" w14:textId="77777777" w:rsidR="00681439" w:rsidRPr="00E07358" w:rsidRDefault="00681439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681439" w:rsidRPr="00E07358" w14:paraId="523A27B3" w14:textId="3FBAAFCC" w:rsidTr="000E6539">
        <w:trPr>
          <w:jc w:val="center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9FFD7" w14:textId="2BFC5BBF" w:rsidR="00681439" w:rsidRPr="00E07358" w:rsidRDefault="00681439" w:rsidP="00681439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</w:rPr>
              <w:lastRenderedPageBreak/>
              <w:t>«Мир шахмат»</w:t>
            </w:r>
          </w:p>
        </w:tc>
        <w:tc>
          <w:tcPr>
            <w:tcW w:w="850" w:type="dxa"/>
            <w:vAlign w:val="center"/>
          </w:tcPr>
          <w:p w14:paraId="4F789E8A" w14:textId="38D3BF8B" w:rsidR="00681439" w:rsidRPr="00E07358" w:rsidRDefault="00D65771" w:rsidP="0068143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1-</w:t>
            </w:r>
            <w:r w:rsidR="00681439" w:rsidRPr="00E0735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61670041" w14:textId="77777777" w:rsidR="00681439" w:rsidRPr="00E07358" w:rsidRDefault="00681439" w:rsidP="0068143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Ноябрь 2026 года</w:t>
            </w:r>
          </w:p>
        </w:tc>
        <w:tc>
          <w:tcPr>
            <w:tcW w:w="2977" w:type="dxa"/>
            <w:vAlign w:val="center"/>
          </w:tcPr>
          <w:p w14:paraId="47819B93" w14:textId="6D47EF68" w:rsidR="00681439" w:rsidRPr="00E07358" w:rsidRDefault="00681439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="00D65771" w:rsidRPr="00E07358">
              <w:rPr>
                <w:rFonts w:cs="Times New Roman"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3612" w:type="dxa"/>
          </w:tcPr>
          <w:p w14:paraId="77F6F880" w14:textId="77777777" w:rsidR="00681439" w:rsidRPr="00E07358" w:rsidRDefault="00681439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681439" w:rsidRPr="00E07358" w14:paraId="03481AD0" w14:textId="58A84D12" w:rsidTr="000E6539">
        <w:trPr>
          <w:jc w:val="center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1DAF1" w14:textId="5DCB291D" w:rsidR="00681439" w:rsidRPr="00E07358" w:rsidRDefault="00681439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</w:rPr>
              <w:t>«Юные умники и умницы»</w:t>
            </w:r>
          </w:p>
        </w:tc>
        <w:tc>
          <w:tcPr>
            <w:tcW w:w="850" w:type="dxa"/>
            <w:vAlign w:val="center"/>
          </w:tcPr>
          <w:p w14:paraId="74090C04" w14:textId="7C483D56" w:rsidR="00681439" w:rsidRPr="00E07358" w:rsidRDefault="00D65771" w:rsidP="0068143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  <w:vAlign w:val="center"/>
          </w:tcPr>
          <w:p w14:paraId="1A1EE5B3" w14:textId="77777777" w:rsidR="00681439" w:rsidRPr="00E07358" w:rsidRDefault="00681439" w:rsidP="0068143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Январь–март 2027 года</w:t>
            </w:r>
          </w:p>
        </w:tc>
        <w:tc>
          <w:tcPr>
            <w:tcW w:w="2977" w:type="dxa"/>
            <w:vAlign w:val="center"/>
          </w:tcPr>
          <w:p w14:paraId="2E5EBB67" w14:textId="7BB85D37" w:rsidR="00681439" w:rsidRPr="00E07358" w:rsidRDefault="00681439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Учителя начальных классов; </w:t>
            </w:r>
          </w:p>
        </w:tc>
        <w:tc>
          <w:tcPr>
            <w:tcW w:w="3612" w:type="dxa"/>
          </w:tcPr>
          <w:p w14:paraId="4BA18E12" w14:textId="77777777" w:rsidR="00681439" w:rsidRPr="00E07358" w:rsidRDefault="00681439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681439" w:rsidRPr="00E07358" w14:paraId="00A94697" w14:textId="0FD41CE9" w:rsidTr="000E6539">
        <w:trPr>
          <w:jc w:val="center"/>
        </w:trPr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9607A" w14:textId="3B96559C" w:rsidR="00681439" w:rsidRPr="00E07358" w:rsidRDefault="00681439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</w:rPr>
              <w:t>«Разговор о правильном питании»</w:t>
            </w:r>
          </w:p>
        </w:tc>
        <w:tc>
          <w:tcPr>
            <w:tcW w:w="850" w:type="dxa"/>
            <w:vAlign w:val="center"/>
          </w:tcPr>
          <w:p w14:paraId="3436E3AB" w14:textId="37124D82" w:rsidR="00681439" w:rsidRPr="00E07358" w:rsidRDefault="00681439" w:rsidP="00681439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1–</w:t>
            </w:r>
            <w:r w:rsidR="00D65771" w:rsidRPr="00E07358"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  <w:vAlign w:val="center"/>
          </w:tcPr>
          <w:p w14:paraId="38C8DC33" w14:textId="77777777" w:rsidR="00681439" w:rsidRPr="00E07358" w:rsidRDefault="00681439" w:rsidP="0068143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Март–апрель 2027 года</w:t>
            </w:r>
          </w:p>
        </w:tc>
        <w:tc>
          <w:tcPr>
            <w:tcW w:w="2977" w:type="dxa"/>
            <w:vAlign w:val="center"/>
          </w:tcPr>
          <w:p w14:paraId="0CB46C3E" w14:textId="3DFBD5B7" w:rsidR="00681439" w:rsidRPr="00E07358" w:rsidRDefault="00D65771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</w:t>
            </w:r>
          </w:p>
        </w:tc>
        <w:tc>
          <w:tcPr>
            <w:tcW w:w="3612" w:type="dxa"/>
          </w:tcPr>
          <w:p w14:paraId="5765DE5A" w14:textId="77777777" w:rsidR="00681439" w:rsidRPr="00E07358" w:rsidRDefault="00681439" w:rsidP="00681439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745F8C35" w14:textId="7A0FF603" w:rsidTr="00DE1B63">
        <w:trPr>
          <w:jc w:val="center"/>
        </w:trPr>
        <w:tc>
          <w:tcPr>
            <w:tcW w:w="5380" w:type="dxa"/>
            <w:vAlign w:val="center"/>
          </w:tcPr>
          <w:p w14:paraId="7905CDF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Итоговая презентация результатов внеурочной деятельности и дополнительного образования</w:t>
            </w:r>
          </w:p>
        </w:tc>
        <w:tc>
          <w:tcPr>
            <w:tcW w:w="850" w:type="dxa"/>
            <w:vAlign w:val="center"/>
          </w:tcPr>
          <w:p w14:paraId="6EBA948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06E00B4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Май 2027 года</w:t>
            </w:r>
          </w:p>
        </w:tc>
        <w:tc>
          <w:tcPr>
            <w:tcW w:w="2977" w:type="dxa"/>
            <w:vAlign w:val="center"/>
          </w:tcPr>
          <w:p w14:paraId="5C1D8AB8" w14:textId="100DE99B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Заместитель директора по воспитательной работе; </w:t>
            </w:r>
            <w:r w:rsidR="00D65771"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</w:t>
            </w:r>
          </w:p>
        </w:tc>
        <w:tc>
          <w:tcPr>
            <w:tcW w:w="3612" w:type="dxa"/>
          </w:tcPr>
          <w:p w14:paraId="515DD0B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1092C584" w14:textId="77777777" w:rsidR="00226F36" w:rsidRPr="00E07358" w:rsidRDefault="00226F36">
      <w:pPr>
        <w:spacing w:after="0"/>
        <w:rPr>
          <w:rFonts w:cs="Times New Roman"/>
          <w:sz w:val="24"/>
          <w:szCs w:val="24"/>
          <w:lang w:val="ru-RU"/>
        </w:rPr>
      </w:pPr>
    </w:p>
    <w:p w14:paraId="69B020F5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</w:rPr>
      </w:pPr>
      <w:r w:rsidRPr="00E07358">
        <w:rPr>
          <w:rFonts w:cs="Times New Roman"/>
          <w:b/>
          <w:sz w:val="24"/>
          <w:szCs w:val="24"/>
        </w:rPr>
        <w:t>МОДУЛЬ «КЛАССНОЕ РУКОВОДСТВО»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65"/>
        <w:gridCol w:w="850"/>
        <w:gridCol w:w="1418"/>
        <w:gridCol w:w="2977"/>
        <w:gridCol w:w="3598"/>
      </w:tblGrid>
      <w:tr w:rsidR="00DE1B63" w:rsidRPr="00E07358" w14:paraId="5CAFDB34" w14:textId="26528B8F" w:rsidTr="00DE1B63">
        <w:trPr>
          <w:tblHeader/>
          <w:jc w:val="center"/>
        </w:trPr>
        <w:tc>
          <w:tcPr>
            <w:tcW w:w="5365" w:type="dxa"/>
            <w:shd w:val="clear" w:color="auto" w:fill="D9EAF7"/>
            <w:vAlign w:val="center"/>
          </w:tcPr>
          <w:p w14:paraId="24ED463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3DAADB4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418" w:type="dxa"/>
            <w:shd w:val="clear" w:color="auto" w:fill="D9EAF7"/>
            <w:vAlign w:val="center"/>
          </w:tcPr>
          <w:p w14:paraId="5EAB414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977" w:type="dxa"/>
            <w:shd w:val="clear" w:color="auto" w:fill="D9EAF7"/>
            <w:vAlign w:val="center"/>
          </w:tcPr>
          <w:p w14:paraId="6AF5399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598" w:type="dxa"/>
            <w:shd w:val="clear" w:color="auto" w:fill="D9EAF7"/>
          </w:tcPr>
          <w:p w14:paraId="47C0AA51" w14:textId="4107E58B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E1B63" w:rsidRPr="00A568BB" w14:paraId="49EA11A3" w14:textId="4552B633" w:rsidTr="00DE1B63">
        <w:trPr>
          <w:jc w:val="center"/>
        </w:trPr>
        <w:tc>
          <w:tcPr>
            <w:tcW w:w="5365" w:type="dxa"/>
            <w:vAlign w:val="center"/>
          </w:tcPr>
          <w:p w14:paraId="6179494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Церемония поднятия Государственного флага Российской Федерации и исполнения Государственного гимна Российской Федерации</w:t>
            </w:r>
          </w:p>
        </w:tc>
        <w:tc>
          <w:tcPr>
            <w:tcW w:w="850" w:type="dxa"/>
            <w:vAlign w:val="center"/>
          </w:tcPr>
          <w:p w14:paraId="04FE395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7EB5A3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Еженедельно по понедельникам до начала занятий; в иные дни — по локальному порядку школы</w:t>
            </w:r>
          </w:p>
        </w:tc>
        <w:tc>
          <w:tcPr>
            <w:tcW w:w="2977" w:type="dxa"/>
            <w:vAlign w:val="center"/>
          </w:tcPr>
          <w:p w14:paraId="0AF090A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598" w:type="dxa"/>
          </w:tcPr>
          <w:p w14:paraId="1124950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3C92A7E8" w14:textId="4375E07F" w:rsidTr="00DE1B63">
        <w:trPr>
          <w:jc w:val="center"/>
        </w:trPr>
        <w:tc>
          <w:tcPr>
            <w:tcW w:w="5365" w:type="dxa"/>
            <w:vAlign w:val="center"/>
          </w:tcPr>
          <w:p w14:paraId="33B3722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Тематические классные часы по рабочей программе воспитания</w:t>
            </w:r>
          </w:p>
        </w:tc>
        <w:tc>
          <w:tcPr>
            <w:tcW w:w="850" w:type="dxa"/>
            <w:vAlign w:val="center"/>
          </w:tcPr>
          <w:p w14:paraId="063031F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01FAAA9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Не реже одного раза в месяц</w:t>
            </w:r>
          </w:p>
        </w:tc>
        <w:tc>
          <w:tcPr>
            <w:tcW w:w="2977" w:type="dxa"/>
            <w:vAlign w:val="center"/>
          </w:tcPr>
          <w:p w14:paraId="086F9ACF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1C322F65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637D9" w:rsidRPr="00E07358" w14:paraId="306E8F43" w14:textId="77777777" w:rsidTr="007637D9">
        <w:trPr>
          <w:jc w:val="center"/>
        </w:trPr>
        <w:tc>
          <w:tcPr>
            <w:tcW w:w="14208" w:type="dxa"/>
            <w:gridSpan w:val="5"/>
            <w:shd w:val="clear" w:color="auto" w:fill="FF0000"/>
            <w:vAlign w:val="center"/>
          </w:tcPr>
          <w:p w14:paraId="1823CCA5" w14:textId="2FD66A06" w:rsidR="007637D9" w:rsidRPr="00E07358" w:rsidRDefault="007637D9" w:rsidP="007637D9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07358">
              <w:rPr>
                <w:rFonts w:cs="Times New Roman"/>
                <w:b/>
                <w:bCs/>
                <w:sz w:val="24"/>
                <w:szCs w:val="24"/>
                <w:lang w:val="ru-RU"/>
              </w:rPr>
              <w:t>Темы классных часов</w:t>
            </w:r>
          </w:p>
        </w:tc>
      </w:tr>
      <w:tr w:rsidR="001A0C16" w:rsidRPr="00E07358" w14:paraId="4DC95C8A" w14:textId="77777777" w:rsidTr="001D3ECF">
        <w:trPr>
          <w:jc w:val="center"/>
        </w:trPr>
        <w:tc>
          <w:tcPr>
            <w:tcW w:w="5365" w:type="dxa"/>
            <w:vAlign w:val="center"/>
          </w:tcPr>
          <w:p w14:paraId="2B193BE0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1. День Знаний. Мы школьники, а это значит…. Знакомство с правилами поведения (ПП) учащихся в Гимназии, классе, на переменах. </w:t>
            </w:r>
          </w:p>
          <w:p w14:paraId="27A89075" w14:textId="021ABB1F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2.Изучение мест безопасного перехода проезжей части, по пути следования в Гимназию. Действия по сигналу «Внимание всем» и по сигналу о срочной эвакуации. Эвакуация из классной комнаты, коридора, санузла во время урока и перемены.</w:t>
            </w:r>
          </w:p>
        </w:tc>
        <w:tc>
          <w:tcPr>
            <w:tcW w:w="850" w:type="dxa"/>
            <w:vAlign w:val="center"/>
          </w:tcPr>
          <w:p w14:paraId="08BAA768" w14:textId="56895752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vAlign w:val="center"/>
          </w:tcPr>
          <w:p w14:paraId="7BB4FE85" w14:textId="71E7A74C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977" w:type="dxa"/>
          </w:tcPr>
          <w:p w14:paraId="699527EE" w14:textId="53217C2E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1A29B9CB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2D0E9C76" w14:textId="77777777" w:rsidTr="001D3ECF">
        <w:trPr>
          <w:jc w:val="center"/>
        </w:trPr>
        <w:tc>
          <w:tcPr>
            <w:tcW w:w="5365" w:type="dxa"/>
            <w:vAlign w:val="center"/>
          </w:tcPr>
          <w:p w14:paraId="2A9B3DCE" w14:textId="77777777" w:rsidR="001A0C16" w:rsidRPr="007637D9" w:rsidRDefault="001A0C16" w:rsidP="001A0C16">
            <w:pPr>
              <w:spacing w:after="168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7637D9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 Азбука безопасности. </w:t>
            </w:r>
          </w:p>
          <w:p w14:paraId="0CDDF545" w14:textId="209EC3DB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2.Подари другому радость.</w:t>
            </w:r>
          </w:p>
        </w:tc>
        <w:tc>
          <w:tcPr>
            <w:tcW w:w="850" w:type="dxa"/>
            <w:vAlign w:val="center"/>
          </w:tcPr>
          <w:p w14:paraId="3A171489" w14:textId="16891B48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vAlign w:val="center"/>
          </w:tcPr>
          <w:p w14:paraId="227B95A7" w14:textId="4935018D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977" w:type="dxa"/>
          </w:tcPr>
          <w:p w14:paraId="7A28DEE3" w14:textId="46A5D0C5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0CFBA5A7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5728B416" w14:textId="77777777" w:rsidTr="001D3ECF">
        <w:trPr>
          <w:jc w:val="center"/>
        </w:trPr>
        <w:tc>
          <w:tcPr>
            <w:tcW w:w="5365" w:type="dxa"/>
            <w:vAlign w:val="center"/>
          </w:tcPr>
          <w:p w14:paraId="79A93CBF" w14:textId="77777777" w:rsidR="001A0C16" w:rsidRPr="007637D9" w:rsidRDefault="001A0C16" w:rsidP="001A0C16">
            <w:pPr>
              <w:spacing w:after="168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7637D9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1.Правила поведения «Я в транспорте». </w:t>
            </w:r>
          </w:p>
          <w:p w14:paraId="5D2193BA" w14:textId="6C8C7255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2.«Моя мама лучшая на свете»</w:t>
            </w:r>
          </w:p>
        </w:tc>
        <w:tc>
          <w:tcPr>
            <w:tcW w:w="850" w:type="dxa"/>
            <w:vAlign w:val="center"/>
          </w:tcPr>
          <w:p w14:paraId="6C2D40DA" w14:textId="018BC990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vAlign w:val="center"/>
          </w:tcPr>
          <w:p w14:paraId="1F1DD5D2" w14:textId="5228BDB8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977" w:type="dxa"/>
          </w:tcPr>
          <w:p w14:paraId="56A09F0C" w14:textId="6246EA29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6B026D51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32446A2B" w14:textId="77777777" w:rsidTr="001D3ECF">
        <w:trPr>
          <w:jc w:val="center"/>
        </w:trPr>
        <w:tc>
          <w:tcPr>
            <w:tcW w:w="5365" w:type="dxa"/>
            <w:vAlign w:val="center"/>
          </w:tcPr>
          <w:p w14:paraId="31698E6F" w14:textId="77777777" w:rsidR="001A0C16" w:rsidRPr="007637D9" w:rsidRDefault="001A0C16" w:rsidP="001A0C16">
            <w:pPr>
              <w:numPr>
                <w:ilvl w:val="0"/>
                <w:numId w:val="10"/>
              </w:numPr>
              <w:spacing w:after="163" w:line="264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7637D9">
              <w:rPr>
                <w:rFonts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в зимний период.</w:t>
            </w:r>
            <w:r w:rsidRPr="007637D9">
              <w:rPr>
                <w:rFonts w:eastAsia="Calibri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637D9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Профилактическая беседа по правилам поведения в общественных местах, мероприятиях. </w:t>
            </w:r>
          </w:p>
          <w:p w14:paraId="5D09A222" w14:textId="431D6B28" w:rsidR="001A0C16" w:rsidRPr="00E07358" w:rsidRDefault="001A0C16" w:rsidP="001A0C16">
            <w:pPr>
              <w:pStyle w:val="ae"/>
              <w:numPr>
                <w:ilvl w:val="0"/>
                <w:numId w:val="10"/>
              </w:num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</w:rPr>
              <w:t>«Если хочешь быть здоров»</w:t>
            </w:r>
          </w:p>
        </w:tc>
        <w:tc>
          <w:tcPr>
            <w:tcW w:w="850" w:type="dxa"/>
            <w:vAlign w:val="center"/>
          </w:tcPr>
          <w:p w14:paraId="559DED62" w14:textId="2EB5075E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vAlign w:val="center"/>
          </w:tcPr>
          <w:p w14:paraId="26A8AC2F" w14:textId="02254C94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977" w:type="dxa"/>
          </w:tcPr>
          <w:p w14:paraId="2FE249E9" w14:textId="55920381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173A4A63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1CE8992E" w14:textId="77777777" w:rsidTr="001D3ECF">
        <w:trPr>
          <w:jc w:val="center"/>
        </w:trPr>
        <w:tc>
          <w:tcPr>
            <w:tcW w:w="5365" w:type="dxa"/>
            <w:vAlign w:val="center"/>
          </w:tcPr>
          <w:p w14:paraId="537B933A" w14:textId="77777777" w:rsidR="001A0C16" w:rsidRPr="007637D9" w:rsidRDefault="001A0C16" w:rsidP="001A0C16">
            <w:pPr>
              <w:numPr>
                <w:ilvl w:val="0"/>
                <w:numId w:val="11"/>
              </w:numPr>
              <w:spacing w:after="169" w:line="256" w:lineRule="auto"/>
              <w:ind w:hanging="211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7637D9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Город, в котором я живу. </w:t>
            </w:r>
          </w:p>
          <w:p w14:paraId="7CA3CBBF" w14:textId="46CBF08F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</w:rPr>
              <w:t>Моя семья.</w:t>
            </w:r>
          </w:p>
        </w:tc>
        <w:tc>
          <w:tcPr>
            <w:tcW w:w="850" w:type="dxa"/>
            <w:vAlign w:val="center"/>
          </w:tcPr>
          <w:p w14:paraId="32CC5E97" w14:textId="7E3C9017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vAlign w:val="center"/>
          </w:tcPr>
          <w:p w14:paraId="6555989A" w14:textId="7D67804C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977" w:type="dxa"/>
          </w:tcPr>
          <w:p w14:paraId="1FCC2C4E" w14:textId="5D9D592F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76CC7670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53384D18" w14:textId="77777777" w:rsidTr="001D3ECF">
        <w:trPr>
          <w:jc w:val="center"/>
        </w:trPr>
        <w:tc>
          <w:tcPr>
            <w:tcW w:w="5365" w:type="dxa"/>
            <w:vAlign w:val="center"/>
          </w:tcPr>
          <w:p w14:paraId="01FC97FD" w14:textId="77777777" w:rsidR="001A0C16" w:rsidRPr="007637D9" w:rsidRDefault="001A0C16" w:rsidP="001A0C16">
            <w:pPr>
              <w:numPr>
                <w:ilvl w:val="0"/>
                <w:numId w:val="12"/>
              </w:numPr>
              <w:spacing w:after="168" w:line="256" w:lineRule="auto"/>
              <w:ind w:hanging="211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7637D9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О детской дружбе и выборе друзей. </w:t>
            </w:r>
          </w:p>
          <w:p w14:paraId="299E5ED5" w14:textId="534039D9" w:rsidR="001A0C16" w:rsidRPr="00E07358" w:rsidRDefault="001A0C16" w:rsidP="001A0C16">
            <w:pPr>
              <w:pStyle w:val="ae"/>
              <w:numPr>
                <w:ilvl w:val="0"/>
                <w:numId w:val="12"/>
              </w:num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Что такое интернет? Это опасно или нет?</w:t>
            </w:r>
          </w:p>
        </w:tc>
        <w:tc>
          <w:tcPr>
            <w:tcW w:w="850" w:type="dxa"/>
            <w:vAlign w:val="center"/>
          </w:tcPr>
          <w:p w14:paraId="3BA8EA8B" w14:textId="2C741375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vAlign w:val="center"/>
          </w:tcPr>
          <w:p w14:paraId="5A3AB62E" w14:textId="276199A2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977" w:type="dxa"/>
          </w:tcPr>
          <w:p w14:paraId="196BDAD4" w14:textId="78733A6F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59B6C1DE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2D9012FF" w14:textId="77777777" w:rsidTr="001D3ECF">
        <w:trPr>
          <w:jc w:val="center"/>
        </w:trPr>
        <w:tc>
          <w:tcPr>
            <w:tcW w:w="5365" w:type="dxa"/>
            <w:vAlign w:val="center"/>
          </w:tcPr>
          <w:p w14:paraId="2D372804" w14:textId="77777777" w:rsidR="001A0C16" w:rsidRPr="007637D9" w:rsidRDefault="001A0C16" w:rsidP="001A0C16">
            <w:pPr>
              <w:spacing w:after="169" w:line="254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7637D9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.«Мы пассажиры» Правила безопасного движения, культуры поведения в общественном транспорте, на улице. </w:t>
            </w:r>
          </w:p>
          <w:p w14:paraId="5CAE2353" w14:textId="3806E890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2. Экология – наука о том, как сберечь дом</w:t>
            </w:r>
          </w:p>
        </w:tc>
        <w:tc>
          <w:tcPr>
            <w:tcW w:w="850" w:type="dxa"/>
            <w:vAlign w:val="center"/>
          </w:tcPr>
          <w:p w14:paraId="1F8DFEBF" w14:textId="742471CE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vAlign w:val="center"/>
          </w:tcPr>
          <w:p w14:paraId="2572A5D4" w14:textId="43F37CAE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977" w:type="dxa"/>
          </w:tcPr>
          <w:p w14:paraId="3A507196" w14:textId="7795B6C5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3B224A7B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128129A1" w14:textId="77777777" w:rsidTr="001D3ECF">
        <w:trPr>
          <w:jc w:val="center"/>
        </w:trPr>
        <w:tc>
          <w:tcPr>
            <w:tcW w:w="5365" w:type="dxa"/>
            <w:vAlign w:val="center"/>
          </w:tcPr>
          <w:p w14:paraId="00C9F51E" w14:textId="77777777" w:rsidR="001A0C16" w:rsidRPr="007637D9" w:rsidRDefault="001A0C16" w:rsidP="001A0C16">
            <w:pPr>
              <w:numPr>
                <w:ilvl w:val="0"/>
                <w:numId w:val="13"/>
              </w:numPr>
              <w:spacing w:after="149" w:line="268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7637D9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«Пожарным можешь ты не быть…» </w:t>
            </w:r>
            <w:r w:rsidRPr="007637D9">
              <w:rPr>
                <w:rFonts w:cs="Times New Roman"/>
                <w:color w:val="000000"/>
                <w:sz w:val="24"/>
                <w:szCs w:val="24"/>
              </w:rPr>
              <w:t xml:space="preserve">Правила безопасного поведения. </w:t>
            </w:r>
          </w:p>
          <w:p w14:paraId="6B1AD712" w14:textId="5ECD3D90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«Мой любимый литературный герой» (2 апреля – </w:t>
            </w: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lastRenderedPageBreak/>
              <w:t>Международный день детской книги).</w:t>
            </w:r>
          </w:p>
        </w:tc>
        <w:tc>
          <w:tcPr>
            <w:tcW w:w="850" w:type="dxa"/>
            <w:vAlign w:val="center"/>
          </w:tcPr>
          <w:p w14:paraId="7FB9CB0A" w14:textId="352ED64F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418" w:type="dxa"/>
            <w:vAlign w:val="center"/>
          </w:tcPr>
          <w:p w14:paraId="15AF486E" w14:textId="67EDE6D3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977" w:type="dxa"/>
          </w:tcPr>
          <w:p w14:paraId="007A58F0" w14:textId="4591ACE9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70B2B2C5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15EE7D87" w14:textId="77777777" w:rsidTr="001D3ECF">
        <w:trPr>
          <w:jc w:val="center"/>
        </w:trPr>
        <w:tc>
          <w:tcPr>
            <w:tcW w:w="5365" w:type="dxa"/>
            <w:vAlign w:val="center"/>
          </w:tcPr>
          <w:p w14:paraId="6A916635" w14:textId="77777777" w:rsidR="001A0C16" w:rsidRPr="007637D9" w:rsidRDefault="001A0C16" w:rsidP="001A0C16">
            <w:pPr>
              <w:spacing w:after="168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7637D9">
              <w:rPr>
                <w:rFonts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1.«Никто не забыт, ничто не забыто!» </w:t>
            </w:r>
          </w:p>
          <w:p w14:paraId="49DEF4A7" w14:textId="670AE23B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2. «Мама, папа, я – дружная семья» «Ты не один» (15 мая – Международный день семьи</w:t>
            </w:r>
          </w:p>
        </w:tc>
        <w:tc>
          <w:tcPr>
            <w:tcW w:w="850" w:type="dxa"/>
            <w:vAlign w:val="center"/>
          </w:tcPr>
          <w:p w14:paraId="095C906D" w14:textId="60E072E2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vAlign w:val="center"/>
          </w:tcPr>
          <w:p w14:paraId="3F1D57CD" w14:textId="12E000BB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977" w:type="dxa"/>
          </w:tcPr>
          <w:p w14:paraId="63BE21C5" w14:textId="00A33E8A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10227BA7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632BE79E" w14:textId="77777777" w:rsidTr="001D3ECF">
        <w:trPr>
          <w:jc w:val="center"/>
        </w:trPr>
        <w:tc>
          <w:tcPr>
            <w:tcW w:w="5365" w:type="dxa"/>
            <w:vAlign w:val="center"/>
          </w:tcPr>
          <w:p w14:paraId="61F7FFE5" w14:textId="77777777" w:rsidR="001A0C16" w:rsidRPr="007637D9" w:rsidRDefault="001A0C16" w:rsidP="001A0C16">
            <w:pPr>
              <w:numPr>
                <w:ilvl w:val="0"/>
                <w:numId w:val="14"/>
              </w:numPr>
              <w:spacing w:after="130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7637D9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Безопасное поведение на улице, в школе и дома. «Действия населения по сигналу «Внимание всем» и по сигналу о срочной эвакуации». </w:t>
            </w:r>
          </w:p>
          <w:p w14:paraId="1314D9F6" w14:textId="0220DAEC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Кодекс чести школьников. Школьный дневник. Как с ним работать? Зачем мы ходим в школу? </w:t>
            </w:r>
            <w:r w:rsidRPr="00E07358">
              <w:rPr>
                <w:rFonts w:cs="Times New Roman"/>
                <w:color w:val="000000"/>
                <w:sz w:val="24"/>
                <w:szCs w:val="24"/>
              </w:rPr>
              <w:t>Учиться?</w:t>
            </w:r>
          </w:p>
        </w:tc>
        <w:tc>
          <w:tcPr>
            <w:tcW w:w="850" w:type="dxa"/>
            <w:vAlign w:val="center"/>
          </w:tcPr>
          <w:p w14:paraId="21FA80F8" w14:textId="1D59749B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vAlign w:val="center"/>
          </w:tcPr>
          <w:p w14:paraId="22327254" w14:textId="0FE45863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977" w:type="dxa"/>
          </w:tcPr>
          <w:p w14:paraId="0458B7E4" w14:textId="11A2EA16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5A936238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673E2505" w14:textId="77777777" w:rsidTr="001D3ECF">
        <w:trPr>
          <w:jc w:val="center"/>
        </w:trPr>
        <w:tc>
          <w:tcPr>
            <w:tcW w:w="5365" w:type="dxa"/>
            <w:vAlign w:val="center"/>
          </w:tcPr>
          <w:p w14:paraId="550DB1F1" w14:textId="77777777" w:rsidR="001A0C16" w:rsidRPr="007637D9" w:rsidRDefault="001A0C16" w:rsidP="001A0C16">
            <w:pPr>
              <w:numPr>
                <w:ilvl w:val="0"/>
                <w:numId w:val="15"/>
              </w:numPr>
              <w:spacing w:after="150" w:line="273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7637D9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Терроризм и безопасность человека в современном мире». </w:t>
            </w:r>
          </w:p>
          <w:p w14:paraId="3403E15F" w14:textId="09704E0F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</w:rPr>
              <w:t>Россия – Родина моя</w:t>
            </w:r>
          </w:p>
        </w:tc>
        <w:tc>
          <w:tcPr>
            <w:tcW w:w="850" w:type="dxa"/>
            <w:vAlign w:val="center"/>
          </w:tcPr>
          <w:p w14:paraId="13E9C784" w14:textId="4DC04B4A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vAlign w:val="center"/>
          </w:tcPr>
          <w:p w14:paraId="0A97C9CE" w14:textId="461F7BD2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977" w:type="dxa"/>
          </w:tcPr>
          <w:p w14:paraId="7C2595CF" w14:textId="31FAF914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48F12C52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342C0DC4" w14:textId="77777777" w:rsidTr="001D3ECF">
        <w:trPr>
          <w:jc w:val="center"/>
        </w:trPr>
        <w:tc>
          <w:tcPr>
            <w:tcW w:w="5365" w:type="dxa"/>
            <w:vAlign w:val="center"/>
          </w:tcPr>
          <w:p w14:paraId="4894BE7A" w14:textId="77777777" w:rsidR="001A0C16" w:rsidRPr="007637D9" w:rsidRDefault="001A0C16" w:rsidP="001A0C16">
            <w:pPr>
              <w:numPr>
                <w:ilvl w:val="0"/>
                <w:numId w:val="16"/>
              </w:numPr>
              <w:spacing w:after="149" w:line="268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7637D9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«Как ты знаешь правила безопасного поведения в транспорте, на водоемах?». </w:t>
            </w:r>
          </w:p>
          <w:p w14:paraId="610C6F9C" w14:textId="13E03105" w:rsidR="001A0C16" w:rsidRPr="00E07358" w:rsidRDefault="001A0C16" w:rsidP="001A0C16">
            <w:pPr>
              <w:pStyle w:val="ae"/>
              <w:numPr>
                <w:ilvl w:val="0"/>
                <w:numId w:val="16"/>
              </w:num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«Моя мама лучшая на свете».</w:t>
            </w:r>
          </w:p>
        </w:tc>
        <w:tc>
          <w:tcPr>
            <w:tcW w:w="850" w:type="dxa"/>
            <w:vAlign w:val="center"/>
          </w:tcPr>
          <w:p w14:paraId="35228F29" w14:textId="5ABB3604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vAlign w:val="center"/>
          </w:tcPr>
          <w:p w14:paraId="09DAE96C" w14:textId="40DE076C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977" w:type="dxa"/>
          </w:tcPr>
          <w:p w14:paraId="2E397953" w14:textId="04324441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6DF03B9E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52202D5A" w14:textId="77777777" w:rsidTr="001D3ECF">
        <w:trPr>
          <w:jc w:val="center"/>
        </w:trPr>
        <w:tc>
          <w:tcPr>
            <w:tcW w:w="5365" w:type="dxa"/>
            <w:vAlign w:val="center"/>
          </w:tcPr>
          <w:p w14:paraId="37C55526" w14:textId="77777777" w:rsidR="001A0C16" w:rsidRPr="007637D9" w:rsidRDefault="001A0C16" w:rsidP="001A0C16">
            <w:pPr>
              <w:numPr>
                <w:ilvl w:val="0"/>
                <w:numId w:val="17"/>
              </w:numPr>
              <w:spacing w:after="164" w:line="261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7637D9">
              <w:rPr>
                <w:rFonts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в зимний период.</w:t>
            </w:r>
            <w:r w:rsidRPr="007637D9">
              <w:rPr>
                <w:rFonts w:eastAsia="Calibri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637D9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Профилактическая беседа по правилам поведения в общественных местах, мероприятиях. </w:t>
            </w:r>
          </w:p>
          <w:p w14:paraId="1B1BB8A9" w14:textId="475CA30D" w:rsidR="001A0C16" w:rsidRPr="00E07358" w:rsidRDefault="001A0C16" w:rsidP="001A0C16">
            <w:pPr>
              <w:pStyle w:val="ae"/>
              <w:numPr>
                <w:ilvl w:val="0"/>
                <w:numId w:val="17"/>
              </w:num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</w:rPr>
              <w:t>Если хочешь быть здоров»</w:t>
            </w:r>
          </w:p>
        </w:tc>
        <w:tc>
          <w:tcPr>
            <w:tcW w:w="850" w:type="dxa"/>
            <w:vAlign w:val="center"/>
          </w:tcPr>
          <w:p w14:paraId="1187EED5" w14:textId="4561C3B7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vAlign w:val="center"/>
          </w:tcPr>
          <w:p w14:paraId="26E22724" w14:textId="20CF95CD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977" w:type="dxa"/>
          </w:tcPr>
          <w:p w14:paraId="4D0447AD" w14:textId="1771347D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383E8925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590B728F" w14:textId="77777777" w:rsidTr="001D3ECF">
        <w:trPr>
          <w:jc w:val="center"/>
        </w:trPr>
        <w:tc>
          <w:tcPr>
            <w:tcW w:w="5365" w:type="dxa"/>
            <w:vAlign w:val="center"/>
          </w:tcPr>
          <w:p w14:paraId="5DB76559" w14:textId="77777777" w:rsidR="001A0C16" w:rsidRPr="007637D9" w:rsidRDefault="001A0C16" w:rsidP="001A0C16">
            <w:pPr>
              <w:numPr>
                <w:ilvl w:val="0"/>
                <w:numId w:val="18"/>
              </w:numPr>
              <w:spacing w:after="168" w:line="256" w:lineRule="auto"/>
              <w:ind w:hanging="211"/>
              <w:rPr>
                <w:rFonts w:cs="Times New Roman"/>
                <w:color w:val="000000"/>
                <w:sz w:val="24"/>
                <w:szCs w:val="24"/>
              </w:rPr>
            </w:pPr>
            <w:r w:rsidRPr="007637D9">
              <w:rPr>
                <w:rFonts w:cs="Times New Roman"/>
                <w:color w:val="000000"/>
                <w:sz w:val="24"/>
                <w:szCs w:val="24"/>
              </w:rPr>
              <w:t xml:space="preserve">Поговорим о блокаде Ленинграда. </w:t>
            </w:r>
          </w:p>
          <w:p w14:paraId="63A8B2D4" w14:textId="28F9769D" w:rsidR="001A0C16" w:rsidRPr="00E07358" w:rsidRDefault="001A0C16" w:rsidP="001A0C16">
            <w:pPr>
              <w:pStyle w:val="ae"/>
              <w:numPr>
                <w:ilvl w:val="0"/>
                <w:numId w:val="18"/>
              </w:num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Кем я стану, когда вырасту.</w:t>
            </w:r>
          </w:p>
        </w:tc>
        <w:tc>
          <w:tcPr>
            <w:tcW w:w="850" w:type="dxa"/>
            <w:vAlign w:val="center"/>
          </w:tcPr>
          <w:p w14:paraId="59E16D6B" w14:textId="2A485C66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vAlign w:val="center"/>
          </w:tcPr>
          <w:p w14:paraId="382F8C1F" w14:textId="56B28B99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977" w:type="dxa"/>
          </w:tcPr>
          <w:p w14:paraId="131F4A78" w14:textId="6CF76A73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3278A2D4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3E3CB058" w14:textId="77777777" w:rsidTr="001D3ECF">
        <w:trPr>
          <w:jc w:val="center"/>
        </w:trPr>
        <w:tc>
          <w:tcPr>
            <w:tcW w:w="5365" w:type="dxa"/>
            <w:vAlign w:val="center"/>
          </w:tcPr>
          <w:p w14:paraId="5769A9F7" w14:textId="77777777" w:rsidR="001A0C16" w:rsidRPr="007637D9" w:rsidRDefault="001A0C16" w:rsidP="001A0C16">
            <w:pPr>
              <w:numPr>
                <w:ilvl w:val="0"/>
                <w:numId w:val="19"/>
              </w:numPr>
              <w:spacing w:after="127" w:line="256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7637D9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Как я умею преодолевать трудности. </w:t>
            </w:r>
            <w:r w:rsidRPr="007637D9">
              <w:rPr>
                <w:rFonts w:cs="Times New Roman"/>
                <w:color w:val="000000"/>
                <w:sz w:val="24"/>
                <w:szCs w:val="24"/>
              </w:rPr>
              <w:t xml:space="preserve">В дружбе - сила. </w:t>
            </w:r>
          </w:p>
          <w:p w14:paraId="77774B3E" w14:textId="21663643" w:rsidR="001A0C16" w:rsidRPr="00E07358" w:rsidRDefault="001A0C16" w:rsidP="001A0C16">
            <w:pPr>
              <w:pStyle w:val="ae"/>
              <w:numPr>
                <w:ilvl w:val="0"/>
                <w:numId w:val="19"/>
              </w:num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Беседа «Для чего мы выходим в Интернет?» ( правила безопасности в интернет-пространстве)</w:t>
            </w:r>
          </w:p>
        </w:tc>
        <w:tc>
          <w:tcPr>
            <w:tcW w:w="850" w:type="dxa"/>
            <w:vAlign w:val="center"/>
          </w:tcPr>
          <w:p w14:paraId="368E92F1" w14:textId="22261EDA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vAlign w:val="center"/>
          </w:tcPr>
          <w:p w14:paraId="16A8067D" w14:textId="1AA25A48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977" w:type="dxa"/>
          </w:tcPr>
          <w:p w14:paraId="470DA235" w14:textId="6ABBA776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711498F4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1D0DA99C" w14:textId="77777777" w:rsidTr="001D3ECF">
        <w:trPr>
          <w:jc w:val="center"/>
        </w:trPr>
        <w:tc>
          <w:tcPr>
            <w:tcW w:w="5365" w:type="dxa"/>
            <w:vAlign w:val="center"/>
          </w:tcPr>
          <w:p w14:paraId="45C3C9D5" w14:textId="77777777" w:rsidR="001A0C16" w:rsidRPr="007637D9" w:rsidRDefault="001A0C16" w:rsidP="001A0C16">
            <w:pPr>
              <w:numPr>
                <w:ilvl w:val="0"/>
                <w:numId w:val="20"/>
              </w:numPr>
              <w:spacing w:after="170" w:line="254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7637D9">
              <w:rPr>
                <w:rFonts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«Мы пассажиры» Правила безопасного движения, культуры поведения в общественном транспорте, на улице. </w:t>
            </w:r>
          </w:p>
          <w:p w14:paraId="53D2527B" w14:textId="607ACD89" w:rsidR="001A0C16" w:rsidRPr="00E07358" w:rsidRDefault="001A0C16" w:rsidP="001A0C16">
            <w:pPr>
              <w:pStyle w:val="ae"/>
              <w:numPr>
                <w:ilvl w:val="0"/>
                <w:numId w:val="20"/>
              </w:num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Экология – наука о том, как сберечь дом</w:t>
            </w:r>
          </w:p>
        </w:tc>
        <w:tc>
          <w:tcPr>
            <w:tcW w:w="850" w:type="dxa"/>
            <w:vAlign w:val="center"/>
          </w:tcPr>
          <w:p w14:paraId="46B31718" w14:textId="00CDB5B4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vAlign w:val="center"/>
          </w:tcPr>
          <w:p w14:paraId="5F89C876" w14:textId="616E2CA2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977" w:type="dxa"/>
          </w:tcPr>
          <w:p w14:paraId="43DC416A" w14:textId="3C144ED5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73C66495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07839FBF" w14:textId="77777777" w:rsidTr="001D3ECF">
        <w:trPr>
          <w:jc w:val="center"/>
        </w:trPr>
        <w:tc>
          <w:tcPr>
            <w:tcW w:w="5365" w:type="dxa"/>
            <w:vAlign w:val="center"/>
          </w:tcPr>
          <w:p w14:paraId="1B721C79" w14:textId="77777777" w:rsidR="001A0C16" w:rsidRPr="007637D9" w:rsidRDefault="001A0C16" w:rsidP="001A0C16">
            <w:pPr>
              <w:spacing w:after="149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7637D9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 «Пожарным можешь ты не быть…» Правила безопасного поведения. </w:t>
            </w:r>
          </w:p>
          <w:p w14:paraId="45C50010" w14:textId="03BB1DD6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2.Что читать? С чего начать? (2 апреля – Международный день детской книги).</w:t>
            </w:r>
          </w:p>
        </w:tc>
        <w:tc>
          <w:tcPr>
            <w:tcW w:w="850" w:type="dxa"/>
            <w:vAlign w:val="center"/>
          </w:tcPr>
          <w:p w14:paraId="31A03F94" w14:textId="466AB79E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vAlign w:val="center"/>
          </w:tcPr>
          <w:p w14:paraId="6BB3DB77" w14:textId="5AB330B2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977" w:type="dxa"/>
          </w:tcPr>
          <w:p w14:paraId="6DF7681A" w14:textId="7221099B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4761A1A9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128524DD" w14:textId="77777777" w:rsidTr="001D3ECF">
        <w:trPr>
          <w:jc w:val="center"/>
        </w:trPr>
        <w:tc>
          <w:tcPr>
            <w:tcW w:w="5365" w:type="dxa"/>
            <w:vAlign w:val="center"/>
          </w:tcPr>
          <w:p w14:paraId="4C474C92" w14:textId="77777777" w:rsidR="001A0C16" w:rsidRPr="007637D9" w:rsidRDefault="001A0C16" w:rsidP="001A0C16">
            <w:pPr>
              <w:spacing w:after="168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7637D9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1.«Никто не забыт, ничто не забыто!» </w:t>
            </w:r>
          </w:p>
          <w:p w14:paraId="56FFF734" w14:textId="66514F4F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2. «Мама, папа, я – дружная семья» «Ты не один» (15 мая – Международный день семьи</w:t>
            </w:r>
          </w:p>
        </w:tc>
        <w:tc>
          <w:tcPr>
            <w:tcW w:w="850" w:type="dxa"/>
            <w:vAlign w:val="center"/>
          </w:tcPr>
          <w:p w14:paraId="34BB58EA" w14:textId="3BFB1184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vAlign w:val="center"/>
          </w:tcPr>
          <w:p w14:paraId="124EC661" w14:textId="27600172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977" w:type="dxa"/>
          </w:tcPr>
          <w:p w14:paraId="731D21A5" w14:textId="787A836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3FA0AFCD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6641A9F6" w14:textId="77777777" w:rsidTr="001D3ECF">
        <w:trPr>
          <w:jc w:val="center"/>
        </w:trPr>
        <w:tc>
          <w:tcPr>
            <w:tcW w:w="5365" w:type="dxa"/>
            <w:vAlign w:val="center"/>
          </w:tcPr>
          <w:p w14:paraId="4255E051" w14:textId="77777777" w:rsidR="001A0C16" w:rsidRPr="007637D9" w:rsidRDefault="001A0C16" w:rsidP="001A0C16">
            <w:pPr>
              <w:numPr>
                <w:ilvl w:val="0"/>
                <w:numId w:val="21"/>
              </w:numPr>
              <w:spacing w:after="171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7637D9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Безопасное поведение на улице, в школе и дома. «Действия населения по сигналу «Внимание всем» и по сигналу о срочной эвакуации». </w:t>
            </w:r>
          </w:p>
          <w:p w14:paraId="69E8A9C5" w14:textId="3D8388C9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2. Режим дня – мой помощник. Домашние задания и как мы к ним относимся.</w:t>
            </w:r>
          </w:p>
        </w:tc>
        <w:tc>
          <w:tcPr>
            <w:tcW w:w="850" w:type="dxa"/>
            <w:vAlign w:val="center"/>
          </w:tcPr>
          <w:p w14:paraId="1DC5E560" w14:textId="74871AE5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3-4</w:t>
            </w:r>
          </w:p>
        </w:tc>
        <w:tc>
          <w:tcPr>
            <w:tcW w:w="1418" w:type="dxa"/>
            <w:vAlign w:val="center"/>
          </w:tcPr>
          <w:p w14:paraId="4BFD628D" w14:textId="20CEEC77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977" w:type="dxa"/>
          </w:tcPr>
          <w:p w14:paraId="52BA8A6C" w14:textId="0F100F9D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595D2AD9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34D1E56C" w14:textId="77777777" w:rsidTr="001D3ECF">
        <w:trPr>
          <w:jc w:val="center"/>
        </w:trPr>
        <w:tc>
          <w:tcPr>
            <w:tcW w:w="5365" w:type="dxa"/>
            <w:vAlign w:val="center"/>
          </w:tcPr>
          <w:p w14:paraId="2763AEC4" w14:textId="77777777" w:rsidR="001A0C16" w:rsidRPr="00DA1864" w:rsidRDefault="001A0C16" w:rsidP="001A0C16">
            <w:pPr>
              <w:numPr>
                <w:ilvl w:val="0"/>
                <w:numId w:val="22"/>
              </w:numPr>
              <w:spacing w:after="168" w:line="256" w:lineRule="auto"/>
              <w:ind w:hanging="211"/>
              <w:rPr>
                <w:rFonts w:cs="Times New Roman"/>
                <w:color w:val="000000"/>
                <w:sz w:val="24"/>
                <w:szCs w:val="24"/>
              </w:rPr>
            </w:pPr>
            <w:r w:rsidRPr="00DA1864">
              <w:rPr>
                <w:rFonts w:cs="Times New Roman"/>
                <w:color w:val="000000"/>
                <w:sz w:val="24"/>
                <w:szCs w:val="24"/>
              </w:rPr>
              <w:t xml:space="preserve">Азбука безопасности. </w:t>
            </w:r>
          </w:p>
          <w:p w14:paraId="38FB0BC2" w14:textId="574A1C93" w:rsidR="001A0C16" w:rsidRPr="00E07358" w:rsidRDefault="001A0C16" w:rsidP="001A0C16">
            <w:pPr>
              <w:pStyle w:val="ae"/>
              <w:numPr>
                <w:ilvl w:val="0"/>
                <w:numId w:val="22"/>
              </w:num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</w:rPr>
              <w:t>Путешествие по карте России.</w:t>
            </w:r>
          </w:p>
        </w:tc>
        <w:tc>
          <w:tcPr>
            <w:tcW w:w="850" w:type="dxa"/>
            <w:vAlign w:val="center"/>
          </w:tcPr>
          <w:p w14:paraId="11FED8F6" w14:textId="241C1C6B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3-4</w:t>
            </w:r>
          </w:p>
        </w:tc>
        <w:tc>
          <w:tcPr>
            <w:tcW w:w="1418" w:type="dxa"/>
            <w:vAlign w:val="center"/>
          </w:tcPr>
          <w:p w14:paraId="78D613C8" w14:textId="3D52466E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977" w:type="dxa"/>
          </w:tcPr>
          <w:p w14:paraId="47C1C542" w14:textId="7633C3FD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6FB95A80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1AB46578" w14:textId="77777777" w:rsidTr="001D3ECF">
        <w:trPr>
          <w:jc w:val="center"/>
        </w:trPr>
        <w:tc>
          <w:tcPr>
            <w:tcW w:w="5365" w:type="dxa"/>
            <w:vAlign w:val="center"/>
          </w:tcPr>
          <w:p w14:paraId="25C0A321" w14:textId="77777777" w:rsidR="001A0C16" w:rsidRPr="00DA1864" w:rsidRDefault="001A0C16" w:rsidP="001A0C16">
            <w:pPr>
              <w:numPr>
                <w:ilvl w:val="0"/>
                <w:numId w:val="23"/>
              </w:numPr>
              <w:spacing w:after="145" w:line="268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DA1864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«Как ты знаешь правила безопасного поведения? Как себя вести в чрезвычайных ситуациях?» </w:t>
            </w:r>
          </w:p>
          <w:p w14:paraId="7632A282" w14:textId="6F78B50C" w:rsidR="001A0C16" w:rsidRPr="00E07358" w:rsidRDefault="001A0C16" w:rsidP="001A0C16">
            <w:pPr>
              <w:pStyle w:val="ae"/>
              <w:numPr>
                <w:ilvl w:val="0"/>
                <w:numId w:val="23"/>
              </w:num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</w:rPr>
              <w:t>«Все начинается с мамы!»</w:t>
            </w:r>
          </w:p>
        </w:tc>
        <w:tc>
          <w:tcPr>
            <w:tcW w:w="850" w:type="dxa"/>
            <w:vAlign w:val="center"/>
          </w:tcPr>
          <w:p w14:paraId="0F913A29" w14:textId="5A18BAAB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3-4</w:t>
            </w:r>
          </w:p>
        </w:tc>
        <w:tc>
          <w:tcPr>
            <w:tcW w:w="1418" w:type="dxa"/>
            <w:vAlign w:val="center"/>
          </w:tcPr>
          <w:p w14:paraId="5170DDC8" w14:textId="1864C274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977" w:type="dxa"/>
          </w:tcPr>
          <w:p w14:paraId="71F925E8" w14:textId="3AF2A5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7E3036D4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76117727" w14:textId="77777777" w:rsidTr="001D3ECF">
        <w:trPr>
          <w:jc w:val="center"/>
        </w:trPr>
        <w:tc>
          <w:tcPr>
            <w:tcW w:w="5365" w:type="dxa"/>
            <w:vAlign w:val="center"/>
          </w:tcPr>
          <w:p w14:paraId="748FF9AE" w14:textId="77777777" w:rsidR="001A0C16" w:rsidRPr="00DA1864" w:rsidRDefault="001A0C16" w:rsidP="001A0C16">
            <w:pPr>
              <w:numPr>
                <w:ilvl w:val="0"/>
                <w:numId w:val="24"/>
              </w:numPr>
              <w:spacing w:after="163" w:line="261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DA1864">
              <w:rPr>
                <w:rFonts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в зимний период.</w:t>
            </w:r>
            <w:r w:rsidRPr="00DA1864">
              <w:rPr>
                <w:rFonts w:eastAsia="Calibri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A1864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Профилактическая беседа по правилам поведения в общественных местах, мероприятиях. </w:t>
            </w:r>
          </w:p>
          <w:p w14:paraId="236F6505" w14:textId="0CD5BE7D" w:rsidR="001A0C16" w:rsidRPr="00E07358" w:rsidRDefault="001A0C16" w:rsidP="001A0C16">
            <w:pPr>
              <w:pStyle w:val="ae"/>
              <w:numPr>
                <w:ilvl w:val="0"/>
                <w:numId w:val="24"/>
              </w:num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</w:rPr>
              <w:t>Если хочешь быть здоров».</w:t>
            </w:r>
          </w:p>
        </w:tc>
        <w:tc>
          <w:tcPr>
            <w:tcW w:w="850" w:type="dxa"/>
            <w:vAlign w:val="center"/>
          </w:tcPr>
          <w:p w14:paraId="0383342E" w14:textId="2FE337E5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3-4</w:t>
            </w:r>
          </w:p>
        </w:tc>
        <w:tc>
          <w:tcPr>
            <w:tcW w:w="1418" w:type="dxa"/>
            <w:vAlign w:val="center"/>
          </w:tcPr>
          <w:p w14:paraId="5B758780" w14:textId="6C84A378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977" w:type="dxa"/>
          </w:tcPr>
          <w:p w14:paraId="46DC1B95" w14:textId="09C29715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051AF40E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15C282DD" w14:textId="77777777" w:rsidTr="001D3ECF">
        <w:trPr>
          <w:jc w:val="center"/>
        </w:trPr>
        <w:tc>
          <w:tcPr>
            <w:tcW w:w="5365" w:type="dxa"/>
            <w:vAlign w:val="center"/>
          </w:tcPr>
          <w:p w14:paraId="01B1B3B9" w14:textId="0224E65D" w:rsidR="001A0C16" w:rsidRPr="00DA1864" w:rsidRDefault="001A0C16" w:rsidP="001A0C16">
            <w:pPr>
              <w:spacing w:after="168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r w:rsidRPr="00DA1864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Поговорим о блокаде Ленинграда. </w:t>
            </w:r>
          </w:p>
          <w:p w14:paraId="32B06E4E" w14:textId="1948684C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2. Мир моих увлечений.</w:t>
            </w:r>
          </w:p>
        </w:tc>
        <w:tc>
          <w:tcPr>
            <w:tcW w:w="850" w:type="dxa"/>
            <w:vAlign w:val="center"/>
          </w:tcPr>
          <w:p w14:paraId="3584650D" w14:textId="26F3FFB9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  <w:vAlign w:val="center"/>
          </w:tcPr>
          <w:p w14:paraId="33257ED6" w14:textId="37802FCD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977" w:type="dxa"/>
          </w:tcPr>
          <w:p w14:paraId="407FACC9" w14:textId="092AB3BC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7D147B13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38A9E6BE" w14:textId="77777777" w:rsidTr="001D3ECF">
        <w:trPr>
          <w:jc w:val="center"/>
        </w:trPr>
        <w:tc>
          <w:tcPr>
            <w:tcW w:w="5365" w:type="dxa"/>
            <w:vAlign w:val="center"/>
          </w:tcPr>
          <w:p w14:paraId="7B5FF309" w14:textId="77777777" w:rsidR="001A0C16" w:rsidRPr="00DA1864" w:rsidRDefault="001A0C16" w:rsidP="001A0C16">
            <w:pPr>
              <w:spacing w:after="149"/>
              <w:jc w:val="both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DA1864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 В мире очевидного и невероятного. Интернет. Опасно ли виртуальное пространство? </w:t>
            </w:r>
          </w:p>
          <w:p w14:paraId="5F31CF9D" w14:textId="2AFB875F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</w:rPr>
              <w:t>2.Как стать настоящим другом?</w:t>
            </w:r>
          </w:p>
        </w:tc>
        <w:tc>
          <w:tcPr>
            <w:tcW w:w="850" w:type="dxa"/>
            <w:vAlign w:val="center"/>
          </w:tcPr>
          <w:p w14:paraId="14F69214" w14:textId="6153F209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  <w:vAlign w:val="center"/>
          </w:tcPr>
          <w:p w14:paraId="524ED89D" w14:textId="4BB69307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977" w:type="dxa"/>
          </w:tcPr>
          <w:p w14:paraId="35D8E696" w14:textId="463DE221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5D12E361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1BAD676C" w14:textId="77777777" w:rsidTr="001D3ECF">
        <w:trPr>
          <w:jc w:val="center"/>
        </w:trPr>
        <w:tc>
          <w:tcPr>
            <w:tcW w:w="5365" w:type="dxa"/>
            <w:vAlign w:val="center"/>
          </w:tcPr>
          <w:p w14:paraId="2141F8CB" w14:textId="77777777" w:rsidR="001A0C16" w:rsidRPr="00DA1864" w:rsidRDefault="001A0C16" w:rsidP="001A0C16">
            <w:pPr>
              <w:numPr>
                <w:ilvl w:val="0"/>
                <w:numId w:val="25"/>
              </w:numPr>
              <w:spacing w:after="169" w:line="254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DA1864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«Мы пассажиры» Правила безопасного движения, культуры поведения в общественном транспорте, на улице. </w:t>
            </w:r>
          </w:p>
          <w:p w14:paraId="0AE25CBC" w14:textId="7F80AE0C" w:rsidR="001A0C16" w:rsidRPr="00E07358" w:rsidRDefault="001A0C16" w:rsidP="001A0C16">
            <w:pPr>
              <w:pStyle w:val="ae"/>
              <w:numPr>
                <w:ilvl w:val="0"/>
                <w:numId w:val="25"/>
              </w:num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Экология – наука о том, как сберечь дом</w:t>
            </w:r>
          </w:p>
        </w:tc>
        <w:tc>
          <w:tcPr>
            <w:tcW w:w="850" w:type="dxa"/>
            <w:vAlign w:val="center"/>
          </w:tcPr>
          <w:p w14:paraId="290C47BA" w14:textId="63213852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3-4</w:t>
            </w:r>
          </w:p>
        </w:tc>
        <w:tc>
          <w:tcPr>
            <w:tcW w:w="1418" w:type="dxa"/>
            <w:vAlign w:val="center"/>
          </w:tcPr>
          <w:p w14:paraId="57288396" w14:textId="36335F4A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977" w:type="dxa"/>
          </w:tcPr>
          <w:p w14:paraId="484CE33D" w14:textId="4F18D39E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48B67B85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6482ACDA" w14:textId="77777777" w:rsidTr="001D3ECF">
        <w:trPr>
          <w:jc w:val="center"/>
        </w:trPr>
        <w:tc>
          <w:tcPr>
            <w:tcW w:w="5365" w:type="dxa"/>
            <w:vAlign w:val="center"/>
          </w:tcPr>
          <w:p w14:paraId="14268221" w14:textId="77777777" w:rsidR="001A0C16" w:rsidRPr="00DA1864" w:rsidRDefault="001A0C16" w:rsidP="001A0C16">
            <w:pPr>
              <w:numPr>
                <w:ilvl w:val="0"/>
                <w:numId w:val="26"/>
              </w:numPr>
              <w:spacing w:after="164" w:line="25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DA1864">
              <w:rPr>
                <w:rFonts w:cs="Times New Roman"/>
                <w:color w:val="000000"/>
                <w:sz w:val="24"/>
                <w:szCs w:val="24"/>
              </w:rPr>
              <w:t xml:space="preserve">Школа безопасности. </w:t>
            </w:r>
          </w:p>
          <w:p w14:paraId="5764E75B" w14:textId="3A0C6AE5" w:rsidR="001A0C16" w:rsidRPr="00E07358" w:rsidRDefault="001A0C16" w:rsidP="001A0C16">
            <w:pPr>
              <w:pStyle w:val="ae"/>
              <w:numPr>
                <w:ilvl w:val="0"/>
                <w:numId w:val="25"/>
              </w:num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Что читать? С чего начать? (2 апреля – Международный день детской книги).</w:t>
            </w:r>
          </w:p>
        </w:tc>
        <w:tc>
          <w:tcPr>
            <w:tcW w:w="850" w:type="dxa"/>
            <w:vAlign w:val="center"/>
          </w:tcPr>
          <w:p w14:paraId="550C64AD" w14:textId="4ABD6B6B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3-4</w:t>
            </w:r>
          </w:p>
        </w:tc>
        <w:tc>
          <w:tcPr>
            <w:tcW w:w="1418" w:type="dxa"/>
            <w:vAlign w:val="center"/>
          </w:tcPr>
          <w:p w14:paraId="577F30CA" w14:textId="6BDB7B5D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977" w:type="dxa"/>
          </w:tcPr>
          <w:p w14:paraId="457F9D75" w14:textId="067B471E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4BC876CE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75F15984" w14:textId="77777777" w:rsidTr="001D3ECF">
        <w:trPr>
          <w:jc w:val="center"/>
        </w:trPr>
        <w:tc>
          <w:tcPr>
            <w:tcW w:w="5365" w:type="dxa"/>
            <w:vAlign w:val="center"/>
          </w:tcPr>
          <w:p w14:paraId="183A3EF7" w14:textId="77777777" w:rsidR="001A0C16" w:rsidRPr="00DA1864" w:rsidRDefault="001A0C16" w:rsidP="001A0C16">
            <w:pPr>
              <w:numPr>
                <w:ilvl w:val="0"/>
                <w:numId w:val="27"/>
              </w:numPr>
              <w:spacing w:after="151" w:line="256" w:lineRule="auto"/>
              <w:ind w:hanging="211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DA1864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«Никто не забыт, ничто не забыто!» </w:t>
            </w:r>
          </w:p>
          <w:p w14:paraId="29F762B5" w14:textId="038FD688" w:rsidR="001A0C16" w:rsidRPr="00E07358" w:rsidRDefault="001A0C16" w:rsidP="001A0C16">
            <w:pPr>
              <w:pStyle w:val="ae"/>
              <w:numPr>
                <w:ilvl w:val="0"/>
                <w:numId w:val="27"/>
              </w:num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«Моя семья. Ты не один»</w:t>
            </w:r>
          </w:p>
        </w:tc>
        <w:tc>
          <w:tcPr>
            <w:tcW w:w="850" w:type="dxa"/>
            <w:vAlign w:val="center"/>
          </w:tcPr>
          <w:p w14:paraId="12927001" w14:textId="76EA4555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  <w:vAlign w:val="center"/>
          </w:tcPr>
          <w:p w14:paraId="16DF9D53" w14:textId="5E1884B0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977" w:type="dxa"/>
          </w:tcPr>
          <w:p w14:paraId="1BA32D28" w14:textId="426400E5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5E080D41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06D54B77" w14:textId="77777777" w:rsidTr="001D3ECF">
        <w:trPr>
          <w:jc w:val="center"/>
        </w:trPr>
        <w:tc>
          <w:tcPr>
            <w:tcW w:w="5365" w:type="dxa"/>
            <w:vAlign w:val="center"/>
          </w:tcPr>
          <w:p w14:paraId="12DDDF05" w14:textId="77777777" w:rsidR="001A0C16" w:rsidRPr="00DA1864" w:rsidRDefault="001A0C16" w:rsidP="001A0C16">
            <w:pPr>
              <w:spacing w:after="168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DA1864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1.900 блокадных дней и ночей </w:t>
            </w:r>
          </w:p>
          <w:p w14:paraId="7F409505" w14:textId="64C179A9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2. Мир моих увлечений</w:t>
            </w:r>
          </w:p>
        </w:tc>
        <w:tc>
          <w:tcPr>
            <w:tcW w:w="850" w:type="dxa"/>
            <w:vAlign w:val="center"/>
          </w:tcPr>
          <w:p w14:paraId="6BA1E942" w14:textId="0A9A3C58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  <w:vAlign w:val="center"/>
          </w:tcPr>
          <w:p w14:paraId="3D7E8056" w14:textId="03171101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977" w:type="dxa"/>
          </w:tcPr>
          <w:p w14:paraId="390E4AB8" w14:textId="11833779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745548C3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561C30F5" w14:textId="77777777" w:rsidTr="001D3ECF">
        <w:trPr>
          <w:jc w:val="center"/>
        </w:trPr>
        <w:tc>
          <w:tcPr>
            <w:tcW w:w="5365" w:type="dxa"/>
            <w:vAlign w:val="center"/>
          </w:tcPr>
          <w:p w14:paraId="6404A374" w14:textId="77777777" w:rsidR="001A0C16" w:rsidRPr="00DA1864" w:rsidRDefault="001A0C16" w:rsidP="001A0C16">
            <w:pPr>
              <w:numPr>
                <w:ilvl w:val="0"/>
                <w:numId w:val="28"/>
              </w:numPr>
              <w:spacing w:after="169" w:line="254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DA1864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«Мы пассажиры» Правила безопасного движения, культуры поведения в общественном транспорте, на улице. </w:t>
            </w:r>
          </w:p>
          <w:p w14:paraId="58AB14F1" w14:textId="6D55F26A" w:rsidR="001A0C16" w:rsidRPr="00E07358" w:rsidRDefault="001A0C16" w:rsidP="001A0C16">
            <w:pPr>
              <w:pStyle w:val="ae"/>
              <w:numPr>
                <w:ilvl w:val="0"/>
                <w:numId w:val="28"/>
              </w:numPr>
              <w:spacing w:after="168" w:line="256" w:lineRule="auto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Экология – наука о том, как сберечь дом</w:t>
            </w:r>
          </w:p>
        </w:tc>
        <w:tc>
          <w:tcPr>
            <w:tcW w:w="850" w:type="dxa"/>
            <w:vAlign w:val="center"/>
          </w:tcPr>
          <w:p w14:paraId="364F4E33" w14:textId="2628B66F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  <w:vAlign w:val="center"/>
          </w:tcPr>
          <w:p w14:paraId="1B77BC8B" w14:textId="2327CC3A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977" w:type="dxa"/>
          </w:tcPr>
          <w:p w14:paraId="5B88D4F2" w14:textId="71F3CE1B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2B5E2773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3F20A4A7" w14:textId="4C510591" w:rsidTr="00DE1B63">
        <w:trPr>
          <w:jc w:val="center"/>
        </w:trPr>
        <w:tc>
          <w:tcPr>
            <w:tcW w:w="5365" w:type="dxa"/>
            <w:vAlign w:val="center"/>
          </w:tcPr>
          <w:p w14:paraId="028668CD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Адаптационный цикл «Я — первоклассник»</w:t>
            </w:r>
          </w:p>
          <w:p w14:paraId="61403C4C" w14:textId="45CA6F42" w:rsidR="009E6B40" w:rsidRPr="00E07358" w:rsidRDefault="009E6B4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Посвящение в первоклассники</w:t>
            </w:r>
          </w:p>
        </w:tc>
        <w:tc>
          <w:tcPr>
            <w:tcW w:w="850" w:type="dxa"/>
            <w:vAlign w:val="center"/>
          </w:tcPr>
          <w:p w14:paraId="7856160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9983CB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Сентябрь–ноябрь 2026 года</w:t>
            </w:r>
          </w:p>
        </w:tc>
        <w:tc>
          <w:tcPr>
            <w:tcW w:w="2977" w:type="dxa"/>
            <w:vAlign w:val="center"/>
          </w:tcPr>
          <w:p w14:paraId="005E5CF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руководители; педагог-психолог</w:t>
            </w:r>
          </w:p>
        </w:tc>
        <w:tc>
          <w:tcPr>
            <w:tcW w:w="3598" w:type="dxa"/>
          </w:tcPr>
          <w:p w14:paraId="5B4F5747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56773306" w14:textId="0DD42333" w:rsidTr="00DE1B63">
        <w:trPr>
          <w:jc w:val="center"/>
        </w:trPr>
        <w:tc>
          <w:tcPr>
            <w:tcW w:w="5365" w:type="dxa"/>
            <w:vAlign w:val="center"/>
          </w:tcPr>
          <w:p w14:paraId="6259745B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коллективные творческие дела</w:t>
            </w:r>
          </w:p>
        </w:tc>
        <w:tc>
          <w:tcPr>
            <w:tcW w:w="850" w:type="dxa"/>
            <w:vAlign w:val="center"/>
          </w:tcPr>
          <w:p w14:paraId="1CD1BF8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35AE145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  <w:vAlign w:val="center"/>
          </w:tcPr>
          <w:p w14:paraId="724EDCBD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1E571E4A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2AA7DFA0" w14:textId="0F31D0A8" w:rsidTr="00DE1B63">
        <w:trPr>
          <w:jc w:val="center"/>
        </w:trPr>
        <w:tc>
          <w:tcPr>
            <w:tcW w:w="5365" w:type="dxa"/>
            <w:vAlign w:val="center"/>
          </w:tcPr>
          <w:p w14:paraId="35ED4A7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советы дела: обсуждение инициатив, распределение посильных ролей, подведение итогов</w:t>
            </w:r>
          </w:p>
        </w:tc>
        <w:tc>
          <w:tcPr>
            <w:tcW w:w="850" w:type="dxa"/>
            <w:vAlign w:val="center"/>
          </w:tcPr>
          <w:p w14:paraId="6B4E968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40F207C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Перед и после коллективных дел</w:t>
            </w:r>
          </w:p>
        </w:tc>
        <w:tc>
          <w:tcPr>
            <w:tcW w:w="2977" w:type="dxa"/>
            <w:vAlign w:val="center"/>
          </w:tcPr>
          <w:p w14:paraId="2020F01A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051E735C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3FAF7824" w14:textId="7C3C37FB" w:rsidTr="00DE1B63">
        <w:trPr>
          <w:jc w:val="center"/>
        </w:trPr>
        <w:tc>
          <w:tcPr>
            <w:tcW w:w="5365" w:type="dxa"/>
            <w:vAlign w:val="center"/>
          </w:tcPr>
          <w:p w14:paraId="053AD03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Формирование и пополнение портфолио достижений обучающихся</w:t>
            </w:r>
          </w:p>
        </w:tc>
        <w:tc>
          <w:tcPr>
            <w:tcW w:w="850" w:type="dxa"/>
            <w:vAlign w:val="center"/>
          </w:tcPr>
          <w:p w14:paraId="3C52DF0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524375A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977" w:type="dxa"/>
            <w:vAlign w:val="center"/>
          </w:tcPr>
          <w:p w14:paraId="0105342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2D3C94CA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7DAEFF84" w14:textId="0824E5EC" w:rsidTr="00DE1B63">
        <w:trPr>
          <w:jc w:val="center"/>
        </w:trPr>
        <w:tc>
          <w:tcPr>
            <w:tcW w:w="5365" w:type="dxa"/>
            <w:vAlign w:val="center"/>
          </w:tcPr>
          <w:p w14:paraId="49A0D618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Индивидуальная педагогическая поддержка обучающихся</w:t>
            </w:r>
          </w:p>
        </w:tc>
        <w:tc>
          <w:tcPr>
            <w:tcW w:w="850" w:type="dxa"/>
            <w:vAlign w:val="center"/>
          </w:tcPr>
          <w:p w14:paraId="3A4233E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18CF09C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потребности</w:t>
            </w:r>
          </w:p>
        </w:tc>
        <w:tc>
          <w:tcPr>
            <w:tcW w:w="2977" w:type="dxa"/>
            <w:vAlign w:val="center"/>
          </w:tcPr>
          <w:p w14:paraId="59B7DD3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руководители; специалисты психолого-педагогического сопровождения</w:t>
            </w:r>
          </w:p>
        </w:tc>
        <w:tc>
          <w:tcPr>
            <w:tcW w:w="3598" w:type="dxa"/>
          </w:tcPr>
          <w:p w14:paraId="0A954EB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639F1" w:rsidRPr="00E07358" w14:paraId="7AC5EE18" w14:textId="77777777" w:rsidTr="005211A1">
        <w:trPr>
          <w:jc w:val="center"/>
        </w:trPr>
        <w:tc>
          <w:tcPr>
            <w:tcW w:w="14208" w:type="dxa"/>
            <w:gridSpan w:val="5"/>
            <w:shd w:val="clear" w:color="auto" w:fill="FF0000"/>
            <w:vAlign w:val="center"/>
          </w:tcPr>
          <w:p w14:paraId="6132F3F5" w14:textId="7A269F18" w:rsidR="00D639F1" w:rsidRPr="00E07358" w:rsidRDefault="00D639F1" w:rsidP="00D639F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b/>
                <w:bCs/>
                <w:sz w:val="24"/>
                <w:szCs w:val="24"/>
                <w:lang w:val="ru-RU"/>
              </w:rPr>
              <w:t>Социально-психологическая помощь</w:t>
            </w:r>
          </w:p>
        </w:tc>
      </w:tr>
      <w:tr w:rsidR="00D639F1" w:rsidRPr="00E07358" w14:paraId="370878F1" w14:textId="77777777" w:rsidTr="00F95AEF">
        <w:trPr>
          <w:jc w:val="center"/>
        </w:trPr>
        <w:tc>
          <w:tcPr>
            <w:tcW w:w="14208" w:type="dxa"/>
            <w:gridSpan w:val="5"/>
            <w:shd w:val="clear" w:color="auto" w:fill="FF0000"/>
            <w:vAlign w:val="center"/>
          </w:tcPr>
          <w:p w14:paraId="72620FE3" w14:textId="573124ED" w:rsidR="00D639F1" w:rsidRPr="00E07358" w:rsidRDefault="00D639F1" w:rsidP="00D639F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b/>
                <w:bCs/>
                <w:sz w:val="24"/>
                <w:szCs w:val="24"/>
                <w:lang w:val="ru-RU"/>
              </w:rPr>
              <w:t>Темы классных часов</w:t>
            </w:r>
          </w:p>
        </w:tc>
      </w:tr>
      <w:tr w:rsidR="00D639F1" w:rsidRPr="00E07358" w14:paraId="2A6BD9F0" w14:textId="77777777" w:rsidTr="000D6DD3">
        <w:trPr>
          <w:jc w:val="center"/>
        </w:trPr>
        <w:tc>
          <w:tcPr>
            <w:tcW w:w="14208" w:type="dxa"/>
            <w:gridSpan w:val="5"/>
            <w:vAlign w:val="center"/>
          </w:tcPr>
          <w:p w14:paraId="3FDA07D9" w14:textId="10F4F43D" w:rsidR="00D639F1" w:rsidRPr="00E07358" w:rsidRDefault="00D639F1" w:rsidP="00D639F1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0A7708">
              <w:rPr>
                <w:rFonts w:eastAsia="Calibri" w:cs="Times New Roman"/>
                <w:b/>
                <w:bCs/>
                <w:sz w:val="24"/>
                <w:szCs w:val="24"/>
                <w:lang w:val="ru-RU"/>
              </w:rPr>
              <w:t>Экстремизм и терроризм</w:t>
            </w:r>
          </w:p>
        </w:tc>
      </w:tr>
      <w:tr w:rsidR="00804820" w:rsidRPr="00E07358" w14:paraId="2211B9D8" w14:textId="77777777" w:rsidTr="00A142D3">
        <w:trPr>
          <w:jc w:val="center"/>
        </w:trPr>
        <w:tc>
          <w:tcPr>
            <w:tcW w:w="5365" w:type="dxa"/>
          </w:tcPr>
          <w:p w14:paraId="5980B579" w14:textId="24E60FE5" w:rsidR="00804820" w:rsidRPr="00E07358" w:rsidRDefault="00804820" w:rsidP="00804820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color w:val="1A1A1A"/>
                <w:sz w:val="24"/>
                <w:szCs w:val="24"/>
                <w:lang w:eastAsia="ru-RU"/>
              </w:rPr>
              <w:t>«Гуманизм и толерантность»</w:t>
            </w:r>
          </w:p>
        </w:tc>
        <w:tc>
          <w:tcPr>
            <w:tcW w:w="850" w:type="dxa"/>
            <w:vAlign w:val="center"/>
          </w:tcPr>
          <w:p w14:paraId="39BEB873" w14:textId="49735E08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64B6F748" w14:textId="6F45D73B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</w:tcPr>
          <w:p w14:paraId="5A396763" w14:textId="47D89BF3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67401FD2" w14:textId="77777777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4820" w:rsidRPr="00E07358" w14:paraId="671F47D9" w14:textId="77777777" w:rsidTr="00A142D3">
        <w:trPr>
          <w:jc w:val="center"/>
        </w:trPr>
        <w:tc>
          <w:tcPr>
            <w:tcW w:w="5365" w:type="dxa"/>
          </w:tcPr>
          <w:p w14:paraId="656525D9" w14:textId="28FC963D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  <w:t>«Учимся жить в многоликом мире»</w:t>
            </w:r>
          </w:p>
        </w:tc>
        <w:tc>
          <w:tcPr>
            <w:tcW w:w="850" w:type="dxa"/>
          </w:tcPr>
          <w:p w14:paraId="7469D690" w14:textId="0B899DC0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</w:tcPr>
          <w:p w14:paraId="1B593F43" w14:textId="6B44FB59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</w:tcPr>
          <w:p w14:paraId="49DCA503" w14:textId="5BE39464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30B33C5B" w14:textId="77777777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4820" w:rsidRPr="00E07358" w14:paraId="29F9EAD3" w14:textId="77777777" w:rsidTr="00A142D3">
        <w:trPr>
          <w:jc w:val="center"/>
        </w:trPr>
        <w:tc>
          <w:tcPr>
            <w:tcW w:w="5365" w:type="dxa"/>
          </w:tcPr>
          <w:p w14:paraId="2B3B142D" w14:textId="7D1C7806" w:rsidR="00804820" w:rsidRPr="00E07358" w:rsidRDefault="00804820" w:rsidP="00804820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color w:val="1A1A1A"/>
                <w:sz w:val="24"/>
                <w:szCs w:val="24"/>
                <w:lang w:eastAsia="ru-RU"/>
              </w:rPr>
              <w:t>«Давайте дружить»</w:t>
            </w:r>
          </w:p>
        </w:tc>
        <w:tc>
          <w:tcPr>
            <w:tcW w:w="850" w:type="dxa"/>
          </w:tcPr>
          <w:p w14:paraId="1481C363" w14:textId="39757D0E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</w:tcPr>
          <w:p w14:paraId="513179EA" w14:textId="506B78F2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</w:tcPr>
          <w:p w14:paraId="721EF4C0" w14:textId="44C0955F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28A0556C" w14:textId="77777777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4820" w:rsidRPr="00E07358" w14:paraId="6E8D1101" w14:textId="77777777" w:rsidTr="00A142D3">
        <w:trPr>
          <w:jc w:val="center"/>
        </w:trPr>
        <w:tc>
          <w:tcPr>
            <w:tcW w:w="5365" w:type="dxa"/>
          </w:tcPr>
          <w:p w14:paraId="5F41FBCB" w14:textId="48358487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1A1A1A"/>
                <w:sz w:val="24"/>
                <w:szCs w:val="24"/>
                <w:lang w:val="ru-RU" w:eastAsia="ru-RU"/>
              </w:rPr>
              <w:t>«Нам надо лучше знать друг друга»</w:t>
            </w:r>
          </w:p>
        </w:tc>
        <w:tc>
          <w:tcPr>
            <w:tcW w:w="850" w:type="dxa"/>
          </w:tcPr>
          <w:p w14:paraId="0165970E" w14:textId="6B4B65AA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</w:tcPr>
          <w:p w14:paraId="3160B4AD" w14:textId="460BC03E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</w:tcPr>
          <w:p w14:paraId="66001A5A" w14:textId="2B2F3D92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2CFFDB4E" w14:textId="77777777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4820" w:rsidRPr="00E07358" w14:paraId="7D03C06B" w14:textId="77777777" w:rsidTr="00EF62FD">
        <w:trPr>
          <w:jc w:val="center"/>
        </w:trPr>
        <w:tc>
          <w:tcPr>
            <w:tcW w:w="14208" w:type="dxa"/>
            <w:gridSpan w:val="5"/>
            <w:vAlign w:val="center"/>
          </w:tcPr>
          <w:p w14:paraId="5E7D03B3" w14:textId="4D638830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D639F1">
              <w:rPr>
                <w:rFonts w:eastAsia="Calibri" w:cs="Times New Roman"/>
                <w:b/>
                <w:bCs/>
                <w:sz w:val="24"/>
                <w:szCs w:val="24"/>
                <w:lang w:val="ru-RU"/>
              </w:rPr>
              <w:t>Половая неприкосновенность</w:t>
            </w:r>
          </w:p>
        </w:tc>
      </w:tr>
      <w:tr w:rsidR="00804820" w:rsidRPr="00E07358" w14:paraId="2AD34B1F" w14:textId="77777777" w:rsidTr="00A142D3">
        <w:trPr>
          <w:jc w:val="center"/>
        </w:trPr>
        <w:tc>
          <w:tcPr>
            <w:tcW w:w="5365" w:type="dxa"/>
          </w:tcPr>
          <w:p w14:paraId="58E8D2BD" w14:textId="77777777" w:rsidR="00804820" w:rsidRPr="00E07358" w:rsidRDefault="00804820" w:rsidP="00804820">
            <w:pPr>
              <w:shd w:val="clear" w:color="auto" w:fill="FFFFFF"/>
              <w:jc w:val="both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«О девочках и мальчиках»;</w:t>
            </w:r>
          </w:p>
          <w:p w14:paraId="59FD355D" w14:textId="13B0FE02" w:rsidR="00804820" w:rsidRPr="00E07358" w:rsidRDefault="00804820" w:rsidP="00804820">
            <w:pPr>
              <w:shd w:val="clear" w:color="auto" w:fill="FFFFFF"/>
              <w:jc w:val="both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D639F1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«Женщина – хранительница домашнего очага»</w:t>
            </w:r>
          </w:p>
        </w:tc>
        <w:tc>
          <w:tcPr>
            <w:tcW w:w="850" w:type="dxa"/>
          </w:tcPr>
          <w:p w14:paraId="61F50B99" w14:textId="468813F5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</w:tcPr>
          <w:p w14:paraId="10CACC1E" w14:textId="08054893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</w:tcPr>
          <w:p w14:paraId="4F056514" w14:textId="4E59DEA2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1D03835D" w14:textId="77777777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4820" w:rsidRPr="00E07358" w14:paraId="235F6FE6" w14:textId="77777777" w:rsidTr="00A142D3">
        <w:trPr>
          <w:jc w:val="center"/>
        </w:trPr>
        <w:tc>
          <w:tcPr>
            <w:tcW w:w="5365" w:type="dxa"/>
          </w:tcPr>
          <w:p w14:paraId="343696F9" w14:textId="3A56ACB9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</w:rPr>
              <w:t>«Дружба начинается с улыбки»;</w:t>
            </w:r>
          </w:p>
        </w:tc>
        <w:tc>
          <w:tcPr>
            <w:tcW w:w="850" w:type="dxa"/>
          </w:tcPr>
          <w:p w14:paraId="2D4A8BE6" w14:textId="6D7278BD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</w:tcPr>
          <w:p w14:paraId="1FE5CE4C" w14:textId="4DBDE414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</w:tcPr>
          <w:p w14:paraId="4E2807FC" w14:textId="68BEC976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70C7283C" w14:textId="77777777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4820" w:rsidRPr="00E07358" w14:paraId="4B575F82" w14:textId="77777777" w:rsidTr="00A142D3">
        <w:trPr>
          <w:jc w:val="center"/>
        </w:trPr>
        <w:tc>
          <w:tcPr>
            <w:tcW w:w="5365" w:type="dxa"/>
          </w:tcPr>
          <w:p w14:paraId="616F051F" w14:textId="2A2CFCC4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«Уважительное отношение детей к пожилым людям, воспитателям, сотрудникам»</w:t>
            </w:r>
          </w:p>
        </w:tc>
        <w:tc>
          <w:tcPr>
            <w:tcW w:w="850" w:type="dxa"/>
          </w:tcPr>
          <w:p w14:paraId="7B245EA2" w14:textId="5B8EE996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</w:tcPr>
          <w:p w14:paraId="3D4F6E07" w14:textId="08E3A158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</w:tcPr>
          <w:p w14:paraId="2B3CE214" w14:textId="7A43A12F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59B9E372" w14:textId="77777777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4820" w:rsidRPr="00E07358" w14:paraId="6F349261" w14:textId="77777777" w:rsidTr="00A142D3">
        <w:trPr>
          <w:jc w:val="center"/>
        </w:trPr>
        <w:tc>
          <w:tcPr>
            <w:tcW w:w="5365" w:type="dxa"/>
          </w:tcPr>
          <w:p w14:paraId="45A2DACF" w14:textId="77777777" w:rsidR="00804820" w:rsidRPr="00E07358" w:rsidRDefault="00804820" w:rsidP="00804820">
            <w:pPr>
              <w:shd w:val="clear" w:color="auto" w:fill="FFFFFF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lang w:val="ru-RU"/>
              </w:rPr>
              <w:t>«Значение дружной семьи, дружного класса»;</w:t>
            </w:r>
            <w:r w:rsidRPr="00E07358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  <w:p w14:paraId="64761283" w14:textId="74719D0C" w:rsidR="00804820" w:rsidRPr="00D639F1" w:rsidRDefault="00804820" w:rsidP="00804820">
            <w:pPr>
              <w:shd w:val="clear" w:color="auto" w:fill="FFFFFF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D639F1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«Мужчина должен защищать Родину»;</w:t>
            </w:r>
          </w:p>
          <w:p w14:paraId="3CCF55E9" w14:textId="20B1164A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91FA362" w14:textId="14A4144F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</w:tcPr>
          <w:p w14:paraId="4DCBDB57" w14:textId="1FB16AC9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</w:tcPr>
          <w:p w14:paraId="20AA7272" w14:textId="0F8B88CE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45F55116" w14:textId="77777777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4820" w:rsidRPr="00E07358" w14:paraId="6F0282DB" w14:textId="77777777" w:rsidTr="00632596">
        <w:trPr>
          <w:jc w:val="center"/>
        </w:trPr>
        <w:tc>
          <w:tcPr>
            <w:tcW w:w="14208" w:type="dxa"/>
            <w:gridSpan w:val="5"/>
            <w:vAlign w:val="center"/>
          </w:tcPr>
          <w:p w14:paraId="7ED5E6C1" w14:textId="28243BB4" w:rsidR="00804820" w:rsidRPr="00E07358" w:rsidRDefault="00804820" w:rsidP="00804820">
            <w:pPr>
              <w:shd w:val="clear" w:color="auto" w:fill="FFFFFF"/>
              <w:tabs>
                <w:tab w:val="left" w:pos="3912"/>
              </w:tabs>
              <w:spacing w:after="150"/>
              <w:ind w:left="720"/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D639F1">
              <w:rPr>
                <w:rFonts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Профилактика употребления психоактивных препаратов</w:t>
            </w:r>
          </w:p>
        </w:tc>
      </w:tr>
      <w:tr w:rsidR="00804820" w:rsidRPr="00E07358" w14:paraId="4404D04A" w14:textId="77777777" w:rsidTr="00A142D3">
        <w:trPr>
          <w:jc w:val="center"/>
        </w:trPr>
        <w:tc>
          <w:tcPr>
            <w:tcW w:w="5365" w:type="dxa"/>
          </w:tcPr>
          <w:p w14:paraId="7DF65CDC" w14:textId="49D25F6F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 1.«Если хочешь быть здоров»</w:t>
            </w:r>
          </w:p>
        </w:tc>
        <w:tc>
          <w:tcPr>
            <w:tcW w:w="850" w:type="dxa"/>
          </w:tcPr>
          <w:p w14:paraId="6F557235" w14:textId="75ABD4FE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</w:tcPr>
          <w:p w14:paraId="3C0B590F" w14:textId="67A73E10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</w:tcPr>
          <w:p w14:paraId="1A646D64" w14:textId="770BFCB5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19C5601C" w14:textId="77777777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4820" w:rsidRPr="00E07358" w14:paraId="3EDC3E43" w14:textId="77777777" w:rsidTr="00A142D3">
        <w:trPr>
          <w:jc w:val="center"/>
        </w:trPr>
        <w:tc>
          <w:tcPr>
            <w:tcW w:w="5365" w:type="dxa"/>
          </w:tcPr>
          <w:p w14:paraId="1CDCF8B4" w14:textId="26A409E1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 xml:space="preserve"> 2. «Полезные и вредные привычки»</w:t>
            </w:r>
          </w:p>
        </w:tc>
        <w:tc>
          <w:tcPr>
            <w:tcW w:w="850" w:type="dxa"/>
          </w:tcPr>
          <w:p w14:paraId="643DD38D" w14:textId="5C16FA40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</w:tcPr>
          <w:p w14:paraId="32E9B0F9" w14:textId="1604D730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</w:tcPr>
          <w:p w14:paraId="4A3717C0" w14:textId="21EA9C99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3E96EBAE" w14:textId="77777777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4820" w:rsidRPr="00E07358" w14:paraId="079EC6C0" w14:textId="77777777" w:rsidTr="00A142D3">
        <w:trPr>
          <w:jc w:val="center"/>
        </w:trPr>
        <w:tc>
          <w:tcPr>
            <w:tcW w:w="5365" w:type="dxa"/>
          </w:tcPr>
          <w:p w14:paraId="52EE1D86" w14:textId="7E1BCD6F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shd w:val="clear" w:color="auto" w:fill="F7F7F7"/>
                <w:lang w:val="ru-RU"/>
              </w:rPr>
              <w:lastRenderedPageBreak/>
              <w:t xml:space="preserve"> 3.«Что такое хорошо и что такое плохо»</w:t>
            </w:r>
          </w:p>
        </w:tc>
        <w:tc>
          <w:tcPr>
            <w:tcW w:w="850" w:type="dxa"/>
          </w:tcPr>
          <w:p w14:paraId="13EF7666" w14:textId="788B4B54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</w:tcPr>
          <w:p w14:paraId="649DDCED" w14:textId="52C00B14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</w:tcPr>
          <w:p w14:paraId="173160F1" w14:textId="40866256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5C60C628" w14:textId="77777777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4820" w:rsidRPr="00E07358" w14:paraId="4B175361" w14:textId="77777777" w:rsidTr="00A142D3">
        <w:trPr>
          <w:jc w:val="center"/>
        </w:trPr>
        <w:tc>
          <w:tcPr>
            <w:tcW w:w="5365" w:type="dxa"/>
          </w:tcPr>
          <w:p w14:paraId="2FB2F01F" w14:textId="1C3D6683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 </w:t>
            </w:r>
            <w:r w:rsidRPr="00E07358">
              <w:rPr>
                <w:rFonts w:cs="Times New Roman"/>
                <w:color w:val="000000"/>
                <w:sz w:val="24"/>
                <w:szCs w:val="24"/>
                <w:shd w:val="clear" w:color="auto" w:fill="F7F7F7"/>
                <w:lang w:val="ru-RU"/>
              </w:rPr>
              <w:t>4</w:t>
            </w:r>
            <w:r w:rsidRPr="00E07358"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  <w:t>.«Если хочешь быть здоров»</w:t>
            </w:r>
          </w:p>
        </w:tc>
        <w:tc>
          <w:tcPr>
            <w:tcW w:w="850" w:type="dxa"/>
          </w:tcPr>
          <w:p w14:paraId="7EB2A6B5" w14:textId="12D5CCCE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</w:tcPr>
          <w:p w14:paraId="26B2589B" w14:textId="2C75D269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</w:tcPr>
          <w:p w14:paraId="22FDE6B0" w14:textId="7E776564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0187A025" w14:textId="77777777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4820" w:rsidRPr="00E07358" w14:paraId="7F2C4148" w14:textId="77777777" w:rsidTr="00C92A74">
        <w:trPr>
          <w:jc w:val="center"/>
        </w:trPr>
        <w:tc>
          <w:tcPr>
            <w:tcW w:w="14208" w:type="dxa"/>
            <w:gridSpan w:val="5"/>
          </w:tcPr>
          <w:p w14:paraId="47255B4C" w14:textId="7F0CAF2A" w:rsidR="00804820" w:rsidRPr="00E07358" w:rsidRDefault="00804820" w:rsidP="00804820">
            <w:pPr>
              <w:spacing w:after="160" w:line="256" w:lineRule="auto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ru-RU"/>
              </w:rPr>
            </w:pPr>
            <w:r w:rsidRPr="00D639F1">
              <w:rPr>
                <w:rFonts w:eastAsia="Calibri" w:cs="Times New Roman"/>
                <w:b/>
                <w:bCs/>
                <w:sz w:val="24"/>
                <w:szCs w:val="24"/>
                <w:lang w:val="ru-RU"/>
              </w:rPr>
              <w:t>Профилактика суицидального поведения.</w:t>
            </w:r>
          </w:p>
        </w:tc>
      </w:tr>
      <w:tr w:rsidR="00804820" w:rsidRPr="00E07358" w14:paraId="7086C23A" w14:textId="77777777" w:rsidTr="00A142D3">
        <w:trPr>
          <w:jc w:val="center"/>
        </w:trPr>
        <w:tc>
          <w:tcPr>
            <w:tcW w:w="5365" w:type="dxa"/>
          </w:tcPr>
          <w:p w14:paraId="066BB591" w14:textId="77777777" w:rsidR="00804820" w:rsidRPr="00E07358" w:rsidRDefault="00804820" w:rsidP="00804820">
            <w:pPr>
              <w:spacing w:line="256" w:lineRule="auto"/>
              <w:contextualSpacing/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«Жизнь прекрасна»</w:t>
            </w:r>
          </w:p>
          <w:p w14:paraId="6A9ABE0B" w14:textId="1475CF2B" w:rsidR="00804820" w:rsidRPr="00E07358" w:rsidRDefault="00804820" w:rsidP="00804820">
            <w:pPr>
              <w:spacing w:line="256" w:lineRule="auto"/>
              <w:contextualSpacing/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D639F1">
              <w:rPr>
                <w:rFonts w:eastAsia="Calibri" w:cs="Times New Roman"/>
                <w:sz w:val="24"/>
                <w:szCs w:val="24"/>
                <w:lang w:val="ru-RU"/>
              </w:rPr>
              <w:t>«Наш класс»</w:t>
            </w:r>
          </w:p>
        </w:tc>
        <w:tc>
          <w:tcPr>
            <w:tcW w:w="850" w:type="dxa"/>
          </w:tcPr>
          <w:p w14:paraId="4D799FC3" w14:textId="255C74D1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</w:tcPr>
          <w:p w14:paraId="4DF2C7AB" w14:textId="10A35F9E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</w:tcPr>
          <w:p w14:paraId="75E2BE10" w14:textId="45799999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16A26EF1" w14:textId="77777777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4820" w:rsidRPr="00E07358" w14:paraId="29ADF69B" w14:textId="77777777" w:rsidTr="00A142D3">
        <w:trPr>
          <w:jc w:val="center"/>
        </w:trPr>
        <w:tc>
          <w:tcPr>
            <w:tcW w:w="5365" w:type="dxa"/>
          </w:tcPr>
          <w:p w14:paraId="269C7B68" w14:textId="77777777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«Давай говорить друг другу комплименты»</w:t>
            </w:r>
          </w:p>
          <w:p w14:paraId="5C370033" w14:textId="77777777" w:rsidR="00804820" w:rsidRPr="00D639F1" w:rsidRDefault="00804820" w:rsidP="00804820">
            <w:pPr>
              <w:spacing w:line="256" w:lineRule="auto"/>
              <w:contextualSpacing/>
              <w:rPr>
                <w:rFonts w:eastAsia="Calibri" w:cs="Times New Roman"/>
                <w:sz w:val="24"/>
                <w:szCs w:val="24"/>
                <w:lang w:val="ru-RU"/>
              </w:rPr>
            </w:pPr>
            <w:r w:rsidRPr="00D639F1">
              <w:rPr>
                <w:rFonts w:eastAsia="Calibri" w:cs="Times New Roman"/>
                <w:sz w:val="24"/>
                <w:szCs w:val="24"/>
                <w:lang w:val="ru-RU"/>
              </w:rPr>
              <w:t>«Что такое дружба?»</w:t>
            </w:r>
          </w:p>
          <w:p w14:paraId="42863B72" w14:textId="46B84784" w:rsidR="00804820" w:rsidRPr="00E07358" w:rsidRDefault="00804820" w:rsidP="00804820">
            <w:pPr>
              <w:rPr>
                <w:rFonts w:cs="Times New Roman"/>
                <w:color w:val="000000"/>
                <w:sz w:val="24"/>
                <w:szCs w:val="24"/>
                <w:shd w:val="clear" w:color="auto" w:fill="F7F7F7"/>
                <w:lang w:val="ru-RU"/>
              </w:rPr>
            </w:pPr>
          </w:p>
        </w:tc>
        <w:tc>
          <w:tcPr>
            <w:tcW w:w="850" w:type="dxa"/>
          </w:tcPr>
          <w:p w14:paraId="32A356E9" w14:textId="66FA2EB8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</w:tcPr>
          <w:p w14:paraId="3F4A01F6" w14:textId="6697F0FC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</w:tcPr>
          <w:p w14:paraId="153A01A0" w14:textId="65066E8D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6D5D26FF" w14:textId="77777777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4820" w:rsidRPr="00E07358" w14:paraId="19679781" w14:textId="77777777" w:rsidTr="00A142D3">
        <w:trPr>
          <w:jc w:val="center"/>
        </w:trPr>
        <w:tc>
          <w:tcPr>
            <w:tcW w:w="5365" w:type="dxa"/>
          </w:tcPr>
          <w:p w14:paraId="3A0884F7" w14:textId="3CFE7F8B" w:rsidR="00804820" w:rsidRPr="00E07358" w:rsidRDefault="00804820" w:rsidP="00804820">
            <w:pPr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</w:pPr>
            <w:r w:rsidRPr="00E07358">
              <w:rPr>
                <w:rFonts w:cs="Times New Roman"/>
                <w:sz w:val="24"/>
                <w:szCs w:val="24"/>
              </w:rPr>
              <w:t>«Как хорошо жить»</w:t>
            </w:r>
          </w:p>
        </w:tc>
        <w:tc>
          <w:tcPr>
            <w:tcW w:w="850" w:type="dxa"/>
          </w:tcPr>
          <w:p w14:paraId="73E1DCE1" w14:textId="26DF3CE9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</w:tcPr>
          <w:p w14:paraId="3AE3AC2F" w14:textId="6E04E36A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</w:tcPr>
          <w:p w14:paraId="4B515812" w14:textId="42CC0D9C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0AAC91F2" w14:textId="77777777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4820" w:rsidRPr="00E07358" w14:paraId="0102A694" w14:textId="77777777" w:rsidTr="00A142D3">
        <w:trPr>
          <w:jc w:val="center"/>
        </w:trPr>
        <w:tc>
          <w:tcPr>
            <w:tcW w:w="5365" w:type="dxa"/>
          </w:tcPr>
          <w:p w14:paraId="0B70C600" w14:textId="0A6FDD41" w:rsidR="00804820" w:rsidRPr="00E07358" w:rsidRDefault="00804820" w:rsidP="00804820">
            <w:pPr>
              <w:rPr>
                <w:rFonts w:cs="Times New Roman"/>
                <w:color w:val="000000"/>
                <w:sz w:val="24"/>
                <w:szCs w:val="24"/>
                <w:shd w:val="clear" w:color="auto" w:fill="F7F7F7"/>
              </w:rPr>
            </w:pPr>
            <w:r w:rsidRPr="00E07358">
              <w:rPr>
                <w:rFonts w:cs="Times New Roman"/>
                <w:sz w:val="24"/>
                <w:szCs w:val="24"/>
              </w:rPr>
              <w:t>«Мы голосуем за жизнь»</w:t>
            </w:r>
          </w:p>
        </w:tc>
        <w:tc>
          <w:tcPr>
            <w:tcW w:w="850" w:type="dxa"/>
          </w:tcPr>
          <w:p w14:paraId="0068A1B4" w14:textId="5D3077FB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</w:tcPr>
          <w:p w14:paraId="4910369B" w14:textId="4C953A9D" w:rsidR="00804820" w:rsidRPr="00E07358" w:rsidRDefault="00804820" w:rsidP="00804820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</w:tcPr>
          <w:p w14:paraId="0E0BA557" w14:textId="2932F337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6FD2B1FA" w14:textId="77777777" w:rsidR="00804820" w:rsidRPr="00E07358" w:rsidRDefault="00804820" w:rsidP="00804820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65B51B13" w14:textId="1CF9EDB2" w:rsidTr="00DE1B63">
        <w:trPr>
          <w:jc w:val="center"/>
        </w:trPr>
        <w:tc>
          <w:tcPr>
            <w:tcW w:w="5365" w:type="dxa"/>
            <w:vAlign w:val="center"/>
          </w:tcPr>
          <w:p w14:paraId="3D8D580D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Участие классов в Днях единых действий, общешкольных и муниципальных мероприятиях</w:t>
            </w:r>
          </w:p>
        </w:tc>
        <w:tc>
          <w:tcPr>
            <w:tcW w:w="850" w:type="dxa"/>
            <w:vAlign w:val="center"/>
          </w:tcPr>
          <w:p w14:paraId="7277B02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74AEBD2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По календарю школы и организаторов</w:t>
            </w:r>
          </w:p>
        </w:tc>
        <w:tc>
          <w:tcPr>
            <w:tcW w:w="2977" w:type="dxa"/>
            <w:vAlign w:val="center"/>
          </w:tcPr>
          <w:p w14:paraId="6E9BAFD3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3B207B03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7E530836" w14:textId="681C0884" w:rsidTr="00DE1B63">
        <w:trPr>
          <w:jc w:val="center"/>
        </w:trPr>
        <w:tc>
          <w:tcPr>
            <w:tcW w:w="5365" w:type="dxa"/>
            <w:vAlign w:val="center"/>
          </w:tcPr>
          <w:p w14:paraId="6FDC979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Праздник осени</w:t>
            </w:r>
          </w:p>
        </w:tc>
        <w:tc>
          <w:tcPr>
            <w:tcW w:w="850" w:type="dxa"/>
            <w:vAlign w:val="center"/>
          </w:tcPr>
          <w:p w14:paraId="7CB181E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40D2794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Октябрь 2026 года</w:t>
            </w:r>
          </w:p>
        </w:tc>
        <w:tc>
          <w:tcPr>
            <w:tcW w:w="2977" w:type="dxa"/>
            <w:vAlign w:val="center"/>
          </w:tcPr>
          <w:p w14:paraId="65836F55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167F9569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64B22378" w14:textId="37938E60" w:rsidTr="00DE1B63">
        <w:trPr>
          <w:jc w:val="center"/>
        </w:trPr>
        <w:tc>
          <w:tcPr>
            <w:tcW w:w="5365" w:type="dxa"/>
            <w:vAlign w:val="center"/>
          </w:tcPr>
          <w:p w14:paraId="526EF4E1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Новогодний классный праздник</w:t>
            </w:r>
          </w:p>
        </w:tc>
        <w:tc>
          <w:tcPr>
            <w:tcW w:w="850" w:type="dxa"/>
            <w:vAlign w:val="center"/>
          </w:tcPr>
          <w:p w14:paraId="05B53FE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1561EE9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Декабрь 2026 года</w:t>
            </w:r>
          </w:p>
        </w:tc>
        <w:tc>
          <w:tcPr>
            <w:tcW w:w="2977" w:type="dxa"/>
            <w:vAlign w:val="center"/>
          </w:tcPr>
          <w:p w14:paraId="690AF6FC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32C9B951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18BE369B" w14:textId="7FD713FD" w:rsidTr="00DE1B63">
        <w:trPr>
          <w:jc w:val="center"/>
        </w:trPr>
        <w:tc>
          <w:tcPr>
            <w:tcW w:w="5365" w:type="dxa"/>
            <w:vAlign w:val="center"/>
          </w:tcPr>
          <w:p w14:paraId="2107B173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Масленичная игровая программа</w:t>
            </w:r>
          </w:p>
        </w:tc>
        <w:tc>
          <w:tcPr>
            <w:tcW w:w="850" w:type="dxa"/>
            <w:vAlign w:val="center"/>
          </w:tcPr>
          <w:p w14:paraId="3F2F501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1521190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Февраль–март 2027 года, по календарю</w:t>
            </w:r>
          </w:p>
        </w:tc>
        <w:tc>
          <w:tcPr>
            <w:tcW w:w="2977" w:type="dxa"/>
            <w:vAlign w:val="center"/>
          </w:tcPr>
          <w:p w14:paraId="31C975F0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3598" w:type="dxa"/>
          </w:tcPr>
          <w:p w14:paraId="7926E09F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0F5F2179" w14:textId="63841C96" w:rsidTr="00DE1B63">
        <w:trPr>
          <w:jc w:val="center"/>
        </w:trPr>
        <w:tc>
          <w:tcPr>
            <w:tcW w:w="5365" w:type="dxa"/>
            <w:vAlign w:val="center"/>
          </w:tcPr>
          <w:p w14:paraId="5441978C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Праздник «Прощай, начальная школа!»</w:t>
            </w:r>
          </w:p>
        </w:tc>
        <w:tc>
          <w:tcPr>
            <w:tcW w:w="850" w:type="dxa"/>
            <w:vAlign w:val="center"/>
          </w:tcPr>
          <w:p w14:paraId="735FBB6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3AA4A38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Май 2027 года</w:t>
            </w:r>
          </w:p>
        </w:tc>
        <w:tc>
          <w:tcPr>
            <w:tcW w:w="2977" w:type="dxa"/>
            <w:vAlign w:val="center"/>
          </w:tcPr>
          <w:p w14:paraId="59222E82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98" w:type="dxa"/>
          </w:tcPr>
          <w:p w14:paraId="5E4984D3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4A7AB4A4" w14:textId="457986CB" w:rsidTr="00DE1B63">
        <w:trPr>
          <w:jc w:val="center"/>
        </w:trPr>
        <w:tc>
          <w:tcPr>
            <w:tcW w:w="5365" w:type="dxa"/>
            <w:vAlign w:val="center"/>
          </w:tcPr>
          <w:p w14:paraId="4F93D62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Инструктажи и практические занятия по безопасному поведению</w:t>
            </w:r>
          </w:p>
        </w:tc>
        <w:tc>
          <w:tcPr>
            <w:tcW w:w="850" w:type="dxa"/>
            <w:vAlign w:val="center"/>
          </w:tcPr>
          <w:p w14:paraId="758C778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8D2679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Перед каникулами, поездками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и массовыми мероприятиями</w:t>
            </w:r>
          </w:p>
        </w:tc>
        <w:tc>
          <w:tcPr>
            <w:tcW w:w="2977" w:type="dxa"/>
            <w:vAlign w:val="center"/>
          </w:tcPr>
          <w:p w14:paraId="2ADBB9F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Классные руководители; ответственный за комплексную безопасность</w:t>
            </w:r>
          </w:p>
        </w:tc>
        <w:tc>
          <w:tcPr>
            <w:tcW w:w="3598" w:type="dxa"/>
          </w:tcPr>
          <w:p w14:paraId="6234E20D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5F45ACCC" w14:textId="21D0F16E" w:rsidTr="00DE1B63">
        <w:trPr>
          <w:jc w:val="center"/>
        </w:trPr>
        <w:tc>
          <w:tcPr>
            <w:tcW w:w="5365" w:type="dxa"/>
            <w:vAlign w:val="center"/>
          </w:tcPr>
          <w:p w14:paraId="6070C4F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Образовательные экскурсии и культурные посещения</w:t>
            </w:r>
          </w:p>
        </w:tc>
        <w:tc>
          <w:tcPr>
            <w:tcW w:w="850" w:type="dxa"/>
            <w:vAlign w:val="center"/>
          </w:tcPr>
          <w:p w14:paraId="61419D0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D314F0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По плану класса, не менее одного раза в полугодие</w:t>
            </w:r>
          </w:p>
        </w:tc>
        <w:tc>
          <w:tcPr>
            <w:tcW w:w="2977" w:type="dxa"/>
            <w:vAlign w:val="center"/>
          </w:tcPr>
          <w:p w14:paraId="57B1E90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руководители; представители организаций — по согласованию</w:t>
            </w:r>
          </w:p>
        </w:tc>
        <w:tc>
          <w:tcPr>
            <w:tcW w:w="3598" w:type="dxa"/>
          </w:tcPr>
          <w:p w14:paraId="67CAC13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63DE9E01" w14:textId="6863DE15" w:rsidTr="00DE1B63">
        <w:trPr>
          <w:jc w:val="center"/>
        </w:trPr>
        <w:tc>
          <w:tcPr>
            <w:tcW w:w="5365" w:type="dxa"/>
            <w:vAlign w:val="center"/>
          </w:tcPr>
          <w:p w14:paraId="0F03069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Совместные мероприятия с родителями (законными представителями)</w:t>
            </w:r>
          </w:p>
        </w:tc>
        <w:tc>
          <w:tcPr>
            <w:tcW w:w="850" w:type="dxa"/>
            <w:vAlign w:val="center"/>
          </w:tcPr>
          <w:p w14:paraId="0220D20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40273EF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977" w:type="dxa"/>
            <w:vAlign w:val="center"/>
          </w:tcPr>
          <w:p w14:paraId="3CA6BE4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руководители; родители — по согласованию</w:t>
            </w:r>
          </w:p>
        </w:tc>
        <w:tc>
          <w:tcPr>
            <w:tcW w:w="3598" w:type="dxa"/>
          </w:tcPr>
          <w:p w14:paraId="5A4BA9D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7BBC" w:rsidRPr="00E07358" w14:paraId="4F23DE05" w14:textId="77777777" w:rsidTr="00807BBC">
        <w:trPr>
          <w:jc w:val="center"/>
        </w:trPr>
        <w:tc>
          <w:tcPr>
            <w:tcW w:w="14208" w:type="dxa"/>
            <w:gridSpan w:val="5"/>
            <w:shd w:val="clear" w:color="auto" w:fill="FF0000"/>
            <w:vAlign w:val="center"/>
          </w:tcPr>
          <w:p w14:paraId="657B882C" w14:textId="6843452A" w:rsidR="00807BBC" w:rsidRPr="00E07358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ru-RU"/>
              </w:rPr>
              <w:t xml:space="preserve">Классные часы </w:t>
            </w:r>
            <w:r w:rsidRPr="00807BBC">
              <w:rPr>
                <w:rFonts w:cs="Times New Roman"/>
                <w:b/>
                <w:bCs/>
                <w:sz w:val="28"/>
                <w:szCs w:val="28"/>
                <w:lang w:val="ru-RU"/>
              </w:rPr>
              <w:t>Правовое воспитание</w:t>
            </w:r>
          </w:p>
        </w:tc>
      </w:tr>
      <w:tr w:rsidR="00807BBC" w:rsidRPr="00E07358" w14:paraId="390568FC" w14:textId="77777777" w:rsidTr="00DE1B63">
        <w:trPr>
          <w:jc w:val="center"/>
        </w:trPr>
        <w:tc>
          <w:tcPr>
            <w:tcW w:w="5365" w:type="dxa"/>
            <w:vAlign w:val="center"/>
          </w:tcPr>
          <w:p w14:paraId="4277C680" w14:textId="77777777" w:rsidR="00807BBC" w:rsidRPr="00E07358" w:rsidRDefault="00807BB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vAlign w:val="center"/>
          </w:tcPr>
          <w:p w14:paraId="0806FC7D" w14:textId="77777777" w:rsidR="00807BBC" w:rsidRPr="00E07358" w:rsidRDefault="00807B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F10EEAD" w14:textId="77777777" w:rsidR="00807BBC" w:rsidRPr="00E07358" w:rsidRDefault="00807B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7A11D38" w14:textId="77777777" w:rsidR="00807BBC" w:rsidRPr="00E07358" w:rsidRDefault="00807BB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598" w:type="dxa"/>
          </w:tcPr>
          <w:p w14:paraId="1AEAB3EE" w14:textId="77777777" w:rsidR="00807BBC" w:rsidRPr="00E07358" w:rsidRDefault="00807BB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6E608200" w14:textId="77777777" w:rsidR="00226F36" w:rsidRPr="00E07358" w:rsidRDefault="00226F36">
      <w:pPr>
        <w:spacing w:after="0"/>
        <w:rPr>
          <w:rFonts w:cs="Times New Roman"/>
          <w:sz w:val="24"/>
          <w:szCs w:val="24"/>
          <w:lang w:val="ru-RU"/>
        </w:rPr>
      </w:pPr>
    </w:p>
    <w:p w14:paraId="07681A96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</w:rPr>
      </w:pPr>
      <w:r w:rsidRPr="00E07358">
        <w:rPr>
          <w:rFonts w:cs="Times New Roman"/>
          <w:b/>
          <w:sz w:val="24"/>
          <w:szCs w:val="24"/>
        </w:rPr>
        <w:t>МОДУЛЬ «ОСНОВНЫЕ ШКОЛЬНЫЕ ДЕЛА»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0"/>
        <w:gridCol w:w="850"/>
        <w:gridCol w:w="1418"/>
        <w:gridCol w:w="2977"/>
        <w:gridCol w:w="3553"/>
      </w:tblGrid>
      <w:tr w:rsidR="00DE1B63" w:rsidRPr="00E07358" w14:paraId="34FE93FF" w14:textId="59A36DBF" w:rsidTr="00DE1B63">
        <w:trPr>
          <w:tblHeader/>
          <w:jc w:val="center"/>
        </w:trPr>
        <w:tc>
          <w:tcPr>
            <w:tcW w:w="5320" w:type="dxa"/>
            <w:shd w:val="clear" w:color="auto" w:fill="D9EAF7"/>
            <w:vAlign w:val="center"/>
          </w:tcPr>
          <w:p w14:paraId="3FD0A53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425EF5B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418" w:type="dxa"/>
            <w:shd w:val="clear" w:color="auto" w:fill="D9EAF7"/>
            <w:vAlign w:val="center"/>
          </w:tcPr>
          <w:p w14:paraId="500532F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977" w:type="dxa"/>
            <w:shd w:val="clear" w:color="auto" w:fill="D9EAF7"/>
            <w:vAlign w:val="center"/>
          </w:tcPr>
          <w:p w14:paraId="728009A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553" w:type="dxa"/>
            <w:shd w:val="clear" w:color="auto" w:fill="D9EAF7"/>
          </w:tcPr>
          <w:p w14:paraId="6DB619DE" w14:textId="66FDD092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807BBC" w:rsidRPr="00E07358" w14:paraId="163B8C53" w14:textId="77777777" w:rsidTr="001F30A3">
        <w:trPr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6C06" w14:textId="188ECD79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>Правила вокруг нас</w:t>
            </w:r>
          </w:p>
        </w:tc>
        <w:tc>
          <w:tcPr>
            <w:tcW w:w="850" w:type="dxa"/>
            <w:vAlign w:val="center"/>
          </w:tcPr>
          <w:p w14:paraId="6ED5FF03" w14:textId="3A2E0DC4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vAlign w:val="center"/>
          </w:tcPr>
          <w:p w14:paraId="22A51851" w14:textId="6E4F6E57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  <w:vAlign w:val="center"/>
          </w:tcPr>
          <w:p w14:paraId="32A2A994" w14:textId="4FD8FD77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2550578D" w14:textId="77777777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7BBC" w:rsidRPr="00E07358" w14:paraId="5274B718" w14:textId="77777777" w:rsidTr="001F30A3">
        <w:trPr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D667C" w14:textId="77777777" w:rsidR="00807BBC" w:rsidRPr="00807BBC" w:rsidRDefault="00807BBC" w:rsidP="00807BBC">
            <w:pPr>
              <w:rPr>
                <w:bCs/>
                <w:sz w:val="24"/>
                <w:szCs w:val="24"/>
                <w:lang w:val="ru-RU"/>
              </w:rPr>
            </w:pPr>
            <w:r w:rsidRPr="00807BBC">
              <w:rPr>
                <w:bCs/>
                <w:sz w:val="24"/>
                <w:szCs w:val="24"/>
                <w:lang w:val="ru-RU"/>
              </w:rPr>
              <w:t xml:space="preserve">Наш класс. </w:t>
            </w:r>
          </w:p>
          <w:p w14:paraId="0D7DCD65" w14:textId="3501807C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07BBC">
              <w:rPr>
                <w:bCs/>
                <w:sz w:val="24"/>
                <w:szCs w:val="24"/>
                <w:lang w:val="ru-RU"/>
              </w:rPr>
              <w:t>Я и мои друзья</w:t>
            </w:r>
          </w:p>
        </w:tc>
        <w:tc>
          <w:tcPr>
            <w:tcW w:w="850" w:type="dxa"/>
            <w:vAlign w:val="center"/>
          </w:tcPr>
          <w:p w14:paraId="2E3D4E7F" w14:textId="13D2FABD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vAlign w:val="center"/>
          </w:tcPr>
          <w:p w14:paraId="00F91776" w14:textId="06D3F909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  <w:vAlign w:val="center"/>
          </w:tcPr>
          <w:p w14:paraId="6F05BB9E" w14:textId="0D0582CC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49FB8D9E" w14:textId="77777777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7BBC" w:rsidRPr="00E07358" w14:paraId="1DAAFBE6" w14:textId="77777777" w:rsidTr="001F30A3">
        <w:trPr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5F09" w14:textId="15AADBEF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 xml:space="preserve">Правила личной безопасности </w:t>
            </w:r>
          </w:p>
        </w:tc>
        <w:tc>
          <w:tcPr>
            <w:tcW w:w="850" w:type="dxa"/>
            <w:vAlign w:val="center"/>
          </w:tcPr>
          <w:p w14:paraId="73C6C817" w14:textId="1FE9D2AB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vAlign w:val="center"/>
          </w:tcPr>
          <w:p w14:paraId="2BF702CF" w14:textId="27778C40" w:rsidR="00807BBC" w:rsidRPr="00E07358" w:rsidRDefault="00807BBC" w:rsidP="00807BB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  <w:vAlign w:val="center"/>
          </w:tcPr>
          <w:p w14:paraId="3E337AC5" w14:textId="304C394F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57F99A8D" w14:textId="77777777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7BBC" w:rsidRPr="00E07358" w14:paraId="0D5EF17E" w14:textId="77777777" w:rsidTr="001F30A3">
        <w:trPr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047B" w14:textId="6391BDDD" w:rsidR="00807BBC" w:rsidRPr="00807BBC" w:rsidRDefault="00807BBC" w:rsidP="00807BB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Главные ценности моей жизни </w:t>
            </w:r>
          </w:p>
        </w:tc>
        <w:tc>
          <w:tcPr>
            <w:tcW w:w="850" w:type="dxa"/>
            <w:vAlign w:val="center"/>
          </w:tcPr>
          <w:p w14:paraId="6076BF71" w14:textId="6843B1D3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vAlign w:val="center"/>
          </w:tcPr>
          <w:p w14:paraId="469B4D4F" w14:textId="773F5F2B" w:rsidR="00807BBC" w:rsidRPr="00E07358" w:rsidRDefault="00807BBC" w:rsidP="00807BB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  <w:vAlign w:val="center"/>
          </w:tcPr>
          <w:p w14:paraId="4EF1A1D2" w14:textId="5532DBCC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26D9D221" w14:textId="77777777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7BBC" w:rsidRPr="00E07358" w14:paraId="23BC3E74" w14:textId="77777777" w:rsidTr="00592BF7">
        <w:trPr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787D" w14:textId="692DA7DE" w:rsidR="00807BBC" w:rsidRPr="00807BBC" w:rsidRDefault="00807BBC" w:rsidP="00807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Наша школа </w:t>
            </w:r>
          </w:p>
        </w:tc>
        <w:tc>
          <w:tcPr>
            <w:tcW w:w="850" w:type="dxa"/>
            <w:vAlign w:val="center"/>
          </w:tcPr>
          <w:p w14:paraId="6AEE4659" w14:textId="56A12536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vAlign w:val="center"/>
          </w:tcPr>
          <w:p w14:paraId="520DB699" w14:textId="1B26FF99" w:rsidR="00807BBC" w:rsidRPr="00E07358" w:rsidRDefault="00807BBC" w:rsidP="00807BB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  <w:vAlign w:val="center"/>
          </w:tcPr>
          <w:p w14:paraId="7322E591" w14:textId="422845EE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1CCDF1A6" w14:textId="77777777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7BBC" w:rsidRPr="00E07358" w14:paraId="5BC27292" w14:textId="77777777" w:rsidTr="00592BF7">
        <w:trPr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EB97" w14:textId="62F47108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07BBC">
              <w:rPr>
                <w:sz w:val="24"/>
                <w:szCs w:val="24"/>
                <w:lang w:val="ru-RU"/>
              </w:rPr>
              <w:t>Основные документы, защищающие права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07BBC">
              <w:rPr>
                <w:sz w:val="24"/>
                <w:szCs w:val="24"/>
                <w:lang w:val="ru-RU"/>
              </w:rPr>
              <w:t xml:space="preserve">ребенка </w:t>
            </w:r>
          </w:p>
        </w:tc>
        <w:tc>
          <w:tcPr>
            <w:tcW w:w="850" w:type="dxa"/>
            <w:vAlign w:val="center"/>
          </w:tcPr>
          <w:p w14:paraId="4E65DE0A" w14:textId="7F1D60A8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vAlign w:val="center"/>
          </w:tcPr>
          <w:p w14:paraId="35040BD6" w14:textId="1E0FA1E4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  <w:vAlign w:val="center"/>
          </w:tcPr>
          <w:p w14:paraId="7746E149" w14:textId="58C266EB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753DB7D6" w14:textId="77777777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7BBC" w:rsidRPr="00E07358" w14:paraId="65745B16" w14:textId="77777777" w:rsidTr="00592BF7">
        <w:trPr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6773" w14:textId="363DE929" w:rsidR="00807BBC" w:rsidRPr="00807BBC" w:rsidRDefault="00807BBC" w:rsidP="00807BBC">
            <w:pPr>
              <w:rPr>
                <w:sz w:val="24"/>
                <w:szCs w:val="24"/>
                <w:lang w:val="ru-RU"/>
              </w:rPr>
            </w:pPr>
            <w:r w:rsidRPr="00807BBC">
              <w:rPr>
                <w:sz w:val="24"/>
                <w:szCs w:val="24"/>
                <w:lang w:val="ru-RU"/>
              </w:rPr>
              <w:t xml:space="preserve">Дом, в котором я живу </w:t>
            </w:r>
          </w:p>
        </w:tc>
        <w:tc>
          <w:tcPr>
            <w:tcW w:w="850" w:type="dxa"/>
            <w:vAlign w:val="center"/>
          </w:tcPr>
          <w:p w14:paraId="360476F4" w14:textId="2511F748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vAlign w:val="center"/>
          </w:tcPr>
          <w:p w14:paraId="64542FC0" w14:textId="34F31CF7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 xml:space="preserve">1 раз в </w:t>
            </w: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четверть</w:t>
            </w:r>
          </w:p>
        </w:tc>
        <w:tc>
          <w:tcPr>
            <w:tcW w:w="2977" w:type="dxa"/>
            <w:vAlign w:val="center"/>
          </w:tcPr>
          <w:p w14:paraId="0CB8D309" w14:textId="6DAAF02B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Классные руководители</w:t>
            </w:r>
          </w:p>
        </w:tc>
        <w:tc>
          <w:tcPr>
            <w:tcW w:w="3553" w:type="dxa"/>
          </w:tcPr>
          <w:p w14:paraId="2984C488" w14:textId="77777777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7BBC" w:rsidRPr="00E07358" w14:paraId="25A69F4B" w14:textId="77777777" w:rsidTr="00592BF7">
        <w:trPr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22FB9" w14:textId="50E7B183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07BBC">
              <w:rPr>
                <w:sz w:val="24"/>
                <w:szCs w:val="24"/>
                <w:lang w:val="ru-RU"/>
              </w:rPr>
              <w:lastRenderedPageBreak/>
              <w:t>Кто и что меня защищает</w:t>
            </w:r>
          </w:p>
        </w:tc>
        <w:tc>
          <w:tcPr>
            <w:tcW w:w="850" w:type="dxa"/>
            <w:vAlign w:val="center"/>
          </w:tcPr>
          <w:p w14:paraId="1F7DBB54" w14:textId="3D484E83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vAlign w:val="center"/>
          </w:tcPr>
          <w:p w14:paraId="3588474E" w14:textId="51CC838D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  <w:vAlign w:val="center"/>
          </w:tcPr>
          <w:p w14:paraId="4824413E" w14:textId="2DDFA1A6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31E7D36C" w14:textId="77777777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7BBC" w:rsidRPr="00E07358" w14:paraId="646F42E4" w14:textId="77777777" w:rsidTr="00267475">
        <w:trPr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BBD9" w14:textId="41584ACC" w:rsidR="00807BBC" w:rsidRPr="00807BBC" w:rsidRDefault="00807BBC" w:rsidP="00807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«Права растут»</w:t>
            </w:r>
          </w:p>
        </w:tc>
        <w:tc>
          <w:tcPr>
            <w:tcW w:w="850" w:type="dxa"/>
            <w:vAlign w:val="center"/>
          </w:tcPr>
          <w:p w14:paraId="73DF1B77" w14:textId="5D4CC3A1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  <w:vAlign w:val="center"/>
          </w:tcPr>
          <w:p w14:paraId="512DA7CE" w14:textId="77492695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  <w:vAlign w:val="center"/>
          </w:tcPr>
          <w:p w14:paraId="5F8B622D" w14:textId="4C5A14B2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0142381C" w14:textId="77777777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7BBC" w:rsidRPr="00E07358" w14:paraId="14F60688" w14:textId="77777777" w:rsidTr="00267475">
        <w:trPr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9996" w14:textId="733A4302" w:rsidR="00807BBC" w:rsidRPr="00807BBC" w:rsidRDefault="00807BBC" w:rsidP="00807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 и мы </w:t>
            </w:r>
          </w:p>
        </w:tc>
        <w:tc>
          <w:tcPr>
            <w:tcW w:w="850" w:type="dxa"/>
            <w:vAlign w:val="center"/>
          </w:tcPr>
          <w:p w14:paraId="4EFFD15B" w14:textId="64F9DBBE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  <w:vAlign w:val="center"/>
          </w:tcPr>
          <w:p w14:paraId="470F73EE" w14:textId="36D8C02A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  <w:vAlign w:val="center"/>
          </w:tcPr>
          <w:p w14:paraId="36DF40E3" w14:textId="3450DA62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2DC90C9F" w14:textId="77777777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7BBC" w:rsidRPr="00E07358" w14:paraId="4276F796" w14:textId="77777777" w:rsidTr="00267475">
        <w:trPr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E197" w14:textId="1D2987D5" w:rsidR="00807BBC" w:rsidRPr="00807BBC" w:rsidRDefault="00807BBC" w:rsidP="00807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экскурсии </w:t>
            </w:r>
          </w:p>
        </w:tc>
        <w:tc>
          <w:tcPr>
            <w:tcW w:w="850" w:type="dxa"/>
            <w:vAlign w:val="center"/>
          </w:tcPr>
          <w:p w14:paraId="12103D18" w14:textId="606FE336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  <w:vAlign w:val="center"/>
          </w:tcPr>
          <w:p w14:paraId="14047007" w14:textId="1CD6B440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  <w:vAlign w:val="center"/>
          </w:tcPr>
          <w:p w14:paraId="094A79C3" w14:textId="73CDBC23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092DF0AE" w14:textId="77777777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7BBC" w:rsidRPr="00E07358" w14:paraId="380058C8" w14:textId="77777777" w:rsidTr="00267475">
        <w:trPr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9EC1A" w14:textId="45E0D82F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07BBC">
              <w:rPr>
                <w:sz w:val="24"/>
                <w:szCs w:val="24"/>
                <w:lang w:val="ru-RU"/>
              </w:rPr>
              <w:t xml:space="preserve">Праздники в России, связанные с защитой прав ребенка </w:t>
            </w:r>
          </w:p>
        </w:tc>
        <w:tc>
          <w:tcPr>
            <w:tcW w:w="850" w:type="dxa"/>
            <w:vAlign w:val="center"/>
          </w:tcPr>
          <w:p w14:paraId="0563834E" w14:textId="77777777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Align w:val="center"/>
          </w:tcPr>
          <w:p w14:paraId="55B1035A" w14:textId="36B77018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  <w:vAlign w:val="center"/>
          </w:tcPr>
          <w:p w14:paraId="02DA807F" w14:textId="3654196B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138031BA" w14:textId="77777777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7BBC" w:rsidRPr="00E07358" w14:paraId="203A8F7E" w14:textId="77777777" w:rsidTr="00B35BAB">
        <w:trPr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DD93" w14:textId="0AB57047" w:rsidR="00807BBC" w:rsidRPr="00807BBC" w:rsidRDefault="00807BBC" w:rsidP="00807BBC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Уважать себя - уважать другого</w:t>
            </w:r>
          </w:p>
        </w:tc>
        <w:tc>
          <w:tcPr>
            <w:tcW w:w="850" w:type="dxa"/>
            <w:vAlign w:val="center"/>
          </w:tcPr>
          <w:p w14:paraId="3B350D78" w14:textId="24E92A3C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  <w:vAlign w:val="center"/>
          </w:tcPr>
          <w:p w14:paraId="7D528FDA" w14:textId="535FE966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  <w:vAlign w:val="center"/>
          </w:tcPr>
          <w:p w14:paraId="6365A789" w14:textId="2189CB7E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4DD93106" w14:textId="77777777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7BBC" w:rsidRPr="00E07358" w14:paraId="6680954E" w14:textId="77777777" w:rsidTr="00B35BAB">
        <w:trPr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C20A6" w14:textId="6DA1023F" w:rsidR="00807BBC" w:rsidRPr="00807BBC" w:rsidRDefault="00807BBC" w:rsidP="00807BBC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Учимся договариваться </w:t>
            </w:r>
          </w:p>
        </w:tc>
        <w:tc>
          <w:tcPr>
            <w:tcW w:w="850" w:type="dxa"/>
            <w:vAlign w:val="center"/>
          </w:tcPr>
          <w:p w14:paraId="517D5E7D" w14:textId="20060D33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  <w:vAlign w:val="center"/>
          </w:tcPr>
          <w:p w14:paraId="519EC79D" w14:textId="3E5067A8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  <w:vAlign w:val="center"/>
          </w:tcPr>
          <w:p w14:paraId="535CA295" w14:textId="2DA56B6E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23D61216" w14:textId="77777777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7BBC" w:rsidRPr="00E07358" w14:paraId="1DF211D0" w14:textId="77777777" w:rsidTr="00B35BAB">
        <w:trPr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7FEE" w14:textId="54E01C67" w:rsidR="00807BBC" w:rsidRPr="00807BBC" w:rsidRDefault="00807BBC" w:rsidP="00807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Поступок или проступок?</w:t>
            </w:r>
          </w:p>
        </w:tc>
        <w:tc>
          <w:tcPr>
            <w:tcW w:w="850" w:type="dxa"/>
            <w:vAlign w:val="center"/>
          </w:tcPr>
          <w:p w14:paraId="76B0CC50" w14:textId="2335295B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  <w:vAlign w:val="center"/>
          </w:tcPr>
          <w:p w14:paraId="779B06D4" w14:textId="3E1714CE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  <w:vAlign w:val="center"/>
          </w:tcPr>
          <w:p w14:paraId="1161F744" w14:textId="1686055F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7657B61B" w14:textId="77777777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7BBC" w:rsidRPr="00E07358" w14:paraId="24B453B3" w14:textId="77777777" w:rsidTr="00B35BAB">
        <w:trPr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96B2" w14:textId="34AE7C73" w:rsidR="00807BBC" w:rsidRPr="00807BBC" w:rsidRDefault="00807BBC" w:rsidP="00807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«Мои права – Моя ответственность»</w:t>
            </w:r>
          </w:p>
        </w:tc>
        <w:tc>
          <w:tcPr>
            <w:tcW w:w="850" w:type="dxa"/>
            <w:vAlign w:val="center"/>
          </w:tcPr>
          <w:p w14:paraId="0A57EF87" w14:textId="49805B01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  <w:vAlign w:val="center"/>
          </w:tcPr>
          <w:p w14:paraId="6A8CBEBE" w14:textId="2E88BB85" w:rsidR="00807BBC" w:rsidRPr="00807BBC" w:rsidRDefault="00807BBC" w:rsidP="00807BB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  <w:vAlign w:val="center"/>
          </w:tcPr>
          <w:p w14:paraId="347E81C6" w14:textId="4E8EA506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74456158" w14:textId="77777777" w:rsidR="00807BBC" w:rsidRPr="00E07358" w:rsidRDefault="00807BBC" w:rsidP="00807BB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807BBC" w:rsidRPr="00E07358" w14:paraId="65CC2934" w14:textId="77777777" w:rsidTr="00807BBC">
        <w:trPr>
          <w:jc w:val="center"/>
        </w:trPr>
        <w:tc>
          <w:tcPr>
            <w:tcW w:w="14118" w:type="dxa"/>
            <w:gridSpan w:val="5"/>
            <w:shd w:val="clear" w:color="auto" w:fill="FF0000"/>
            <w:vAlign w:val="center"/>
          </w:tcPr>
          <w:p w14:paraId="23754B08" w14:textId="5D29E200" w:rsidR="00807BBC" w:rsidRPr="00807BBC" w:rsidRDefault="00807BBC" w:rsidP="00807BBC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ru-RU"/>
              </w:rPr>
              <w:t xml:space="preserve">Классные часы </w:t>
            </w:r>
            <w:r w:rsidRPr="00807BBC">
              <w:rPr>
                <w:rFonts w:cs="Times New Roman"/>
                <w:b/>
                <w:bCs/>
                <w:sz w:val="28"/>
                <w:szCs w:val="28"/>
                <w:lang w:val="ru-RU"/>
              </w:rPr>
              <w:t>Патриотическое воспитание</w:t>
            </w:r>
          </w:p>
        </w:tc>
      </w:tr>
      <w:tr w:rsidR="00303884" w:rsidRPr="00E07358" w14:paraId="79FD1209" w14:textId="77777777" w:rsidTr="00907BA4">
        <w:trPr>
          <w:jc w:val="center"/>
        </w:trPr>
        <w:tc>
          <w:tcPr>
            <w:tcW w:w="5320" w:type="dxa"/>
            <w:vAlign w:val="center"/>
          </w:tcPr>
          <w:p w14:paraId="6EF66BAA" w14:textId="28E4DAB5" w:rsidR="00303884" w:rsidRPr="00807BBC" w:rsidRDefault="00303884" w:rsidP="00303884">
            <w:pPr>
              <w:widowControl w:val="0"/>
              <w:tabs>
                <w:tab w:val="left" w:pos="1870"/>
              </w:tabs>
              <w:autoSpaceDE w:val="0"/>
              <w:autoSpaceDN w:val="0"/>
              <w:spacing w:before="6" w:line="259" w:lineRule="auto"/>
              <w:ind w:right="375"/>
              <w:rPr>
                <w:rFonts w:cs="Times New Roman"/>
                <w:sz w:val="24"/>
                <w:lang w:val="ru-RU"/>
              </w:rPr>
            </w:pPr>
            <w:r w:rsidRPr="00807BBC">
              <w:rPr>
                <w:rFonts w:cs="Times New Roman"/>
                <w:sz w:val="24"/>
                <w:lang w:val="ru-RU"/>
              </w:rPr>
              <w:t>Организация</w:t>
            </w:r>
            <w:r w:rsidRPr="00807BBC">
              <w:rPr>
                <w:rFonts w:cs="Times New Roman"/>
                <w:sz w:val="24"/>
                <w:lang w:val="ru-RU"/>
              </w:rPr>
              <w:tab/>
            </w:r>
            <w:r w:rsidRPr="00807BBC">
              <w:rPr>
                <w:rFonts w:cs="Times New Roman"/>
                <w:spacing w:val="-1"/>
                <w:sz w:val="24"/>
                <w:lang w:val="ru-RU"/>
              </w:rPr>
              <w:t>встре</w:t>
            </w:r>
            <w:r>
              <w:rPr>
                <w:rFonts w:cs="Times New Roman"/>
                <w:spacing w:val="-1"/>
                <w:sz w:val="24"/>
                <w:lang w:val="ru-RU"/>
              </w:rPr>
              <w:t xml:space="preserve">ч </w:t>
            </w:r>
            <w:r w:rsidRPr="00807BBC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учащихся</w:t>
            </w:r>
            <w:r w:rsidRPr="00807BBC">
              <w:rPr>
                <w:rFonts w:cs="Times New Roman"/>
                <w:spacing w:val="14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с</w:t>
            </w:r>
            <w:r w:rsidRPr="00807BBC">
              <w:rPr>
                <w:rFonts w:cs="Times New Roman"/>
                <w:spacing w:val="15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ветеранами</w:t>
            </w:r>
            <w:r w:rsidRPr="00807BBC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       </w:t>
            </w:r>
            <w:r w:rsidRPr="00807BBC">
              <w:rPr>
                <w:rFonts w:cs="Times New Roman"/>
                <w:sz w:val="24"/>
                <w:lang w:val="ru-RU"/>
              </w:rPr>
              <w:t>Великой</w:t>
            </w:r>
            <w:r w:rsidRPr="00807BBC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Отечественной</w:t>
            </w:r>
            <w:r w:rsidRPr="00807BBC">
              <w:rPr>
                <w:rFonts w:cs="Times New Roman"/>
                <w:spacing w:val="50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войны,</w:t>
            </w:r>
            <w:r w:rsidRPr="00807BBC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воинами</w:t>
            </w:r>
            <w:r w:rsidRPr="00807BBC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интернационалистами,</w:t>
            </w:r>
          </w:p>
          <w:p w14:paraId="427AE0B0" w14:textId="03F4D44D" w:rsidR="00303884" w:rsidRPr="00807BBC" w:rsidRDefault="00303884" w:rsidP="00303884">
            <w:pPr>
              <w:spacing w:before="3" w:line="259" w:lineRule="auto"/>
              <w:ind w:right="469"/>
              <w:rPr>
                <w:rFonts w:cs="Times New Roman"/>
                <w:sz w:val="24"/>
                <w:lang w:val="ru-RU"/>
              </w:rPr>
            </w:pPr>
            <w:r w:rsidRPr="00807BBC">
              <w:rPr>
                <w:rFonts w:cs="Times New Roman"/>
                <w:sz w:val="24"/>
                <w:lang w:val="ru-RU"/>
              </w:rPr>
              <w:t>Участниками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антитеррористических</w:t>
            </w:r>
            <w:r w:rsidRPr="00807BBC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операций,</w:t>
            </w:r>
            <w:r w:rsidRPr="00807BBC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посвященные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памятным</w:t>
            </w:r>
            <w:r w:rsidRPr="00807BBC">
              <w:rPr>
                <w:rFonts w:cs="Times New Roman"/>
                <w:sz w:val="24"/>
                <w:lang w:val="ru-RU"/>
              </w:rPr>
              <w:tab/>
              <w:t>и</w:t>
            </w:r>
          </w:p>
          <w:p w14:paraId="1BF056DC" w14:textId="1715E3B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07BBC">
              <w:rPr>
                <w:rFonts w:cs="Times New Roman"/>
                <w:sz w:val="24"/>
                <w:lang w:val="ru-RU"/>
              </w:rPr>
              <w:t>знаменательным</w:t>
            </w:r>
            <w:r w:rsidRPr="00807BBC">
              <w:rPr>
                <w:rFonts w:cs="Times New Roman"/>
                <w:spacing w:val="4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датам</w:t>
            </w:r>
            <w:r>
              <w:rPr>
                <w:rFonts w:cs="Times New Roman"/>
                <w:sz w:val="24"/>
                <w:lang w:val="ru-RU"/>
              </w:rPr>
              <w:t xml:space="preserve">  </w:t>
            </w:r>
            <w:r w:rsidRPr="00807BBC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военной</w:t>
            </w:r>
            <w:r w:rsidRPr="00807BBC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807BBC">
              <w:rPr>
                <w:rFonts w:cs="Times New Roman"/>
                <w:sz w:val="24"/>
                <w:lang w:val="ru-RU"/>
              </w:rPr>
              <w:t>истории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6E40EBDE" w14:textId="384D9128" w:rsidR="00303884" w:rsidRPr="00807BBC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4BA59B75" w14:textId="3E57039C" w:rsidR="00303884" w:rsidRPr="00807BBC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полугодие</w:t>
            </w:r>
          </w:p>
        </w:tc>
        <w:tc>
          <w:tcPr>
            <w:tcW w:w="2977" w:type="dxa"/>
          </w:tcPr>
          <w:p w14:paraId="2B49C26E" w14:textId="1431F9D2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47B4B127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3ACFE7F2" w14:textId="77777777" w:rsidTr="00907BA4">
        <w:trPr>
          <w:jc w:val="center"/>
        </w:trPr>
        <w:tc>
          <w:tcPr>
            <w:tcW w:w="5320" w:type="dxa"/>
            <w:vAlign w:val="center"/>
          </w:tcPr>
          <w:p w14:paraId="30EB155D" w14:textId="716A8C99" w:rsidR="00303884" w:rsidRPr="00E07358" w:rsidRDefault="00303884" w:rsidP="00303884">
            <w:pPr>
              <w:ind w:left="-38"/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Уроки</w:t>
            </w:r>
            <w:r w:rsidRPr="008F652B">
              <w:rPr>
                <w:rFonts w:cs="Times New Roman"/>
                <w:sz w:val="24"/>
                <w:lang w:val="ru-RU"/>
              </w:rPr>
              <w:tab/>
              <w:t>мужества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pacing w:val="-2"/>
                <w:sz w:val="24"/>
                <w:lang w:val="ru-RU"/>
              </w:rPr>
              <w:t>"В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              </w:t>
            </w:r>
            <w:r w:rsidRPr="008F652B">
              <w:rPr>
                <w:rFonts w:cs="Times New Roman"/>
                <w:sz w:val="24"/>
                <w:lang w:val="ru-RU"/>
              </w:rPr>
              <w:t>нашей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pacing w:val="-1"/>
                <w:sz w:val="24"/>
                <w:lang w:val="ru-RU"/>
              </w:rPr>
              <w:t>памяти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</w:t>
            </w:r>
            <w:r w:rsidRPr="008F652B">
              <w:rPr>
                <w:rFonts w:cs="Times New Roman"/>
                <w:sz w:val="24"/>
                <w:lang w:val="ru-RU"/>
              </w:rPr>
              <w:t>навсегда…",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посвящённые</w:t>
            </w:r>
            <w:r w:rsidRPr="008F652B">
              <w:rPr>
                <w:rFonts w:cs="Times New Roman"/>
                <w:sz w:val="24"/>
                <w:lang w:val="ru-RU"/>
              </w:rPr>
              <w:tab/>
            </w:r>
            <w:r w:rsidRPr="008F652B">
              <w:rPr>
                <w:rFonts w:cs="Times New Roman"/>
                <w:sz w:val="24"/>
                <w:lang w:val="ru-RU"/>
              </w:rPr>
              <w:tab/>
            </w:r>
            <w:r w:rsidRPr="008F652B">
              <w:rPr>
                <w:rFonts w:cs="Times New Roman"/>
                <w:spacing w:val="-1"/>
                <w:sz w:val="24"/>
                <w:lang w:val="ru-RU"/>
              </w:rPr>
              <w:t>Дню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                                    </w:t>
            </w:r>
            <w:r w:rsidRPr="008F652B">
              <w:rPr>
                <w:rFonts w:cs="Times New Roman"/>
                <w:sz w:val="24"/>
                <w:lang w:val="ru-RU"/>
              </w:rPr>
              <w:t>окончания</w:t>
            </w:r>
            <w:r w:rsidRPr="008F652B">
              <w:rPr>
                <w:rFonts w:cs="Times New Roman"/>
                <w:sz w:val="24"/>
                <w:lang w:val="ru-RU"/>
              </w:rPr>
              <w:tab/>
            </w:r>
            <w:r w:rsidRPr="008F652B">
              <w:rPr>
                <w:rFonts w:cs="Times New Roman"/>
                <w:spacing w:val="-1"/>
                <w:sz w:val="24"/>
                <w:lang w:val="ru-RU"/>
              </w:rPr>
              <w:t>Второй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мировой</w:t>
            </w:r>
            <w:r w:rsidRPr="008F652B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войн</w:t>
            </w:r>
            <w:r>
              <w:rPr>
                <w:rFonts w:cs="Times New Roman"/>
                <w:sz w:val="24"/>
                <w:lang w:val="ru-RU"/>
              </w:rPr>
              <w:t>ы</w:t>
            </w:r>
          </w:p>
        </w:tc>
        <w:tc>
          <w:tcPr>
            <w:tcW w:w="850" w:type="dxa"/>
          </w:tcPr>
          <w:p w14:paraId="459F6920" w14:textId="1CD0F94C" w:rsidR="00303884" w:rsidRPr="00807BBC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0F90D063" w14:textId="541BD49E" w:rsidR="00303884" w:rsidRPr="00807BBC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977" w:type="dxa"/>
          </w:tcPr>
          <w:p w14:paraId="41971EB0" w14:textId="5C49B0F3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5D810CAB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1BB7EAD8" w14:textId="77777777" w:rsidTr="00907BA4">
        <w:trPr>
          <w:jc w:val="center"/>
        </w:trPr>
        <w:tc>
          <w:tcPr>
            <w:tcW w:w="5320" w:type="dxa"/>
            <w:vAlign w:val="center"/>
          </w:tcPr>
          <w:p w14:paraId="5CC4768B" w14:textId="2B54E17F" w:rsidR="00303884" w:rsidRPr="008F652B" w:rsidRDefault="00303884" w:rsidP="00303884">
            <w:pPr>
              <w:widowControl w:val="0"/>
              <w:tabs>
                <w:tab w:val="left" w:pos="968"/>
                <w:tab w:val="left" w:pos="2055"/>
              </w:tabs>
              <w:autoSpaceDE w:val="0"/>
              <w:autoSpaceDN w:val="0"/>
              <w:spacing w:line="259" w:lineRule="auto"/>
              <w:ind w:right="255"/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День</w:t>
            </w:r>
            <w:r w:rsidRPr="008F652B">
              <w:rPr>
                <w:rFonts w:cs="Times New Roman"/>
                <w:sz w:val="24"/>
                <w:lang w:val="ru-RU"/>
              </w:rPr>
              <w:tab/>
              <w:t>памяти</w:t>
            </w:r>
            <w:r w:rsidRPr="008F652B">
              <w:rPr>
                <w:rFonts w:cs="Times New Roman"/>
                <w:sz w:val="24"/>
                <w:lang w:val="ru-RU"/>
              </w:rPr>
              <w:tab/>
            </w:r>
            <w:r w:rsidRPr="008F652B">
              <w:rPr>
                <w:rFonts w:cs="Times New Roman"/>
                <w:spacing w:val="-2"/>
                <w:sz w:val="24"/>
                <w:lang w:val="ru-RU"/>
              </w:rPr>
              <w:t>жертв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            </w:t>
            </w:r>
            <w:r w:rsidRPr="008F652B">
              <w:rPr>
                <w:rFonts w:cs="Times New Roman"/>
                <w:sz w:val="24"/>
                <w:lang w:val="ru-RU"/>
              </w:rPr>
              <w:t>фашизма</w:t>
            </w:r>
          </w:p>
          <w:p w14:paraId="5E827817" w14:textId="4CC59295" w:rsidR="00303884" w:rsidRPr="008F652B" w:rsidRDefault="00303884" w:rsidP="00303884">
            <w:pPr>
              <w:widowControl w:val="0"/>
              <w:autoSpaceDE w:val="0"/>
              <w:autoSpaceDN w:val="0"/>
              <w:spacing w:line="275" w:lineRule="exact"/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Уроки</w:t>
            </w:r>
            <w:r w:rsidRPr="008F652B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истории</w:t>
            </w:r>
            <w:r>
              <w:rPr>
                <w:rFonts w:cs="Times New Roman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«Героями</w:t>
            </w:r>
            <w:r w:rsidRPr="008F652B">
              <w:rPr>
                <w:rFonts w:cs="Times New Roman"/>
                <w:sz w:val="24"/>
                <w:lang w:val="ru-RU"/>
              </w:rPr>
              <w:tab/>
              <w:t>не</w:t>
            </w:r>
            <w:r>
              <w:rPr>
                <w:rFonts w:cs="Times New Roman"/>
                <w:sz w:val="24"/>
                <w:lang w:val="ru-RU"/>
              </w:rPr>
              <w:t xml:space="preserve">  </w:t>
            </w:r>
            <w:r w:rsidRPr="008F652B">
              <w:rPr>
                <w:rFonts w:cs="Times New Roman"/>
                <w:sz w:val="24"/>
                <w:lang w:val="ru-RU"/>
              </w:rPr>
              <w:t>рождаются…»</w:t>
            </w:r>
          </w:p>
          <w:p w14:paraId="2DC10ABD" w14:textId="4E45E65E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Классные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часы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«Перед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памятью</w:t>
            </w:r>
            <w:r w:rsidRPr="008F652B">
              <w:rPr>
                <w:rFonts w:cs="Times New Roman"/>
                <w:sz w:val="24"/>
                <w:lang w:val="ru-RU"/>
              </w:rPr>
              <w:tab/>
            </w:r>
            <w:r w:rsidRPr="008F652B">
              <w:rPr>
                <w:rFonts w:cs="Times New Roman"/>
                <w:spacing w:val="-2"/>
                <w:sz w:val="24"/>
                <w:lang w:val="ru-RU"/>
              </w:rPr>
              <w:t>время</w:t>
            </w:r>
            <w:r w:rsidRPr="008F652B">
              <w:rPr>
                <w:rFonts w:cs="Times New Roman"/>
                <w:spacing w:val="-58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бессильно</w:t>
            </w:r>
          </w:p>
        </w:tc>
        <w:tc>
          <w:tcPr>
            <w:tcW w:w="850" w:type="dxa"/>
          </w:tcPr>
          <w:p w14:paraId="61C5BE9D" w14:textId="17F8893E" w:rsidR="00303884" w:rsidRPr="00807BBC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7A2E7196" w14:textId="2573EEE3" w:rsidR="00303884" w:rsidRPr="00807BBC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977" w:type="dxa"/>
          </w:tcPr>
          <w:p w14:paraId="62C87E8D" w14:textId="121634F2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40ABD930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52AE1D94" w14:textId="77777777" w:rsidTr="00907BA4">
        <w:trPr>
          <w:jc w:val="center"/>
        </w:trPr>
        <w:tc>
          <w:tcPr>
            <w:tcW w:w="5320" w:type="dxa"/>
            <w:vAlign w:val="center"/>
          </w:tcPr>
          <w:p w14:paraId="251DB146" w14:textId="68267422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lastRenderedPageBreak/>
              <w:t>Урок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 xml:space="preserve">мужества </w:t>
            </w:r>
            <w:r w:rsidRPr="008F652B">
              <w:rPr>
                <w:rFonts w:ascii="Calibri" w:hAnsi="Calibri" w:cs="Times New Roman"/>
                <w:sz w:val="22"/>
                <w:lang w:val="ru-RU"/>
              </w:rPr>
              <w:t>«</w:t>
            </w:r>
            <w:r w:rsidRPr="008F652B">
              <w:rPr>
                <w:rFonts w:cs="Times New Roman"/>
                <w:sz w:val="24"/>
                <w:lang w:val="ru-RU"/>
              </w:rPr>
              <w:t>Берегите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Россию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–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нет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России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другой"</w:t>
            </w:r>
          </w:p>
        </w:tc>
        <w:tc>
          <w:tcPr>
            <w:tcW w:w="850" w:type="dxa"/>
          </w:tcPr>
          <w:p w14:paraId="7F26A085" w14:textId="34B5CA15" w:rsidR="00303884" w:rsidRPr="00807BBC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07E90335" w14:textId="1B77BF5C" w:rsidR="00303884" w:rsidRPr="00807BBC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977" w:type="dxa"/>
          </w:tcPr>
          <w:p w14:paraId="112CC985" w14:textId="78F9D325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7E3BAECE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7DEBCDAA" w14:textId="77777777" w:rsidTr="00907BA4">
        <w:trPr>
          <w:jc w:val="center"/>
        </w:trPr>
        <w:tc>
          <w:tcPr>
            <w:tcW w:w="5320" w:type="dxa"/>
            <w:vAlign w:val="center"/>
          </w:tcPr>
          <w:p w14:paraId="6877374B" w14:textId="77777777" w:rsidR="00303884" w:rsidRPr="008F652B" w:rsidRDefault="00303884" w:rsidP="00303884">
            <w:pPr>
              <w:widowControl w:val="0"/>
              <w:autoSpaceDE w:val="0"/>
              <w:autoSpaceDN w:val="0"/>
              <w:spacing w:line="259" w:lineRule="auto"/>
              <w:ind w:left="105" w:right="528"/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Поздравление ко Дню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учителя.</w:t>
            </w:r>
          </w:p>
          <w:p w14:paraId="714C2914" w14:textId="4091196E" w:rsidR="00303884" w:rsidRPr="008F652B" w:rsidRDefault="00303884" w:rsidP="00303884">
            <w:pPr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«Нет</w:t>
            </w:r>
            <w:r w:rsidRPr="008F652B">
              <w:rPr>
                <w:rFonts w:cs="Times New Roman"/>
                <w:spacing w:val="-14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профессии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прекрасней!»</w:t>
            </w:r>
          </w:p>
        </w:tc>
        <w:tc>
          <w:tcPr>
            <w:tcW w:w="850" w:type="dxa"/>
          </w:tcPr>
          <w:p w14:paraId="11D0D530" w14:textId="3D164C73" w:rsidR="00303884" w:rsidRPr="00807BBC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138F3BBA" w14:textId="4C38794B" w:rsidR="00303884" w:rsidRPr="00807BBC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977" w:type="dxa"/>
          </w:tcPr>
          <w:p w14:paraId="78F30544" w14:textId="23262B3A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1E1DF279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47DAD398" w14:textId="77777777" w:rsidTr="00907BA4">
        <w:trPr>
          <w:jc w:val="center"/>
        </w:trPr>
        <w:tc>
          <w:tcPr>
            <w:tcW w:w="5320" w:type="dxa"/>
            <w:vAlign w:val="center"/>
          </w:tcPr>
          <w:p w14:paraId="084B8BC3" w14:textId="62F355D2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День космонавтики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Тематически</w:t>
            </w:r>
            <w:r>
              <w:rPr>
                <w:rFonts w:cs="Times New Roman"/>
                <w:sz w:val="24"/>
                <w:lang w:val="ru-RU"/>
              </w:rPr>
              <w:t>й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классны</w:t>
            </w:r>
            <w:r>
              <w:rPr>
                <w:rFonts w:cs="Times New Roman"/>
                <w:sz w:val="24"/>
                <w:lang w:val="ru-RU"/>
              </w:rPr>
              <w:t xml:space="preserve">й 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час</w:t>
            </w:r>
          </w:p>
        </w:tc>
        <w:tc>
          <w:tcPr>
            <w:tcW w:w="850" w:type="dxa"/>
          </w:tcPr>
          <w:p w14:paraId="553D61B9" w14:textId="1B7FBE8B" w:rsidR="00303884" w:rsidRPr="00807BBC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2EDAE4A7" w14:textId="460A4F85" w:rsidR="00303884" w:rsidRPr="00807BBC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977" w:type="dxa"/>
          </w:tcPr>
          <w:p w14:paraId="1E82AA78" w14:textId="0A55226C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15D2823B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25282F38" w14:textId="77777777" w:rsidTr="00907BA4">
        <w:trPr>
          <w:jc w:val="center"/>
        </w:trPr>
        <w:tc>
          <w:tcPr>
            <w:tcW w:w="5320" w:type="dxa"/>
            <w:vAlign w:val="center"/>
          </w:tcPr>
          <w:p w14:paraId="2FF98DCE" w14:textId="7EE28E3C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Участие во Всероссийской</w:t>
            </w:r>
            <w:r>
              <w:rPr>
                <w:rFonts w:cs="Times New Roman"/>
                <w:sz w:val="24"/>
                <w:lang w:val="ru-RU"/>
              </w:rPr>
              <w:t xml:space="preserve">   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акции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«Я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-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гражданин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России»</w:t>
            </w:r>
          </w:p>
        </w:tc>
        <w:tc>
          <w:tcPr>
            <w:tcW w:w="850" w:type="dxa"/>
          </w:tcPr>
          <w:p w14:paraId="13C1E65D" w14:textId="0EBDA5BA" w:rsidR="00303884" w:rsidRPr="00807BBC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10AF3F0D" w14:textId="77777777" w:rsidR="00303884" w:rsidRPr="00807BBC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14:paraId="2E129138" w14:textId="7F162E3F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1959CD5D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0168CFBC" w14:textId="77777777" w:rsidTr="00907BA4">
        <w:trPr>
          <w:jc w:val="center"/>
        </w:trPr>
        <w:tc>
          <w:tcPr>
            <w:tcW w:w="5320" w:type="dxa"/>
            <w:vAlign w:val="center"/>
          </w:tcPr>
          <w:p w14:paraId="0DC2F562" w14:textId="54C06A0E" w:rsidR="00303884" w:rsidRPr="008F652B" w:rsidRDefault="00303884" w:rsidP="00303884">
            <w:pPr>
              <w:widowControl w:val="0"/>
              <w:autoSpaceDE w:val="0"/>
              <w:autoSpaceDN w:val="0"/>
              <w:spacing w:line="259" w:lineRule="auto"/>
              <w:ind w:left="105" w:right="109"/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Цикл классных часов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"Наша</w:t>
            </w:r>
            <w:r w:rsidRPr="008F652B">
              <w:rPr>
                <w:rFonts w:cs="Times New Roman"/>
                <w:spacing w:val="-5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Родина</w:t>
            </w:r>
            <w:r w:rsidRPr="008F652B">
              <w:rPr>
                <w:rFonts w:cs="Times New Roman"/>
                <w:spacing w:val="-4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-</w:t>
            </w:r>
            <w:r w:rsidRPr="008F652B">
              <w:rPr>
                <w:rFonts w:cs="Times New Roman"/>
                <w:spacing w:val="-5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Россия",</w:t>
            </w:r>
            <w:r w:rsidRPr="008F652B">
              <w:rPr>
                <w:rFonts w:cs="Times New Roman"/>
                <w:spacing w:val="-4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в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cs="Times New Roman"/>
                <w:spacing w:val="-57"/>
                <w:sz w:val="24"/>
                <w:lang w:val="ru-RU"/>
              </w:rPr>
              <w:t xml:space="preserve">          </w:t>
            </w:r>
            <w:r w:rsidRPr="008F652B">
              <w:rPr>
                <w:rFonts w:cs="Times New Roman"/>
                <w:sz w:val="24"/>
                <w:lang w:val="ru-RU"/>
              </w:rPr>
              <w:t>рамках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Дня народного</w:t>
            </w:r>
            <w:r>
              <w:rPr>
                <w:rFonts w:cs="Times New Roman"/>
                <w:sz w:val="24"/>
                <w:lang w:val="ru-RU"/>
              </w:rPr>
              <w:t xml:space="preserve">   </w:t>
            </w:r>
            <w:r w:rsidRPr="008F652B">
              <w:rPr>
                <w:rFonts w:cs="Times New Roman"/>
                <w:sz w:val="24"/>
                <w:lang w:val="ru-RU"/>
              </w:rPr>
              <w:t>Единства</w:t>
            </w:r>
          </w:p>
          <w:p w14:paraId="0B4C5B2A" w14:textId="77777777" w:rsidR="00303884" w:rsidRPr="008F652B" w:rsidRDefault="00303884" w:rsidP="00303884">
            <w:pPr>
              <w:widowControl w:val="0"/>
              <w:autoSpaceDE w:val="0"/>
              <w:autoSpaceDN w:val="0"/>
              <w:spacing w:before="22"/>
              <w:ind w:left="105"/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Радиолинейка</w:t>
            </w:r>
          </w:p>
          <w:p w14:paraId="77581BBA" w14:textId="0B521455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«День</w:t>
            </w:r>
            <w:r w:rsidRPr="008F652B">
              <w:rPr>
                <w:rFonts w:cs="Times New Roman"/>
                <w:spacing w:val="-14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народного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единства»</w:t>
            </w:r>
          </w:p>
        </w:tc>
        <w:tc>
          <w:tcPr>
            <w:tcW w:w="850" w:type="dxa"/>
          </w:tcPr>
          <w:p w14:paraId="0A2C9CCB" w14:textId="1C8B9223" w:rsidR="00303884" w:rsidRPr="00807BBC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6C87D2B6" w14:textId="5551998C" w:rsidR="00303884" w:rsidRPr="00807BBC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977" w:type="dxa"/>
          </w:tcPr>
          <w:p w14:paraId="31AB8E73" w14:textId="10F91CC1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1D848ED9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47CADE0D" w14:textId="77777777" w:rsidTr="00907BA4">
        <w:trPr>
          <w:jc w:val="center"/>
        </w:trPr>
        <w:tc>
          <w:tcPr>
            <w:tcW w:w="5320" w:type="dxa"/>
            <w:vAlign w:val="center"/>
          </w:tcPr>
          <w:p w14:paraId="72B3BDDD" w14:textId="77777777" w:rsidR="00303884" w:rsidRPr="008F652B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szCs w:val="24"/>
                <w:lang w:val="ru-RU"/>
              </w:rPr>
              <w:t>Мероприятия, посвящённый Дню неизвестного солдата</w:t>
            </w:r>
          </w:p>
          <w:p w14:paraId="7487C3D0" w14:textId="77777777" w:rsidR="00303884" w:rsidRPr="008F652B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szCs w:val="24"/>
                <w:lang w:val="ru-RU"/>
              </w:rPr>
              <w:t>«Они</w:t>
            </w:r>
            <w:r w:rsidRPr="008F652B">
              <w:rPr>
                <w:rFonts w:cs="Times New Roman"/>
                <w:sz w:val="24"/>
                <w:szCs w:val="24"/>
                <w:lang w:val="ru-RU"/>
              </w:rPr>
              <w:tab/>
              <w:t>сражались за Родину»</w:t>
            </w:r>
          </w:p>
          <w:p w14:paraId="176FFE92" w14:textId="77777777" w:rsidR="00303884" w:rsidRPr="008F652B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szCs w:val="24"/>
                <w:lang w:val="ru-RU"/>
              </w:rPr>
              <w:t>Классные часы</w:t>
            </w:r>
          </w:p>
          <w:p w14:paraId="3E85F231" w14:textId="77777777" w:rsidR="00303884" w:rsidRPr="008F652B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szCs w:val="24"/>
                <w:lang w:val="ru-RU"/>
              </w:rPr>
              <w:t>«Навечно в памяти народной…» Уроки истории</w:t>
            </w:r>
          </w:p>
          <w:p w14:paraId="5C38F256" w14:textId="33A922C2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szCs w:val="24"/>
                <w:lang w:val="ru-RU"/>
              </w:rPr>
              <w:t>«Вечная Слава героям»</w:t>
            </w:r>
          </w:p>
        </w:tc>
        <w:tc>
          <w:tcPr>
            <w:tcW w:w="850" w:type="dxa"/>
          </w:tcPr>
          <w:p w14:paraId="0FB5C222" w14:textId="3171F9B8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4AE5539D" w14:textId="5D052621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977" w:type="dxa"/>
          </w:tcPr>
          <w:p w14:paraId="5AC58FE4" w14:textId="3FD0C0F3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682E0035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3F6F3319" w14:textId="77777777" w:rsidTr="00907BA4">
        <w:trPr>
          <w:jc w:val="center"/>
        </w:trPr>
        <w:tc>
          <w:tcPr>
            <w:tcW w:w="5320" w:type="dxa"/>
            <w:vAlign w:val="center"/>
          </w:tcPr>
          <w:p w14:paraId="58A4D96A" w14:textId="77777777" w:rsidR="00303884" w:rsidRPr="008F652B" w:rsidRDefault="00303884" w:rsidP="00303884">
            <w:pPr>
              <w:widowControl w:val="0"/>
              <w:autoSpaceDE w:val="0"/>
              <w:autoSpaceDN w:val="0"/>
              <w:spacing w:before="3"/>
              <w:ind w:left="105"/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Классные</w:t>
            </w:r>
            <w:r w:rsidRPr="008F652B">
              <w:rPr>
                <w:rFonts w:cs="Times New Roman"/>
                <w:spacing w:val="-4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часы</w:t>
            </w:r>
          </w:p>
          <w:p w14:paraId="47359398" w14:textId="77777777" w:rsidR="00303884" w:rsidRPr="008F652B" w:rsidRDefault="00303884" w:rsidP="00303884">
            <w:pPr>
              <w:widowControl w:val="0"/>
              <w:autoSpaceDE w:val="0"/>
              <w:autoSpaceDN w:val="0"/>
              <w:spacing w:before="21" w:line="259" w:lineRule="auto"/>
              <w:ind w:left="105" w:right="346" w:firstLine="64"/>
              <w:rPr>
                <w:rFonts w:cs="Times New Roman"/>
                <w:sz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«Слава русскому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солдату!»</w:t>
            </w:r>
            <w:r w:rsidRPr="008F652B">
              <w:rPr>
                <w:rFonts w:cs="Times New Roman"/>
                <w:spacing w:val="39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в</w:t>
            </w:r>
            <w:r w:rsidRPr="008F652B">
              <w:rPr>
                <w:rFonts w:cs="Times New Roman"/>
                <w:spacing w:val="-5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рамках</w:t>
            </w:r>
            <w:r w:rsidRPr="008F652B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Дня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Героев</w:t>
            </w:r>
            <w:r w:rsidRPr="008F652B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Отечества.</w:t>
            </w:r>
          </w:p>
          <w:p w14:paraId="225D2260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69FC82C8" w14:textId="7C85D9BD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17321E8E" w14:textId="54D88903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Декабрь февраль</w:t>
            </w:r>
          </w:p>
        </w:tc>
        <w:tc>
          <w:tcPr>
            <w:tcW w:w="2977" w:type="dxa"/>
          </w:tcPr>
          <w:p w14:paraId="78CAF6A3" w14:textId="468703E4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1D64CF3E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6036EE3E" w14:textId="77777777" w:rsidTr="00907BA4">
        <w:trPr>
          <w:jc w:val="center"/>
        </w:trPr>
        <w:tc>
          <w:tcPr>
            <w:tcW w:w="5320" w:type="dxa"/>
            <w:vAlign w:val="center"/>
          </w:tcPr>
          <w:p w14:paraId="579D526A" w14:textId="05241E85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8F652B">
              <w:rPr>
                <w:rFonts w:cs="Times New Roman"/>
                <w:sz w:val="24"/>
                <w:lang w:val="ru-RU"/>
              </w:rPr>
              <w:t>Конкурст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рисунка</w:t>
            </w:r>
            <w:r w:rsidRPr="008F652B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«Слава</w:t>
            </w:r>
            <w:r w:rsidRPr="008F652B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Армии</w:t>
            </w:r>
            <w:r w:rsidRPr="008F652B">
              <w:rPr>
                <w:rFonts w:cs="Times New Roman"/>
                <w:spacing w:val="-1"/>
                <w:sz w:val="24"/>
                <w:lang w:val="ru-RU"/>
              </w:rPr>
              <w:t xml:space="preserve"> </w:t>
            </w:r>
            <w:r w:rsidRPr="008F652B">
              <w:rPr>
                <w:rFonts w:cs="Times New Roman"/>
                <w:sz w:val="24"/>
                <w:lang w:val="ru-RU"/>
              </w:rPr>
              <w:t>России!»</w:t>
            </w:r>
          </w:p>
        </w:tc>
        <w:tc>
          <w:tcPr>
            <w:tcW w:w="850" w:type="dxa"/>
          </w:tcPr>
          <w:p w14:paraId="496FA0B9" w14:textId="35FF15F5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5A75A87B" w14:textId="55FCCA29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977" w:type="dxa"/>
          </w:tcPr>
          <w:p w14:paraId="6ECD5743" w14:textId="44AD24F5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5699AAB6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7FB75379" w14:textId="77777777" w:rsidTr="00907BA4">
        <w:trPr>
          <w:jc w:val="center"/>
        </w:trPr>
        <w:tc>
          <w:tcPr>
            <w:tcW w:w="5320" w:type="dxa"/>
            <w:vAlign w:val="center"/>
          </w:tcPr>
          <w:p w14:paraId="7D1308B7" w14:textId="19DD1394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5067A">
              <w:rPr>
                <w:rFonts w:cs="Times New Roman"/>
                <w:sz w:val="24"/>
                <w:szCs w:val="24"/>
                <w:lang w:val="ru-RU"/>
              </w:rPr>
              <w:t>Организация</w:t>
            </w:r>
            <w:r w:rsidRPr="0065067A">
              <w:rPr>
                <w:rFonts w:cs="Times New Roman"/>
                <w:sz w:val="24"/>
                <w:szCs w:val="24"/>
                <w:lang w:val="ru-RU"/>
              </w:rPr>
              <w:tab/>
              <w:t>экскурсий музеи города</w:t>
            </w:r>
          </w:p>
        </w:tc>
        <w:tc>
          <w:tcPr>
            <w:tcW w:w="850" w:type="dxa"/>
          </w:tcPr>
          <w:p w14:paraId="5E424193" w14:textId="15FA19DE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2EDA903A" w14:textId="036C01A7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и 4  четверть</w:t>
            </w:r>
          </w:p>
        </w:tc>
        <w:tc>
          <w:tcPr>
            <w:tcW w:w="2977" w:type="dxa"/>
          </w:tcPr>
          <w:p w14:paraId="11DBC329" w14:textId="416FB0C2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36DAB750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1CF3F282" w14:textId="77777777" w:rsidTr="00907BA4">
        <w:trPr>
          <w:jc w:val="center"/>
        </w:trPr>
        <w:tc>
          <w:tcPr>
            <w:tcW w:w="5320" w:type="dxa"/>
            <w:vAlign w:val="center"/>
          </w:tcPr>
          <w:p w14:paraId="2E2E2C56" w14:textId="77777777" w:rsidR="00303884" w:rsidRPr="0065067A" w:rsidRDefault="00303884" w:rsidP="00303884">
            <w:pPr>
              <w:widowControl w:val="0"/>
              <w:autoSpaceDE w:val="0"/>
              <w:autoSpaceDN w:val="0"/>
              <w:ind w:left="-38"/>
              <w:rPr>
                <w:rFonts w:cs="Times New Roman"/>
                <w:sz w:val="24"/>
                <w:lang w:val="ru-RU"/>
              </w:rPr>
            </w:pPr>
            <w:r w:rsidRPr="0065067A">
              <w:rPr>
                <w:rFonts w:cs="Times New Roman"/>
                <w:sz w:val="24"/>
                <w:lang w:val="ru-RU"/>
              </w:rPr>
              <w:t>Урок</w:t>
            </w:r>
            <w:r w:rsidRPr="0065067A">
              <w:rPr>
                <w:rFonts w:cs="Times New Roman"/>
                <w:spacing w:val="-2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Мужества</w:t>
            </w:r>
          </w:p>
          <w:p w14:paraId="43099FE0" w14:textId="3C67B45C" w:rsidR="00303884" w:rsidRPr="00E07358" w:rsidRDefault="00303884" w:rsidP="00303884">
            <w:pPr>
              <w:ind w:left="-38"/>
              <w:rPr>
                <w:rFonts w:cs="Times New Roman"/>
                <w:sz w:val="24"/>
                <w:szCs w:val="24"/>
                <w:lang w:val="ru-RU"/>
              </w:rPr>
            </w:pPr>
            <w:r w:rsidRPr="0065067A">
              <w:rPr>
                <w:rFonts w:cs="Times New Roman"/>
                <w:sz w:val="24"/>
                <w:lang w:val="ru-RU"/>
              </w:rPr>
              <w:t>«Ленинградский</w:t>
            </w:r>
            <w:r w:rsidRPr="0065067A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метроном»,</w:t>
            </w:r>
            <w:r w:rsidRPr="0065067A">
              <w:rPr>
                <w:rFonts w:cs="Times New Roman"/>
                <w:spacing w:val="37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в</w:t>
            </w:r>
            <w:r w:rsidRPr="0065067A">
              <w:rPr>
                <w:rFonts w:cs="Times New Roman"/>
                <w:spacing w:val="34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рамках</w:t>
            </w:r>
            <w:r w:rsidRPr="0065067A">
              <w:rPr>
                <w:rFonts w:cs="Times New Roman"/>
                <w:spacing w:val="38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Дня</w:t>
            </w:r>
            <w:r w:rsidRPr="0065067A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полного</w:t>
            </w:r>
            <w:r w:rsidRPr="0065067A">
              <w:rPr>
                <w:rFonts w:cs="Times New Roman"/>
                <w:sz w:val="24"/>
                <w:lang w:val="ru-RU"/>
              </w:rPr>
              <w:tab/>
            </w:r>
            <w:r w:rsidRPr="0065067A">
              <w:rPr>
                <w:rFonts w:cs="Times New Roman"/>
                <w:spacing w:val="-1"/>
                <w:sz w:val="24"/>
                <w:lang w:val="ru-RU"/>
              </w:rPr>
              <w:t>освобождения</w:t>
            </w:r>
            <w:r w:rsidRPr="0065067A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Ленинграда</w:t>
            </w:r>
            <w:r w:rsidRPr="0065067A">
              <w:rPr>
                <w:rFonts w:cs="Times New Roman"/>
                <w:sz w:val="24"/>
                <w:lang w:val="ru-RU"/>
              </w:rPr>
              <w:tab/>
            </w:r>
            <w:r w:rsidRPr="0065067A">
              <w:rPr>
                <w:rFonts w:cs="Times New Roman"/>
                <w:sz w:val="24"/>
                <w:lang w:val="ru-RU"/>
              </w:rPr>
              <w:tab/>
            </w:r>
            <w:r w:rsidRPr="0065067A">
              <w:rPr>
                <w:rFonts w:cs="Times New Roman"/>
                <w:spacing w:val="-1"/>
                <w:sz w:val="24"/>
                <w:lang w:val="ru-RU"/>
              </w:rPr>
              <w:t>от</w:t>
            </w:r>
            <w:r w:rsidRPr="0065067A">
              <w:rPr>
                <w:rFonts w:cs="Times New Roman"/>
                <w:spacing w:val="-57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фашистской блокады</w:t>
            </w:r>
          </w:p>
        </w:tc>
        <w:tc>
          <w:tcPr>
            <w:tcW w:w="850" w:type="dxa"/>
          </w:tcPr>
          <w:p w14:paraId="63473D6C" w14:textId="36BF2687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3F0C4B66" w14:textId="17E582A3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977" w:type="dxa"/>
          </w:tcPr>
          <w:p w14:paraId="55B568DC" w14:textId="74DCCF93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2B84B3D6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06D997E9" w14:textId="77777777" w:rsidTr="00907BA4">
        <w:trPr>
          <w:jc w:val="center"/>
        </w:trPr>
        <w:tc>
          <w:tcPr>
            <w:tcW w:w="5320" w:type="dxa"/>
          </w:tcPr>
          <w:p w14:paraId="48941A7B" w14:textId="77777777" w:rsidR="00303884" w:rsidRDefault="00303884" w:rsidP="00303884">
            <w:pPr>
              <w:pStyle w:val="TableParagraph"/>
              <w:tabs>
                <w:tab w:val="left" w:pos="1780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z w:val="24"/>
              </w:rPr>
              <w:tab/>
              <w:t>Мужества</w:t>
            </w:r>
          </w:p>
          <w:p w14:paraId="7DE0AEF6" w14:textId="1495C31B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5067A">
              <w:rPr>
                <w:sz w:val="24"/>
                <w:lang w:val="ru-RU"/>
              </w:rPr>
              <w:t>«Колокола</w:t>
            </w:r>
            <w:r w:rsidRPr="0065067A">
              <w:rPr>
                <w:sz w:val="24"/>
                <w:lang w:val="ru-RU"/>
              </w:rPr>
              <w:tab/>
            </w:r>
            <w:r w:rsidRPr="0065067A">
              <w:rPr>
                <w:spacing w:val="-1"/>
                <w:sz w:val="24"/>
                <w:lang w:val="ru-RU"/>
              </w:rPr>
              <w:t>нашей</w:t>
            </w:r>
            <w:r w:rsidRPr="0065067A">
              <w:rPr>
                <w:spacing w:val="-58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памяти»,</w:t>
            </w:r>
            <w:r w:rsidRPr="0065067A">
              <w:rPr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посвященные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Международному</w:t>
            </w:r>
            <w:r w:rsidRPr="0065067A">
              <w:rPr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дню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</w:t>
            </w:r>
            <w:r w:rsidRPr="0065067A">
              <w:rPr>
                <w:sz w:val="24"/>
                <w:lang w:val="ru-RU"/>
              </w:rPr>
              <w:t>памяти</w:t>
            </w:r>
            <w:r w:rsidRPr="0065067A">
              <w:rPr>
                <w:spacing w:val="-1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жертв</w:t>
            </w:r>
            <w:r w:rsidRPr="0065067A">
              <w:rPr>
                <w:spacing w:val="-2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Холокоста</w:t>
            </w:r>
          </w:p>
        </w:tc>
        <w:tc>
          <w:tcPr>
            <w:tcW w:w="850" w:type="dxa"/>
          </w:tcPr>
          <w:p w14:paraId="2FA50FAD" w14:textId="5E35CA74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6A572082" w14:textId="3F943165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977" w:type="dxa"/>
          </w:tcPr>
          <w:p w14:paraId="2B871210" w14:textId="56143715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77CCCCCC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753E2083" w14:textId="77777777" w:rsidTr="00907BA4">
        <w:trPr>
          <w:jc w:val="center"/>
        </w:trPr>
        <w:tc>
          <w:tcPr>
            <w:tcW w:w="5320" w:type="dxa"/>
          </w:tcPr>
          <w:p w14:paraId="522D096C" w14:textId="77777777" w:rsidR="00303884" w:rsidRDefault="00303884" w:rsidP="00303884">
            <w:pPr>
              <w:pStyle w:val="TableParagraph"/>
              <w:tabs>
                <w:tab w:val="left" w:pos="2293"/>
              </w:tabs>
              <w:rPr>
                <w:sz w:val="24"/>
              </w:rPr>
            </w:pPr>
            <w:r>
              <w:rPr>
                <w:sz w:val="24"/>
              </w:rPr>
              <w:t>Патриотическая</w:t>
            </w:r>
            <w:r>
              <w:rPr>
                <w:sz w:val="24"/>
              </w:rPr>
              <w:tab/>
              <w:t>акция</w:t>
            </w:r>
          </w:p>
          <w:p w14:paraId="33ED837C" w14:textId="24CF54AB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sz w:val="24"/>
              </w:rPr>
              <w:t>«Блокадный хлеб»</w:t>
            </w:r>
          </w:p>
        </w:tc>
        <w:tc>
          <w:tcPr>
            <w:tcW w:w="850" w:type="dxa"/>
          </w:tcPr>
          <w:p w14:paraId="39DA0151" w14:textId="50A4B3EF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7B714F06" w14:textId="261385FC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977" w:type="dxa"/>
          </w:tcPr>
          <w:p w14:paraId="44F187C6" w14:textId="6092040F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00F294AB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26FDB801" w14:textId="77777777" w:rsidTr="00907BA4">
        <w:trPr>
          <w:jc w:val="center"/>
        </w:trPr>
        <w:tc>
          <w:tcPr>
            <w:tcW w:w="5320" w:type="dxa"/>
          </w:tcPr>
          <w:p w14:paraId="40EFF532" w14:textId="77777777" w:rsidR="00303884" w:rsidRDefault="00303884" w:rsidP="00303884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</w:p>
          <w:p w14:paraId="509E472B" w14:textId="2AAAA92B" w:rsidR="00303884" w:rsidRDefault="00303884" w:rsidP="00303884">
            <w:pPr>
              <w:pStyle w:val="TableParagraph"/>
              <w:tabs>
                <w:tab w:val="left" w:pos="1868"/>
                <w:tab w:val="left" w:pos="2413"/>
              </w:tabs>
              <w:spacing w:before="50" w:line="235" w:lineRule="auto"/>
              <w:ind w:right="3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«Страница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истории»,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посвящённая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Дню     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14:paraId="31BE1221" w14:textId="631D2BD0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sz w:val="24"/>
                <w:lang w:val="ru-RU"/>
              </w:rPr>
              <w:t>Сталинградская</w:t>
            </w:r>
            <w:r w:rsidRPr="001A2B7D">
              <w:rPr>
                <w:spacing w:val="-2"/>
                <w:sz w:val="24"/>
                <w:lang w:val="ru-RU"/>
              </w:rPr>
              <w:t xml:space="preserve"> </w:t>
            </w:r>
            <w:r w:rsidRPr="001A2B7D">
              <w:rPr>
                <w:sz w:val="24"/>
                <w:lang w:val="ru-RU"/>
              </w:rPr>
              <w:t>битва</w:t>
            </w:r>
          </w:p>
        </w:tc>
        <w:tc>
          <w:tcPr>
            <w:tcW w:w="850" w:type="dxa"/>
          </w:tcPr>
          <w:p w14:paraId="63CA4365" w14:textId="5997B1F6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lastRenderedPageBreak/>
              <w:t>1-4</w:t>
            </w:r>
          </w:p>
        </w:tc>
        <w:tc>
          <w:tcPr>
            <w:tcW w:w="1418" w:type="dxa"/>
            <w:vAlign w:val="center"/>
          </w:tcPr>
          <w:p w14:paraId="61885780" w14:textId="1F3BA1ED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977" w:type="dxa"/>
          </w:tcPr>
          <w:p w14:paraId="4691B339" w14:textId="5CB28EB6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5E9576DC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5B15C1D3" w14:textId="77777777" w:rsidTr="00907BA4">
        <w:trPr>
          <w:jc w:val="center"/>
        </w:trPr>
        <w:tc>
          <w:tcPr>
            <w:tcW w:w="5320" w:type="dxa"/>
          </w:tcPr>
          <w:p w14:paraId="5E43F07E" w14:textId="695DA892" w:rsidR="00303884" w:rsidRDefault="00303884" w:rsidP="00303884">
            <w:pPr>
              <w:pStyle w:val="TableParagraph"/>
              <w:spacing w:line="259" w:lineRule="auto"/>
              <w:ind w:right="1126"/>
              <w:rPr>
                <w:sz w:val="24"/>
              </w:rPr>
            </w:pPr>
            <w:r>
              <w:rPr>
                <w:spacing w:val="-1"/>
                <w:sz w:val="24"/>
              </w:rPr>
              <w:lastRenderedPageBreak/>
              <w:t xml:space="preserve">Уроки </w:t>
            </w:r>
            <w:r>
              <w:rPr>
                <w:sz w:val="24"/>
              </w:rPr>
              <w:t>мужества</w:t>
            </w:r>
            <w:r>
              <w:rPr>
                <w:spacing w:val="-57"/>
                <w:sz w:val="24"/>
              </w:rPr>
              <w:t xml:space="preserve">                                                    </w:t>
            </w:r>
            <w:r>
              <w:rPr>
                <w:sz w:val="24"/>
              </w:rPr>
              <w:t>Литературно-</w:t>
            </w:r>
          </w:p>
          <w:p w14:paraId="6F6E0C0E" w14:textId="388D4AE6" w:rsidR="00303884" w:rsidRDefault="00303884" w:rsidP="00303884">
            <w:pPr>
              <w:pStyle w:val="TableParagraph"/>
              <w:tabs>
                <w:tab w:val="left" w:pos="1048"/>
                <w:tab w:val="left" w:pos="1161"/>
                <w:tab w:val="left" w:pos="1216"/>
                <w:tab w:val="left" w:pos="1484"/>
                <w:tab w:val="left" w:pos="1715"/>
                <w:tab w:val="left" w:pos="2417"/>
              </w:tabs>
              <w:spacing w:line="259" w:lineRule="auto"/>
              <w:ind w:right="95"/>
              <w:rPr>
                <w:sz w:val="24"/>
              </w:rPr>
            </w:pPr>
            <w:r>
              <w:rPr>
                <w:sz w:val="24"/>
              </w:rPr>
              <w:t>музыкальная композиция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"Афганистан…боль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сердца",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рамках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памяти  о </w:t>
            </w:r>
            <w:r>
              <w:rPr>
                <w:spacing w:val="-1"/>
                <w:sz w:val="24"/>
              </w:rPr>
              <w:t>россиянах,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исполнявших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служебный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z w:val="24"/>
              </w:rPr>
              <w:tab/>
              <w:t xml:space="preserve">за </w:t>
            </w:r>
            <w:r>
              <w:rPr>
                <w:spacing w:val="-1"/>
                <w:sz w:val="24"/>
              </w:rPr>
              <w:t>пределами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Отчества</w:t>
            </w:r>
          </w:p>
          <w:p w14:paraId="6BD15FB5" w14:textId="6F730962" w:rsidR="00303884" w:rsidRDefault="00303884" w:rsidP="00303884">
            <w:pPr>
              <w:pStyle w:val="TableParagraph"/>
              <w:tabs>
                <w:tab w:val="left" w:pos="2325"/>
              </w:tabs>
              <w:rPr>
                <w:sz w:val="24"/>
              </w:rPr>
            </w:pPr>
            <w:r>
              <w:rPr>
                <w:sz w:val="24"/>
              </w:rPr>
              <w:t>Классные часы</w:t>
            </w:r>
          </w:p>
          <w:p w14:paraId="3A9E44AB" w14:textId="2B572C47" w:rsidR="00303884" w:rsidRPr="00E07358" w:rsidRDefault="00303884" w:rsidP="00303884">
            <w:pPr>
              <w:ind w:left="105"/>
              <w:rPr>
                <w:rFonts w:cs="Times New Roman"/>
                <w:sz w:val="24"/>
                <w:szCs w:val="24"/>
                <w:lang w:val="ru-RU"/>
              </w:rPr>
            </w:pPr>
            <w:r w:rsidRPr="0065067A">
              <w:rPr>
                <w:sz w:val="24"/>
                <w:lang w:val="ru-RU"/>
              </w:rPr>
              <w:t>«Афганистан</w:t>
            </w:r>
            <w:r w:rsidRPr="0065067A">
              <w:rPr>
                <w:sz w:val="24"/>
                <w:lang w:val="ru-RU"/>
              </w:rPr>
              <w:tab/>
              <w:t>–</w:t>
            </w:r>
            <w:r w:rsidRPr="0065067A">
              <w:rPr>
                <w:sz w:val="24"/>
                <w:lang w:val="ru-RU"/>
              </w:rPr>
              <w:tab/>
            </w:r>
            <w:r w:rsidRPr="0065067A">
              <w:rPr>
                <w:spacing w:val="-1"/>
                <w:sz w:val="24"/>
                <w:lang w:val="ru-RU"/>
              </w:rPr>
              <w:t>живая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                        </w:t>
            </w:r>
            <w:r w:rsidRPr="0065067A">
              <w:rPr>
                <w:sz w:val="24"/>
                <w:lang w:val="ru-RU"/>
              </w:rPr>
              <w:t>память…»</w:t>
            </w:r>
          </w:p>
        </w:tc>
        <w:tc>
          <w:tcPr>
            <w:tcW w:w="850" w:type="dxa"/>
          </w:tcPr>
          <w:p w14:paraId="64BD2411" w14:textId="2B9317EA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471D991C" w14:textId="22A13176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977" w:type="dxa"/>
          </w:tcPr>
          <w:p w14:paraId="5587A774" w14:textId="4919BF19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502FF6A4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260F287C" w14:textId="77777777" w:rsidTr="00907BA4">
        <w:trPr>
          <w:jc w:val="center"/>
        </w:trPr>
        <w:tc>
          <w:tcPr>
            <w:tcW w:w="5320" w:type="dxa"/>
          </w:tcPr>
          <w:p w14:paraId="05E3056A" w14:textId="77777777" w:rsidR="00303884" w:rsidRDefault="00303884" w:rsidP="00303884">
            <w:pPr>
              <w:pStyle w:val="TableParagraph"/>
              <w:spacing w:line="261" w:lineRule="auto"/>
              <w:ind w:left="120" w:right="1044"/>
              <w:rPr>
                <w:sz w:val="24"/>
              </w:rPr>
            </w:pPr>
            <w:r>
              <w:rPr>
                <w:sz w:val="24"/>
              </w:rPr>
              <w:t>Классный час.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Мужества</w:t>
            </w:r>
          </w:p>
          <w:p w14:paraId="71536568" w14:textId="77777777" w:rsidR="00303884" w:rsidRDefault="00303884" w:rsidP="00303884">
            <w:pPr>
              <w:pStyle w:val="TableParagraph"/>
              <w:spacing w:line="259" w:lineRule="auto"/>
              <w:ind w:left="120" w:right="412" w:firstLine="64"/>
              <w:rPr>
                <w:sz w:val="24"/>
              </w:rPr>
            </w:pPr>
            <w:r>
              <w:rPr>
                <w:sz w:val="24"/>
              </w:rPr>
              <w:t>«К подвигу солдата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сердцем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прикоснись»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рамках Дня защитника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  <w:p w14:paraId="276645F0" w14:textId="77777777" w:rsidR="00303884" w:rsidRDefault="00303884" w:rsidP="00303884"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открыток</w:t>
            </w:r>
          </w:p>
          <w:p w14:paraId="1995C51B" w14:textId="77777777" w:rsidR="00303884" w:rsidRDefault="00303884" w:rsidP="00303884">
            <w:pPr>
              <w:pStyle w:val="TableParagraph"/>
              <w:spacing w:before="5"/>
              <w:ind w:left="0"/>
              <w:rPr>
                <w:sz w:val="27"/>
              </w:rPr>
            </w:pPr>
          </w:p>
          <w:p w14:paraId="49CA205B" w14:textId="723AB29E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5067A">
              <w:rPr>
                <w:sz w:val="24"/>
                <w:lang w:val="ru-RU"/>
              </w:rPr>
              <w:t>Спортивные</w:t>
            </w:r>
            <w:r w:rsidRPr="0065067A">
              <w:rPr>
                <w:spacing w:val="23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соревнования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</w:t>
            </w:r>
            <w:r w:rsidRPr="0065067A">
              <w:rPr>
                <w:sz w:val="24"/>
                <w:lang w:val="ru-RU"/>
              </w:rPr>
              <w:t>А</w:t>
            </w:r>
            <w:r w:rsidRPr="0065067A">
              <w:rPr>
                <w:spacing w:val="-2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 xml:space="preserve">ну-ка, </w:t>
            </w:r>
            <w:r w:rsidR="00900923">
              <w:rPr>
                <w:sz w:val="24"/>
                <w:lang w:val="ru-RU"/>
              </w:rPr>
              <w:t>мальчики</w:t>
            </w:r>
            <w:r w:rsidRPr="0065067A">
              <w:rPr>
                <w:sz w:val="24"/>
                <w:lang w:val="ru-RU"/>
              </w:rPr>
              <w:t>!</w:t>
            </w:r>
          </w:p>
        </w:tc>
        <w:tc>
          <w:tcPr>
            <w:tcW w:w="850" w:type="dxa"/>
          </w:tcPr>
          <w:p w14:paraId="6A482477" w14:textId="450934EA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6CABC82A" w14:textId="246C3184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977" w:type="dxa"/>
          </w:tcPr>
          <w:p w14:paraId="152AD26B" w14:textId="7BC4F9E5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26D720B9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49BDF391" w14:textId="77777777" w:rsidTr="00907BA4">
        <w:trPr>
          <w:trHeight w:val="2391"/>
          <w:jc w:val="center"/>
        </w:trPr>
        <w:tc>
          <w:tcPr>
            <w:tcW w:w="5320" w:type="dxa"/>
          </w:tcPr>
          <w:p w14:paraId="146F8594" w14:textId="77777777" w:rsidR="00303884" w:rsidRDefault="00303884" w:rsidP="00303884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плаката</w:t>
            </w:r>
          </w:p>
          <w:p w14:paraId="15642F79" w14:textId="77777777" w:rsidR="00303884" w:rsidRDefault="00303884" w:rsidP="00303884">
            <w:pPr>
              <w:pStyle w:val="TableParagraph"/>
              <w:spacing w:before="46" w:line="259" w:lineRule="auto"/>
              <w:ind w:left="120" w:right="282" w:firstLine="64"/>
              <w:rPr>
                <w:sz w:val="24"/>
              </w:rPr>
            </w:pPr>
            <w:r>
              <w:rPr>
                <w:sz w:val="24"/>
              </w:rPr>
              <w:t>«Слава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Родины!»</w:t>
            </w:r>
          </w:p>
          <w:p w14:paraId="241A3DFB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5067A">
              <w:rPr>
                <w:sz w:val="24"/>
                <w:lang w:val="ru-RU"/>
              </w:rPr>
              <w:t>в</w:t>
            </w:r>
            <w:r w:rsidRPr="0065067A">
              <w:rPr>
                <w:spacing w:val="-5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рамках</w:t>
            </w:r>
            <w:r w:rsidRPr="0065067A">
              <w:rPr>
                <w:spacing w:val="-2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Дня</w:t>
            </w:r>
            <w:r w:rsidRPr="0065067A">
              <w:rPr>
                <w:spacing w:val="-4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защитника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Отечества</w:t>
            </w:r>
          </w:p>
          <w:p w14:paraId="1DC89DC7" w14:textId="77777777" w:rsidR="00303884" w:rsidRDefault="00303884" w:rsidP="00303884">
            <w:pPr>
              <w:pStyle w:val="TableParagraph"/>
              <w:spacing w:before="3" w:line="259" w:lineRule="auto"/>
              <w:ind w:right="491"/>
              <w:rPr>
                <w:sz w:val="24"/>
              </w:rPr>
            </w:pPr>
            <w:r>
              <w:rPr>
                <w:sz w:val="24"/>
              </w:rPr>
              <w:t>Отечественной войны,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воинов-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интернационалистов,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боевых</w:t>
            </w:r>
          </w:p>
          <w:p w14:paraId="4D223FFD" w14:textId="34599BBB" w:rsidR="00303884" w:rsidRPr="00E07358" w:rsidRDefault="00303884" w:rsidP="00303884">
            <w:pPr>
              <w:pStyle w:val="TableParagraph"/>
              <w:spacing w:line="259" w:lineRule="auto"/>
              <w:ind w:right="469"/>
              <w:rPr>
                <w:sz w:val="24"/>
                <w:szCs w:val="24"/>
              </w:rPr>
            </w:pPr>
            <w:r>
              <w:rPr>
                <w:sz w:val="24"/>
              </w:rPr>
              <w:t>действий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антитеррористических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операций, в 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Месячника военно-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патриотического    воспитания</w:t>
            </w:r>
          </w:p>
        </w:tc>
        <w:tc>
          <w:tcPr>
            <w:tcW w:w="850" w:type="dxa"/>
          </w:tcPr>
          <w:p w14:paraId="79D77E77" w14:textId="77777777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  <w:p w14:paraId="35FDBA75" w14:textId="21434A31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Align w:val="center"/>
          </w:tcPr>
          <w:p w14:paraId="61E6E368" w14:textId="6978F1D7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977" w:type="dxa"/>
          </w:tcPr>
          <w:p w14:paraId="71AF02DE" w14:textId="4EB3C1E6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620DE2AD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5772DC28" w14:textId="77777777" w:rsidTr="00907BA4">
        <w:trPr>
          <w:jc w:val="center"/>
        </w:trPr>
        <w:tc>
          <w:tcPr>
            <w:tcW w:w="5320" w:type="dxa"/>
          </w:tcPr>
          <w:p w14:paraId="633AA24F" w14:textId="27932282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65067A">
              <w:rPr>
                <w:sz w:val="24"/>
                <w:lang w:val="ru-RU"/>
              </w:rPr>
              <w:t>Викторина «По страницам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                            </w:t>
            </w:r>
            <w:r w:rsidRPr="0065067A">
              <w:rPr>
                <w:sz w:val="24"/>
                <w:lang w:val="ru-RU"/>
              </w:rPr>
              <w:t>истории»,</w:t>
            </w:r>
            <w:r w:rsidRPr="0065067A">
              <w:rPr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посвящённая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                  </w:t>
            </w:r>
            <w:r w:rsidRPr="0065067A">
              <w:rPr>
                <w:sz w:val="24"/>
                <w:lang w:val="ru-RU"/>
              </w:rPr>
              <w:t>Дню воссоединения Крыма</w:t>
            </w:r>
            <w:r>
              <w:rPr>
                <w:sz w:val="24"/>
                <w:lang w:val="ru-RU"/>
              </w:rPr>
              <w:t xml:space="preserve"> </w:t>
            </w:r>
            <w:r w:rsidRPr="0065067A">
              <w:rPr>
                <w:spacing w:val="-57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с</w:t>
            </w:r>
            <w:r w:rsidRPr="0065067A">
              <w:rPr>
                <w:spacing w:val="-2"/>
                <w:sz w:val="24"/>
                <w:lang w:val="ru-RU"/>
              </w:rPr>
              <w:t xml:space="preserve"> </w:t>
            </w:r>
            <w:r w:rsidRPr="0065067A">
              <w:rPr>
                <w:sz w:val="24"/>
                <w:lang w:val="ru-RU"/>
              </w:rPr>
              <w:t>Россией</w:t>
            </w:r>
          </w:p>
        </w:tc>
        <w:tc>
          <w:tcPr>
            <w:tcW w:w="850" w:type="dxa"/>
          </w:tcPr>
          <w:p w14:paraId="5B719FD1" w14:textId="42695303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310CFD14" w14:textId="00847362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977" w:type="dxa"/>
          </w:tcPr>
          <w:p w14:paraId="5A55AE2C" w14:textId="61226A32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2407B9E2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303884" w:rsidRPr="00E07358" w14:paraId="057CA3BF" w14:textId="77777777" w:rsidTr="00907BA4">
        <w:trPr>
          <w:jc w:val="center"/>
        </w:trPr>
        <w:tc>
          <w:tcPr>
            <w:tcW w:w="5320" w:type="dxa"/>
            <w:vAlign w:val="center"/>
          </w:tcPr>
          <w:p w14:paraId="369FF718" w14:textId="6799E97D" w:rsidR="00303884" w:rsidRPr="0065067A" w:rsidRDefault="00303884" w:rsidP="00303884">
            <w:pPr>
              <w:widowControl w:val="0"/>
              <w:autoSpaceDE w:val="0"/>
              <w:autoSpaceDN w:val="0"/>
              <w:spacing w:before="7" w:line="259" w:lineRule="auto"/>
              <w:ind w:left="105" w:right="116"/>
              <w:rPr>
                <w:rFonts w:cs="Times New Roman"/>
                <w:sz w:val="24"/>
                <w:lang w:val="ru-RU"/>
              </w:rPr>
            </w:pPr>
            <w:r w:rsidRPr="0065067A">
              <w:rPr>
                <w:rFonts w:cs="Times New Roman"/>
                <w:sz w:val="24"/>
                <w:lang w:val="ru-RU"/>
              </w:rPr>
              <w:t>Конкурсы рисунка,</w:t>
            </w:r>
            <w:r w:rsidRPr="0065067A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выпуск боевых листков ,</w:t>
            </w:r>
            <w:r w:rsidRPr="0065067A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посвященных памятным</w:t>
            </w:r>
            <w:r w:rsidRPr="0065067A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датам ВОВ, оформление</w:t>
            </w:r>
            <w:r w:rsidRPr="0065067A">
              <w:rPr>
                <w:rFonts w:cs="Times New Roman"/>
                <w:spacing w:val="1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информационных</w:t>
            </w:r>
            <w:r w:rsidRPr="0065067A">
              <w:rPr>
                <w:rFonts w:cs="Times New Roman"/>
                <w:spacing w:val="-8"/>
                <w:sz w:val="24"/>
                <w:lang w:val="ru-RU"/>
              </w:rPr>
              <w:t xml:space="preserve"> </w:t>
            </w:r>
            <w:r w:rsidRPr="0065067A">
              <w:rPr>
                <w:rFonts w:cs="Times New Roman"/>
                <w:sz w:val="24"/>
                <w:lang w:val="ru-RU"/>
              </w:rPr>
              <w:t>стендов</w:t>
            </w:r>
          </w:p>
        </w:tc>
        <w:tc>
          <w:tcPr>
            <w:tcW w:w="850" w:type="dxa"/>
          </w:tcPr>
          <w:p w14:paraId="31D72B63" w14:textId="5DA28277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C321A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26A83C60" w14:textId="31EF30F0" w:rsidR="00303884" w:rsidRPr="008F652B" w:rsidRDefault="00303884" w:rsidP="00303884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977" w:type="dxa"/>
          </w:tcPr>
          <w:p w14:paraId="1F20E653" w14:textId="0050F19C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637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4C30C183" w14:textId="77777777" w:rsidR="00303884" w:rsidRPr="00E07358" w:rsidRDefault="00303884" w:rsidP="00303884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1C5A716B" w14:textId="7E0B3F8C" w:rsidTr="00DE1B63">
        <w:trPr>
          <w:jc w:val="center"/>
        </w:trPr>
        <w:tc>
          <w:tcPr>
            <w:tcW w:w="5320" w:type="dxa"/>
            <w:vAlign w:val="center"/>
          </w:tcPr>
          <w:p w14:paraId="2580792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Торжественная линейка и классные встречи ко Дню знаний</w:t>
            </w:r>
          </w:p>
        </w:tc>
        <w:tc>
          <w:tcPr>
            <w:tcW w:w="850" w:type="dxa"/>
            <w:vAlign w:val="center"/>
          </w:tcPr>
          <w:p w14:paraId="4CB3922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1FFA874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01.09.2026</w:t>
            </w:r>
          </w:p>
        </w:tc>
        <w:tc>
          <w:tcPr>
            <w:tcW w:w="2977" w:type="dxa"/>
            <w:vAlign w:val="center"/>
          </w:tcPr>
          <w:p w14:paraId="6923C57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Директор; заместитель директора по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воспитательной работе; классные руководители</w:t>
            </w:r>
          </w:p>
        </w:tc>
        <w:tc>
          <w:tcPr>
            <w:tcW w:w="3553" w:type="dxa"/>
          </w:tcPr>
          <w:p w14:paraId="1091DF4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416AADB5" w14:textId="472EDB7D" w:rsidTr="00DE1B63">
        <w:trPr>
          <w:jc w:val="center"/>
        </w:trPr>
        <w:tc>
          <w:tcPr>
            <w:tcW w:w="5320" w:type="dxa"/>
            <w:vAlign w:val="center"/>
          </w:tcPr>
          <w:p w14:paraId="54BDE8E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Памятное занятие ко Дню окончания Второй мировой войны</w:t>
            </w:r>
          </w:p>
        </w:tc>
        <w:tc>
          <w:tcPr>
            <w:tcW w:w="850" w:type="dxa"/>
            <w:vAlign w:val="center"/>
          </w:tcPr>
          <w:p w14:paraId="149C569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4CB17CB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02.09.2026</w:t>
            </w:r>
          </w:p>
        </w:tc>
        <w:tc>
          <w:tcPr>
            <w:tcW w:w="2977" w:type="dxa"/>
            <w:vAlign w:val="center"/>
          </w:tcPr>
          <w:p w14:paraId="500A97B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3553" w:type="dxa"/>
          </w:tcPr>
          <w:p w14:paraId="6BA7358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3160C148" w14:textId="08BE7F0D" w:rsidTr="00DE1B63">
        <w:trPr>
          <w:jc w:val="center"/>
        </w:trPr>
        <w:tc>
          <w:tcPr>
            <w:tcW w:w="5320" w:type="dxa"/>
            <w:vAlign w:val="center"/>
          </w:tcPr>
          <w:p w14:paraId="3496C00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День солидарности в борьбе с терроризмом: акция памяти и урок безопасности</w:t>
            </w:r>
          </w:p>
        </w:tc>
        <w:tc>
          <w:tcPr>
            <w:tcW w:w="850" w:type="dxa"/>
            <w:vAlign w:val="center"/>
          </w:tcPr>
          <w:p w14:paraId="165102F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3CEB895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03.09.2026</w:t>
            </w:r>
          </w:p>
        </w:tc>
        <w:tc>
          <w:tcPr>
            <w:tcW w:w="2977" w:type="dxa"/>
            <w:vAlign w:val="center"/>
          </w:tcPr>
          <w:p w14:paraId="3300664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классные руководители</w:t>
            </w:r>
          </w:p>
        </w:tc>
        <w:tc>
          <w:tcPr>
            <w:tcW w:w="3553" w:type="dxa"/>
          </w:tcPr>
          <w:p w14:paraId="0F1CCFF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026752FF" w14:textId="5F622F8F" w:rsidTr="00DE1B63">
        <w:trPr>
          <w:jc w:val="center"/>
        </w:trPr>
        <w:tc>
          <w:tcPr>
            <w:tcW w:w="5320" w:type="dxa"/>
            <w:vAlign w:val="center"/>
          </w:tcPr>
          <w:p w14:paraId="67E3BAED" w14:textId="7D945D43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Фестиваль «</w:t>
            </w:r>
            <w:r w:rsidR="00804820" w:rsidRPr="00E07358">
              <w:rPr>
                <w:rFonts w:cs="Times New Roman"/>
                <w:sz w:val="24"/>
                <w:szCs w:val="24"/>
                <w:lang w:val="ru-RU"/>
              </w:rPr>
              <w:t>150 культур Дона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850" w:type="dxa"/>
            <w:vAlign w:val="center"/>
          </w:tcPr>
          <w:p w14:paraId="2686F2C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21CD6F2" w14:textId="01D9C67A" w:rsidR="00DE1B63" w:rsidRPr="00E07358" w:rsidRDefault="0080482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Октябрь </w:t>
            </w:r>
            <w:r w:rsidR="00DE1B63" w:rsidRPr="00E07358">
              <w:rPr>
                <w:rFonts w:cs="Times New Roman"/>
                <w:sz w:val="24"/>
                <w:szCs w:val="24"/>
              </w:rPr>
              <w:t>2026</w:t>
            </w:r>
          </w:p>
        </w:tc>
        <w:tc>
          <w:tcPr>
            <w:tcW w:w="2977" w:type="dxa"/>
            <w:vAlign w:val="center"/>
          </w:tcPr>
          <w:p w14:paraId="476ED82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педагог-организатор</w:t>
            </w:r>
          </w:p>
        </w:tc>
        <w:tc>
          <w:tcPr>
            <w:tcW w:w="3553" w:type="dxa"/>
          </w:tcPr>
          <w:p w14:paraId="54C7671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5A05431D" w14:textId="00CA33D9" w:rsidTr="00DE1B63">
        <w:trPr>
          <w:jc w:val="center"/>
        </w:trPr>
        <w:tc>
          <w:tcPr>
            <w:tcW w:w="5320" w:type="dxa"/>
            <w:vAlign w:val="center"/>
          </w:tcPr>
          <w:p w14:paraId="50E7B9A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День первой помощи: практические станции</w:t>
            </w:r>
          </w:p>
        </w:tc>
        <w:tc>
          <w:tcPr>
            <w:tcW w:w="850" w:type="dxa"/>
            <w:vAlign w:val="center"/>
          </w:tcPr>
          <w:p w14:paraId="64CA44A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3EB8138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11.09.2026 либо ближайший учебный день к 13.09.2026</w:t>
            </w:r>
          </w:p>
        </w:tc>
        <w:tc>
          <w:tcPr>
            <w:tcW w:w="2977" w:type="dxa"/>
            <w:vAlign w:val="center"/>
          </w:tcPr>
          <w:p w14:paraId="36D30F7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медицинский работник (при наличии)</w:t>
            </w:r>
          </w:p>
        </w:tc>
        <w:tc>
          <w:tcPr>
            <w:tcW w:w="3553" w:type="dxa"/>
          </w:tcPr>
          <w:p w14:paraId="6833CD8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6B86F968" w14:textId="266132CD" w:rsidTr="00DE1B63">
        <w:trPr>
          <w:jc w:val="center"/>
        </w:trPr>
        <w:tc>
          <w:tcPr>
            <w:tcW w:w="5320" w:type="dxa"/>
            <w:vAlign w:val="center"/>
          </w:tcPr>
          <w:p w14:paraId="16EC852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Музыкальная гостиная к Международному дню музыки</w:t>
            </w:r>
          </w:p>
        </w:tc>
        <w:tc>
          <w:tcPr>
            <w:tcW w:w="850" w:type="dxa"/>
            <w:vAlign w:val="center"/>
          </w:tcPr>
          <w:p w14:paraId="0ABE00C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36311F5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01.10.2026</w:t>
            </w:r>
          </w:p>
        </w:tc>
        <w:tc>
          <w:tcPr>
            <w:tcW w:w="2977" w:type="dxa"/>
            <w:vAlign w:val="center"/>
          </w:tcPr>
          <w:p w14:paraId="158D5F20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Учитель музыки; педагог-организатор</w:t>
            </w:r>
          </w:p>
        </w:tc>
        <w:tc>
          <w:tcPr>
            <w:tcW w:w="3553" w:type="dxa"/>
          </w:tcPr>
          <w:p w14:paraId="79E6B797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4ED24E55" w14:textId="231E02E2" w:rsidTr="00DE1B63">
        <w:trPr>
          <w:jc w:val="center"/>
        </w:trPr>
        <w:tc>
          <w:tcPr>
            <w:tcW w:w="5320" w:type="dxa"/>
            <w:vAlign w:val="center"/>
          </w:tcPr>
          <w:p w14:paraId="341B001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Акция заботы к Международному дню пожилых людей</w:t>
            </w:r>
          </w:p>
        </w:tc>
        <w:tc>
          <w:tcPr>
            <w:tcW w:w="850" w:type="dxa"/>
            <w:vAlign w:val="center"/>
          </w:tcPr>
          <w:p w14:paraId="0AE06A2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5E53FE5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01.10.2026</w:t>
            </w:r>
          </w:p>
        </w:tc>
        <w:tc>
          <w:tcPr>
            <w:tcW w:w="2977" w:type="dxa"/>
            <w:vAlign w:val="center"/>
          </w:tcPr>
          <w:p w14:paraId="5750B8E7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руководители; социальный педагог</w:t>
            </w:r>
          </w:p>
        </w:tc>
        <w:tc>
          <w:tcPr>
            <w:tcW w:w="3553" w:type="dxa"/>
          </w:tcPr>
          <w:p w14:paraId="516168A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3D74202A" w14:textId="20F88C43" w:rsidTr="00DE1B63">
        <w:trPr>
          <w:jc w:val="center"/>
        </w:trPr>
        <w:tc>
          <w:tcPr>
            <w:tcW w:w="5320" w:type="dxa"/>
            <w:vAlign w:val="center"/>
          </w:tcPr>
          <w:p w14:paraId="7513F99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Праздничные мероприятия ко Дню учителя</w:t>
            </w:r>
          </w:p>
        </w:tc>
        <w:tc>
          <w:tcPr>
            <w:tcW w:w="850" w:type="dxa"/>
            <w:vAlign w:val="center"/>
          </w:tcPr>
          <w:p w14:paraId="1A5B8A4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44D466B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05.10.2026</w:t>
            </w:r>
          </w:p>
        </w:tc>
        <w:tc>
          <w:tcPr>
            <w:tcW w:w="2977" w:type="dxa"/>
            <w:vAlign w:val="center"/>
          </w:tcPr>
          <w:p w14:paraId="23743DD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Педагог-организатор;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553" w:type="dxa"/>
          </w:tcPr>
          <w:p w14:paraId="7A29A5A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091AE637" w14:textId="2AC4E42A" w:rsidTr="00DE1B63">
        <w:trPr>
          <w:jc w:val="center"/>
        </w:trPr>
        <w:tc>
          <w:tcPr>
            <w:tcW w:w="5320" w:type="dxa"/>
            <w:vAlign w:val="center"/>
          </w:tcPr>
          <w:p w14:paraId="2B02CFA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Всероссийский день чтения: школьный читательский марафон</w:t>
            </w:r>
          </w:p>
        </w:tc>
        <w:tc>
          <w:tcPr>
            <w:tcW w:w="850" w:type="dxa"/>
            <w:vAlign w:val="center"/>
          </w:tcPr>
          <w:p w14:paraId="25E56F8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6DF4151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09.10.2026</w:t>
            </w:r>
          </w:p>
        </w:tc>
        <w:tc>
          <w:tcPr>
            <w:tcW w:w="2977" w:type="dxa"/>
            <w:vAlign w:val="center"/>
          </w:tcPr>
          <w:p w14:paraId="47D9C9A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Школьный библиотекарь; учителя начальных классов</w:t>
            </w:r>
          </w:p>
        </w:tc>
        <w:tc>
          <w:tcPr>
            <w:tcW w:w="3553" w:type="dxa"/>
          </w:tcPr>
          <w:p w14:paraId="5E71F9B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37C84BD3" w14:textId="558504B8" w:rsidTr="00DE1B63">
        <w:trPr>
          <w:jc w:val="center"/>
        </w:trPr>
        <w:tc>
          <w:tcPr>
            <w:tcW w:w="5320" w:type="dxa"/>
            <w:vAlign w:val="center"/>
          </w:tcPr>
          <w:p w14:paraId="67FE82D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Всемирный день защиты животных: экологическая акция</w:t>
            </w:r>
          </w:p>
        </w:tc>
        <w:tc>
          <w:tcPr>
            <w:tcW w:w="850" w:type="dxa"/>
            <w:vAlign w:val="center"/>
          </w:tcPr>
          <w:p w14:paraId="29EDD75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46B9DD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 xml:space="preserve">05.10.2026, ближайший учебный день к </w:t>
            </w:r>
            <w:r w:rsidRPr="00E07358">
              <w:rPr>
                <w:rFonts w:cs="Times New Roman"/>
                <w:sz w:val="24"/>
                <w:szCs w:val="24"/>
              </w:rPr>
              <w:lastRenderedPageBreak/>
              <w:t>04.10.2026</w:t>
            </w:r>
          </w:p>
        </w:tc>
        <w:tc>
          <w:tcPr>
            <w:tcW w:w="2977" w:type="dxa"/>
            <w:vAlign w:val="center"/>
          </w:tcPr>
          <w:p w14:paraId="4F923A0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Учителя начальных классов; социальный педагог</w:t>
            </w:r>
          </w:p>
        </w:tc>
        <w:tc>
          <w:tcPr>
            <w:tcW w:w="3553" w:type="dxa"/>
          </w:tcPr>
          <w:p w14:paraId="6B12E5A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7D79FA32" w14:textId="4F0022B6" w:rsidTr="00DE1B63">
        <w:trPr>
          <w:jc w:val="center"/>
        </w:trPr>
        <w:tc>
          <w:tcPr>
            <w:tcW w:w="5320" w:type="dxa"/>
            <w:vAlign w:val="center"/>
          </w:tcPr>
          <w:p w14:paraId="1A11A31D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Творческие мастерские ко Дню отца</w:t>
            </w:r>
          </w:p>
        </w:tc>
        <w:tc>
          <w:tcPr>
            <w:tcW w:w="850" w:type="dxa"/>
            <w:vAlign w:val="center"/>
          </w:tcPr>
          <w:p w14:paraId="31AB51A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1467228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16.10.2026; официальная дата — 18.10.2026</w:t>
            </w:r>
          </w:p>
        </w:tc>
        <w:tc>
          <w:tcPr>
            <w:tcW w:w="2977" w:type="dxa"/>
            <w:vAlign w:val="center"/>
          </w:tcPr>
          <w:p w14:paraId="53A509E8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3553" w:type="dxa"/>
          </w:tcPr>
          <w:p w14:paraId="5340760F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69B11C4A" w14:textId="6AFE0466" w:rsidTr="00DE1B63">
        <w:trPr>
          <w:jc w:val="center"/>
        </w:trPr>
        <w:tc>
          <w:tcPr>
            <w:tcW w:w="5320" w:type="dxa"/>
            <w:vAlign w:val="center"/>
          </w:tcPr>
          <w:p w14:paraId="4B80461A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Международный день школьных библиотек</w:t>
            </w:r>
          </w:p>
        </w:tc>
        <w:tc>
          <w:tcPr>
            <w:tcW w:w="850" w:type="dxa"/>
            <w:vAlign w:val="center"/>
          </w:tcPr>
          <w:p w14:paraId="130E29B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162216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26.10.2026</w:t>
            </w:r>
          </w:p>
        </w:tc>
        <w:tc>
          <w:tcPr>
            <w:tcW w:w="2977" w:type="dxa"/>
            <w:vAlign w:val="center"/>
          </w:tcPr>
          <w:p w14:paraId="4CA82570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Школьный библиотекарь</w:t>
            </w:r>
          </w:p>
        </w:tc>
        <w:tc>
          <w:tcPr>
            <w:tcW w:w="3553" w:type="dxa"/>
          </w:tcPr>
          <w:p w14:paraId="2DFBACED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6420C109" w14:textId="2B25BAEB" w:rsidTr="00DE1B63">
        <w:trPr>
          <w:jc w:val="center"/>
        </w:trPr>
        <w:tc>
          <w:tcPr>
            <w:tcW w:w="5320" w:type="dxa"/>
            <w:vAlign w:val="center"/>
          </w:tcPr>
          <w:p w14:paraId="4A974495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Фестиваль культур ко Дню народного единства</w:t>
            </w:r>
          </w:p>
        </w:tc>
        <w:tc>
          <w:tcPr>
            <w:tcW w:w="850" w:type="dxa"/>
            <w:vAlign w:val="center"/>
          </w:tcPr>
          <w:p w14:paraId="282EF21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C09BCF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02–03.11.2026</w:t>
            </w:r>
          </w:p>
        </w:tc>
        <w:tc>
          <w:tcPr>
            <w:tcW w:w="2977" w:type="dxa"/>
            <w:vAlign w:val="center"/>
          </w:tcPr>
          <w:p w14:paraId="0CA2FF1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553" w:type="dxa"/>
          </w:tcPr>
          <w:p w14:paraId="61809366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4F6D1FED" w14:textId="1CA39B94" w:rsidTr="00DE1B63">
        <w:trPr>
          <w:jc w:val="center"/>
        </w:trPr>
        <w:tc>
          <w:tcPr>
            <w:tcW w:w="5320" w:type="dxa"/>
            <w:vAlign w:val="center"/>
          </w:tcPr>
          <w:p w14:paraId="579A728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Урок исторической памяти о военном параде на Красной площади 7 ноября 1941 года</w:t>
            </w:r>
          </w:p>
        </w:tc>
        <w:tc>
          <w:tcPr>
            <w:tcW w:w="850" w:type="dxa"/>
            <w:vAlign w:val="center"/>
          </w:tcPr>
          <w:p w14:paraId="5B27787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1445FAA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06.11.2026</w:t>
            </w:r>
          </w:p>
        </w:tc>
        <w:tc>
          <w:tcPr>
            <w:tcW w:w="2977" w:type="dxa"/>
            <w:vAlign w:val="center"/>
          </w:tcPr>
          <w:p w14:paraId="5BAE793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руководители; руководитель школьного музея (при наличии)</w:t>
            </w:r>
          </w:p>
        </w:tc>
        <w:tc>
          <w:tcPr>
            <w:tcW w:w="3553" w:type="dxa"/>
          </w:tcPr>
          <w:p w14:paraId="4B94495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2153B090" w14:textId="12CE80E0" w:rsidTr="00DE1B63">
        <w:trPr>
          <w:jc w:val="center"/>
        </w:trPr>
        <w:tc>
          <w:tcPr>
            <w:tcW w:w="5320" w:type="dxa"/>
            <w:vAlign w:val="center"/>
          </w:tcPr>
          <w:p w14:paraId="286EA4F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Синичкин день: акция помощи зимующим птицам</w:t>
            </w:r>
          </w:p>
        </w:tc>
        <w:tc>
          <w:tcPr>
            <w:tcW w:w="850" w:type="dxa"/>
            <w:vAlign w:val="center"/>
          </w:tcPr>
          <w:p w14:paraId="37BC21E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476C6F6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12.11.2026</w:t>
            </w:r>
          </w:p>
        </w:tc>
        <w:tc>
          <w:tcPr>
            <w:tcW w:w="2977" w:type="dxa"/>
            <w:vAlign w:val="center"/>
          </w:tcPr>
          <w:p w14:paraId="25FACB3D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3553" w:type="dxa"/>
          </w:tcPr>
          <w:p w14:paraId="1732C4E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3A5E8B89" w14:textId="11B990BE" w:rsidTr="00DE1B63">
        <w:trPr>
          <w:jc w:val="center"/>
        </w:trPr>
        <w:tc>
          <w:tcPr>
            <w:tcW w:w="5320" w:type="dxa"/>
            <w:vAlign w:val="center"/>
          </w:tcPr>
          <w:p w14:paraId="22A9502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Познавательная программа к Всемирному дню ребёнка</w:t>
            </w:r>
          </w:p>
        </w:tc>
        <w:tc>
          <w:tcPr>
            <w:tcW w:w="850" w:type="dxa"/>
            <w:vAlign w:val="center"/>
          </w:tcPr>
          <w:p w14:paraId="5474480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0BFBEAF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20.11.2026</w:t>
            </w:r>
          </w:p>
        </w:tc>
        <w:tc>
          <w:tcPr>
            <w:tcW w:w="2977" w:type="dxa"/>
            <w:vAlign w:val="center"/>
          </w:tcPr>
          <w:p w14:paraId="5A70F471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Социальный педагог; классные руководители</w:t>
            </w:r>
          </w:p>
        </w:tc>
        <w:tc>
          <w:tcPr>
            <w:tcW w:w="3553" w:type="dxa"/>
          </w:tcPr>
          <w:p w14:paraId="16F277E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511718D1" w14:textId="6EEFB40F" w:rsidTr="00DE1B63">
        <w:trPr>
          <w:jc w:val="center"/>
        </w:trPr>
        <w:tc>
          <w:tcPr>
            <w:tcW w:w="5320" w:type="dxa"/>
            <w:vAlign w:val="center"/>
          </w:tcPr>
          <w:p w14:paraId="581BE39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День словарей и энциклопедий и 225-летие В. И. Даля</w:t>
            </w:r>
          </w:p>
        </w:tc>
        <w:tc>
          <w:tcPr>
            <w:tcW w:w="850" w:type="dxa"/>
            <w:vAlign w:val="center"/>
          </w:tcPr>
          <w:p w14:paraId="40F78D2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73EF9EF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20–23.11.2026</w:t>
            </w:r>
          </w:p>
        </w:tc>
        <w:tc>
          <w:tcPr>
            <w:tcW w:w="2977" w:type="dxa"/>
            <w:vAlign w:val="center"/>
          </w:tcPr>
          <w:p w14:paraId="4AB306C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Школьный библиотекарь; учителя начальных классов</w:t>
            </w:r>
          </w:p>
        </w:tc>
        <w:tc>
          <w:tcPr>
            <w:tcW w:w="3553" w:type="dxa"/>
          </w:tcPr>
          <w:p w14:paraId="7CDB920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2169FDC2" w14:textId="0E7E8DBC" w:rsidTr="00DE1B63">
        <w:trPr>
          <w:jc w:val="center"/>
        </w:trPr>
        <w:tc>
          <w:tcPr>
            <w:tcW w:w="5320" w:type="dxa"/>
            <w:vAlign w:val="center"/>
          </w:tcPr>
          <w:p w14:paraId="7E1FE9A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Праздничная программа ко Дню матери</w:t>
            </w:r>
          </w:p>
        </w:tc>
        <w:tc>
          <w:tcPr>
            <w:tcW w:w="850" w:type="dxa"/>
            <w:vAlign w:val="center"/>
          </w:tcPr>
          <w:p w14:paraId="2954BDA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32FCC33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27.11.2026; официальная дата — 29.11.2026</w:t>
            </w:r>
          </w:p>
        </w:tc>
        <w:tc>
          <w:tcPr>
            <w:tcW w:w="2977" w:type="dxa"/>
            <w:vAlign w:val="center"/>
          </w:tcPr>
          <w:p w14:paraId="25D96E52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Педагог-организатор; классные руководители</w:t>
            </w:r>
          </w:p>
        </w:tc>
        <w:tc>
          <w:tcPr>
            <w:tcW w:w="3553" w:type="dxa"/>
          </w:tcPr>
          <w:p w14:paraId="281021C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3D85FB9F" w14:textId="0DEC2616" w:rsidTr="00DE1B63">
        <w:trPr>
          <w:jc w:val="center"/>
        </w:trPr>
        <w:tc>
          <w:tcPr>
            <w:tcW w:w="5320" w:type="dxa"/>
            <w:vAlign w:val="center"/>
          </w:tcPr>
          <w:p w14:paraId="7A38B74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Познавательное мероприятие ко Дню Государственного герба Российской Федерации</w:t>
            </w:r>
          </w:p>
        </w:tc>
        <w:tc>
          <w:tcPr>
            <w:tcW w:w="850" w:type="dxa"/>
            <w:vAlign w:val="center"/>
          </w:tcPr>
          <w:p w14:paraId="6CDBA9F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4213F86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30.11.2026</w:t>
            </w:r>
          </w:p>
        </w:tc>
        <w:tc>
          <w:tcPr>
            <w:tcW w:w="2977" w:type="dxa"/>
            <w:vAlign w:val="center"/>
          </w:tcPr>
          <w:p w14:paraId="132CECD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553" w:type="dxa"/>
          </w:tcPr>
          <w:p w14:paraId="377DD13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659AB7AA" w14:textId="70CFFFCC" w:rsidTr="00DE1B63">
        <w:trPr>
          <w:jc w:val="center"/>
        </w:trPr>
        <w:tc>
          <w:tcPr>
            <w:tcW w:w="5320" w:type="dxa"/>
            <w:vAlign w:val="center"/>
          </w:tcPr>
          <w:p w14:paraId="5812D99A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850" w:type="dxa"/>
            <w:vAlign w:val="center"/>
          </w:tcPr>
          <w:p w14:paraId="6632D6C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4766E82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03.12.2026</w:t>
            </w:r>
          </w:p>
        </w:tc>
        <w:tc>
          <w:tcPr>
            <w:tcW w:w="2977" w:type="dxa"/>
            <w:vAlign w:val="center"/>
          </w:tcPr>
          <w:p w14:paraId="51E5527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Педагог-организатор; руководитель школьного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музея (при наличии)</w:t>
            </w:r>
          </w:p>
        </w:tc>
        <w:tc>
          <w:tcPr>
            <w:tcW w:w="3553" w:type="dxa"/>
          </w:tcPr>
          <w:p w14:paraId="7695269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6E5BF2BE" w14:textId="52F7A928" w:rsidTr="00DE1B63">
        <w:trPr>
          <w:jc w:val="center"/>
        </w:trPr>
        <w:tc>
          <w:tcPr>
            <w:tcW w:w="5320" w:type="dxa"/>
            <w:vAlign w:val="center"/>
          </w:tcPr>
          <w:p w14:paraId="7B84D35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Международный день людей с ограниченными возможностями здоровья: акция «Мир равных возможностей»</w:t>
            </w:r>
          </w:p>
        </w:tc>
        <w:tc>
          <w:tcPr>
            <w:tcW w:w="850" w:type="dxa"/>
            <w:vAlign w:val="center"/>
          </w:tcPr>
          <w:p w14:paraId="31ABAD1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21CC73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03.12.2026</w:t>
            </w:r>
          </w:p>
        </w:tc>
        <w:tc>
          <w:tcPr>
            <w:tcW w:w="2977" w:type="dxa"/>
            <w:vAlign w:val="center"/>
          </w:tcPr>
          <w:p w14:paraId="4512693C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Педагог-психолог; социальный педагог</w:t>
            </w:r>
          </w:p>
        </w:tc>
        <w:tc>
          <w:tcPr>
            <w:tcW w:w="3553" w:type="dxa"/>
          </w:tcPr>
          <w:p w14:paraId="02214611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61B4ACA9" w14:textId="5189A82E" w:rsidTr="00DE1B63">
        <w:trPr>
          <w:jc w:val="center"/>
        </w:trPr>
        <w:tc>
          <w:tcPr>
            <w:tcW w:w="5320" w:type="dxa"/>
            <w:vAlign w:val="center"/>
          </w:tcPr>
          <w:p w14:paraId="587C5BF5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День начала контрнаступления советских войск в битве под Москвой</w:t>
            </w:r>
          </w:p>
        </w:tc>
        <w:tc>
          <w:tcPr>
            <w:tcW w:w="850" w:type="dxa"/>
            <w:vAlign w:val="center"/>
          </w:tcPr>
          <w:p w14:paraId="35E0A67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065DE7C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04.12.2026, ближайший учебный день к 05.12.2026</w:t>
            </w:r>
          </w:p>
        </w:tc>
        <w:tc>
          <w:tcPr>
            <w:tcW w:w="2977" w:type="dxa"/>
            <w:vAlign w:val="center"/>
          </w:tcPr>
          <w:p w14:paraId="5B90EBD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руководители; руководитель школьного музея (при наличии)</w:t>
            </w:r>
          </w:p>
        </w:tc>
        <w:tc>
          <w:tcPr>
            <w:tcW w:w="3553" w:type="dxa"/>
          </w:tcPr>
          <w:p w14:paraId="2905DAC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4DC15D68" w14:textId="60A714FA" w:rsidTr="00DE1B63">
        <w:trPr>
          <w:jc w:val="center"/>
        </w:trPr>
        <w:tc>
          <w:tcPr>
            <w:tcW w:w="5320" w:type="dxa"/>
            <w:vAlign w:val="center"/>
          </w:tcPr>
          <w:p w14:paraId="6B50BE8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Международный день добровольца: школьная акция добрых дел</w:t>
            </w:r>
          </w:p>
        </w:tc>
        <w:tc>
          <w:tcPr>
            <w:tcW w:w="850" w:type="dxa"/>
            <w:vAlign w:val="center"/>
          </w:tcPr>
          <w:p w14:paraId="13A98FB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6AFC321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04.12.2026, ближайший учебный день к 05.12.2026</w:t>
            </w:r>
          </w:p>
        </w:tc>
        <w:tc>
          <w:tcPr>
            <w:tcW w:w="2977" w:type="dxa"/>
            <w:vAlign w:val="center"/>
          </w:tcPr>
          <w:p w14:paraId="681A231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553" w:type="dxa"/>
          </w:tcPr>
          <w:p w14:paraId="04DCB15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76534DA5" w14:textId="218CD789" w:rsidTr="00DE1B63">
        <w:trPr>
          <w:jc w:val="center"/>
        </w:trPr>
        <w:tc>
          <w:tcPr>
            <w:tcW w:w="5320" w:type="dxa"/>
            <w:vAlign w:val="center"/>
          </w:tcPr>
          <w:p w14:paraId="0E294B22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850" w:type="dxa"/>
            <w:vAlign w:val="center"/>
          </w:tcPr>
          <w:p w14:paraId="6133FD7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2908FB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09.12.2026</w:t>
            </w:r>
          </w:p>
        </w:tc>
        <w:tc>
          <w:tcPr>
            <w:tcW w:w="2977" w:type="dxa"/>
            <w:vAlign w:val="center"/>
          </w:tcPr>
          <w:p w14:paraId="1EE5F0CB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Педагог-организатор; классные руководители</w:t>
            </w:r>
          </w:p>
        </w:tc>
        <w:tc>
          <w:tcPr>
            <w:tcW w:w="3553" w:type="dxa"/>
          </w:tcPr>
          <w:p w14:paraId="333576B1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699A45C7" w14:textId="25172890" w:rsidTr="00DE1B63">
        <w:trPr>
          <w:jc w:val="center"/>
        </w:trPr>
        <w:tc>
          <w:tcPr>
            <w:tcW w:w="5320" w:type="dxa"/>
            <w:vAlign w:val="center"/>
          </w:tcPr>
          <w:p w14:paraId="74D6B218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Международный день прав человека</w:t>
            </w:r>
          </w:p>
        </w:tc>
        <w:tc>
          <w:tcPr>
            <w:tcW w:w="850" w:type="dxa"/>
            <w:vAlign w:val="center"/>
          </w:tcPr>
          <w:p w14:paraId="6B7B25F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6E6D9B6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10.12.2026</w:t>
            </w:r>
          </w:p>
        </w:tc>
        <w:tc>
          <w:tcPr>
            <w:tcW w:w="2977" w:type="dxa"/>
            <w:vAlign w:val="center"/>
          </w:tcPr>
          <w:p w14:paraId="7DEF8A51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Социальный педагог; классные руководители</w:t>
            </w:r>
          </w:p>
        </w:tc>
        <w:tc>
          <w:tcPr>
            <w:tcW w:w="3553" w:type="dxa"/>
          </w:tcPr>
          <w:p w14:paraId="047BE200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382C043D" w14:textId="1F99CAA1" w:rsidTr="00DE1B63">
        <w:trPr>
          <w:jc w:val="center"/>
        </w:trPr>
        <w:tc>
          <w:tcPr>
            <w:tcW w:w="5320" w:type="dxa"/>
            <w:vAlign w:val="center"/>
          </w:tcPr>
          <w:p w14:paraId="5E73C2F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Познавательные занятия ко Дню Конституции Российской Федерации</w:t>
            </w:r>
          </w:p>
        </w:tc>
        <w:tc>
          <w:tcPr>
            <w:tcW w:w="850" w:type="dxa"/>
            <w:vAlign w:val="center"/>
          </w:tcPr>
          <w:p w14:paraId="1A0BC8F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51286A0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11.12.2026; официальная дата — 12.12.2026</w:t>
            </w:r>
          </w:p>
        </w:tc>
        <w:tc>
          <w:tcPr>
            <w:tcW w:w="2977" w:type="dxa"/>
            <w:vAlign w:val="center"/>
          </w:tcPr>
          <w:p w14:paraId="1678ED15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53" w:type="dxa"/>
          </w:tcPr>
          <w:p w14:paraId="69FF57E8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7DDC2B5B" w14:textId="03DC3BD2" w:rsidTr="00DE1B63">
        <w:trPr>
          <w:jc w:val="center"/>
        </w:trPr>
        <w:tc>
          <w:tcPr>
            <w:tcW w:w="5320" w:type="dxa"/>
            <w:vAlign w:val="center"/>
          </w:tcPr>
          <w:p w14:paraId="0BAB683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День Государственного гимна Российской Федерации</w:t>
            </w:r>
          </w:p>
        </w:tc>
        <w:tc>
          <w:tcPr>
            <w:tcW w:w="850" w:type="dxa"/>
            <w:vAlign w:val="center"/>
          </w:tcPr>
          <w:p w14:paraId="49C8AC9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3292DF3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25.12.2026</w:t>
            </w:r>
          </w:p>
        </w:tc>
        <w:tc>
          <w:tcPr>
            <w:tcW w:w="2977" w:type="dxa"/>
            <w:vAlign w:val="center"/>
          </w:tcPr>
          <w:p w14:paraId="47896B0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объединениями; учитель музыки</w:t>
            </w:r>
          </w:p>
        </w:tc>
        <w:tc>
          <w:tcPr>
            <w:tcW w:w="3553" w:type="dxa"/>
          </w:tcPr>
          <w:p w14:paraId="32EFA74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3FCA24E6" w14:textId="2EF12D47" w:rsidTr="00DE1B63">
        <w:trPr>
          <w:jc w:val="center"/>
        </w:trPr>
        <w:tc>
          <w:tcPr>
            <w:tcW w:w="5320" w:type="dxa"/>
            <w:vAlign w:val="center"/>
          </w:tcPr>
          <w:p w14:paraId="0278424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Новогодняя творческая неделя</w:t>
            </w:r>
          </w:p>
        </w:tc>
        <w:tc>
          <w:tcPr>
            <w:tcW w:w="850" w:type="dxa"/>
            <w:vAlign w:val="center"/>
          </w:tcPr>
          <w:p w14:paraId="5A92D61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4E2BEA5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21–25.12.2026</w:t>
            </w:r>
          </w:p>
        </w:tc>
        <w:tc>
          <w:tcPr>
            <w:tcW w:w="2977" w:type="dxa"/>
            <w:vAlign w:val="center"/>
          </w:tcPr>
          <w:p w14:paraId="05CA5FC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педагог-организатор</w:t>
            </w:r>
          </w:p>
        </w:tc>
        <w:tc>
          <w:tcPr>
            <w:tcW w:w="3553" w:type="dxa"/>
          </w:tcPr>
          <w:p w14:paraId="7562D88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728ECCAE" w14:textId="6C18B34A" w:rsidTr="00DE1B63">
        <w:trPr>
          <w:jc w:val="center"/>
        </w:trPr>
        <w:tc>
          <w:tcPr>
            <w:tcW w:w="5320" w:type="dxa"/>
            <w:vAlign w:val="center"/>
          </w:tcPr>
          <w:p w14:paraId="48F654D6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День заповедников и национальных парков России</w:t>
            </w:r>
          </w:p>
        </w:tc>
        <w:tc>
          <w:tcPr>
            <w:tcW w:w="850" w:type="dxa"/>
            <w:vAlign w:val="center"/>
          </w:tcPr>
          <w:p w14:paraId="2D2161F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74B7505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Ближайший учебный день после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зимних каникул</w:t>
            </w:r>
          </w:p>
        </w:tc>
        <w:tc>
          <w:tcPr>
            <w:tcW w:w="2977" w:type="dxa"/>
            <w:vAlign w:val="center"/>
          </w:tcPr>
          <w:p w14:paraId="3791E1C3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lastRenderedPageBreak/>
              <w:t>Учителя начальных классов</w:t>
            </w:r>
          </w:p>
        </w:tc>
        <w:tc>
          <w:tcPr>
            <w:tcW w:w="3553" w:type="dxa"/>
          </w:tcPr>
          <w:p w14:paraId="0AA3036A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473E9747" w14:textId="2AC6B1C8" w:rsidTr="00DE1B63">
        <w:trPr>
          <w:jc w:val="center"/>
        </w:trPr>
        <w:tc>
          <w:tcPr>
            <w:tcW w:w="5320" w:type="dxa"/>
            <w:vAlign w:val="center"/>
          </w:tcPr>
          <w:p w14:paraId="6B4F1D0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День полного освобождения Ленинграда от фашистской блокады и Международный день памяти жертв Холокоста</w:t>
            </w:r>
          </w:p>
        </w:tc>
        <w:tc>
          <w:tcPr>
            <w:tcW w:w="850" w:type="dxa"/>
            <w:vAlign w:val="center"/>
          </w:tcPr>
          <w:p w14:paraId="551A870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75BA71B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27.01.2027</w:t>
            </w:r>
          </w:p>
        </w:tc>
        <w:tc>
          <w:tcPr>
            <w:tcW w:w="2977" w:type="dxa"/>
            <w:vAlign w:val="center"/>
          </w:tcPr>
          <w:p w14:paraId="0CA8EAA6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руководители; руководитель школьного музея (при наличии)</w:t>
            </w:r>
          </w:p>
        </w:tc>
        <w:tc>
          <w:tcPr>
            <w:tcW w:w="3553" w:type="dxa"/>
          </w:tcPr>
          <w:p w14:paraId="239F08F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0638B94B" w14:textId="2726E3BD" w:rsidTr="00DE1B63">
        <w:trPr>
          <w:jc w:val="center"/>
        </w:trPr>
        <w:tc>
          <w:tcPr>
            <w:tcW w:w="5320" w:type="dxa"/>
            <w:vAlign w:val="center"/>
          </w:tcPr>
          <w:p w14:paraId="473E68B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Международный день защиты персональных данных</w:t>
            </w:r>
          </w:p>
        </w:tc>
        <w:tc>
          <w:tcPr>
            <w:tcW w:w="850" w:type="dxa"/>
            <w:vAlign w:val="center"/>
          </w:tcPr>
          <w:p w14:paraId="404514B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3538AC9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28.01.2027</w:t>
            </w:r>
          </w:p>
        </w:tc>
        <w:tc>
          <w:tcPr>
            <w:tcW w:w="2977" w:type="dxa"/>
            <w:vAlign w:val="center"/>
          </w:tcPr>
          <w:p w14:paraId="5A40E25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информационную безопасность; классные руководители</w:t>
            </w:r>
          </w:p>
        </w:tc>
        <w:tc>
          <w:tcPr>
            <w:tcW w:w="3553" w:type="dxa"/>
          </w:tcPr>
          <w:p w14:paraId="19FB898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743E85FD" w14:textId="61D6C40C" w:rsidTr="00DE1B63">
        <w:trPr>
          <w:jc w:val="center"/>
        </w:trPr>
        <w:tc>
          <w:tcPr>
            <w:tcW w:w="5320" w:type="dxa"/>
            <w:vAlign w:val="center"/>
          </w:tcPr>
          <w:p w14:paraId="49292BD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850" w:type="dxa"/>
            <w:vAlign w:val="center"/>
          </w:tcPr>
          <w:p w14:paraId="4B84B14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3C91AB2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02.02.2027</w:t>
            </w:r>
          </w:p>
        </w:tc>
        <w:tc>
          <w:tcPr>
            <w:tcW w:w="2977" w:type="dxa"/>
            <w:vAlign w:val="center"/>
          </w:tcPr>
          <w:p w14:paraId="3B6030D7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3553" w:type="dxa"/>
          </w:tcPr>
          <w:p w14:paraId="072BE451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6CB616FD" w14:textId="39E2B6BE" w:rsidTr="00DE1B63">
        <w:trPr>
          <w:jc w:val="center"/>
        </w:trPr>
        <w:tc>
          <w:tcPr>
            <w:tcW w:w="5320" w:type="dxa"/>
            <w:vAlign w:val="center"/>
          </w:tcPr>
          <w:p w14:paraId="1DA72B9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День российской науки: школьный фестиваль опытов и открытий</w:t>
            </w:r>
          </w:p>
        </w:tc>
        <w:tc>
          <w:tcPr>
            <w:tcW w:w="850" w:type="dxa"/>
            <w:vAlign w:val="center"/>
          </w:tcPr>
          <w:p w14:paraId="314093F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1579C04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08.02.2027</w:t>
            </w:r>
          </w:p>
        </w:tc>
        <w:tc>
          <w:tcPr>
            <w:tcW w:w="2977" w:type="dxa"/>
            <w:vAlign w:val="center"/>
          </w:tcPr>
          <w:p w14:paraId="7AD2313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Заместитель директора по учебно-воспитательной работе; учителя начальных классов</w:t>
            </w:r>
          </w:p>
        </w:tc>
        <w:tc>
          <w:tcPr>
            <w:tcW w:w="3553" w:type="dxa"/>
          </w:tcPr>
          <w:p w14:paraId="49895D2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4D7063A1" w14:textId="35C7A1F8" w:rsidTr="00DE1B63">
        <w:trPr>
          <w:jc w:val="center"/>
        </w:trPr>
        <w:tc>
          <w:tcPr>
            <w:tcW w:w="5320" w:type="dxa"/>
            <w:vAlign w:val="center"/>
          </w:tcPr>
          <w:p w14:paraId="209CE139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Международный день книгодарения</w:t>
            </w:r>
          </w:p>
        </w:tc>
        <w:tc>
          <w:tcPr>
            <w:tcW w:w="850" w:type="dxa"/>
            <w:vAlign w:val="center"/>
          </w:tcPr>
          <w:p w14:paraId="3D78FE2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65BC069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12.02.2027, ближайший учебный день к 14.02.2027</w:t>
            </w:r>
          </w:p>
        </w:tc>
        <w:tc>
          <w:tcPr>
            <w:tcW w:w="2977" w:type="dxa"/>
            <w:vAlign w:val="center"/>
          </w:tcPr>
          <w:p w14:paraId="7955036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Школьный библиотекарь; классные руководители</w:t>
            </w:r>
          </w:p>
        </w:tc>
        <w:tc>
          <w:tcPr>
            <w:tcW w:w="3553" w:type="dxa"/>
          </w:tcPr>
          <w:p w14:paraId="469D8A2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5A7820AD" w14:textId="24C9B297" w:rsidTr="00DE1B63">
        <w:trPr>
          <w:jc w:val="center"/>
        </w:trPr>
        <w:tc>
          <w:tcPr>
            <w:tcW w:w="5320" w:type="dxa"/>
            <w:vAlign w:val="center"/>
          </w:tcPr>
          <w:p w14:paraId="6BAAEFD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850" w:type="dxa"/>
            <w:vAlign w:val="center"/>
          </w:tcPr>
          <w:p w14:paraId="17BF77C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762C62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19.02.2027, ближайший учебный день к 21.02.2027</w:t>
            </w:r>
          </w:p>
        </w:tc>
        <w:tc>
          <w:tcPr>
            <w:tcW w:w="2977" w:type="dxa"/>
            <w:vAlign w:val="center"/>
          </w:tcPr>
          <w:p w14:paraId="13590DE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3553" w:type="dxa"/>
          </w:tcPr>
          <w:p w14:paraId="68D51C13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1A6F6B08" w14:textId="52A30135" w:rsidTr="00DE1B63">
        <w:trPr>
          <w:jc w:val="center"/>
        </w:trPr>
        <w:tc>
          <w:tcPr>
            <w:tcW w:w="5320" w:type="dxa"/>
            <w:vAlign w:val="center"/>
          </w:tcPr>
          <w:p w14:paraId="4D8A760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Спортивно-патриотический праздник ко Дню защитника Отечества</w:t>
            </w:r>
          </w:p>
        </w:tc>
        <w:tc>
          <w:tcPr>
            <w:tcW w:w="850" w:type="dxa"/>
            <w:vAlign w:val="center"/>
          </w:tcPr>
          <w:p w14:paraId="53DF851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4101E8A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19.02.2027; официальная дата — 23.02.2027</w:t>
            </w:r>
          </w:p>
        </w:tc>
        <w:tc>
          <w:tcPr>
            <w:tcW w:w="2977" w:type="dxa"/>
            <w:vAlign w:val="center"/>
          </w:tcPr>
          <w:p w14:paraId="0146F69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Учитель физической культуры; педагог-организатор</w:t>
            </w:r>
          </w:p>
        </w:tc>
        <w:tc>
          <w:tcPr>
            <w:tcW w:w="3553" w:type="dxa"/>
          </w:tcPr>
          <w:p w14:paraId="5272353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0F5C9841" w14:textId="026FFBC3" w:rsidTr="00DE1B63">
        <w:trPr>
          <w:jc w:val="center"/>
        </w:trPr>
        <w:tc>
          <w:tcPr>
            <w:tcW w:w="5320" w:type="dxa"/>
            <w:vAlign w:val="center"/>
          </w:tcPr>
          <w:p w14:paraId="3F69D9C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День наставника</w:t>
            </w:r>
          </w:p>
        </w:tc>
        <w:tc>
          <w:tcPr>
            <w:tcW w:w="850" w:type="dxa"/>
            <w:vAlign w:val="center"/>
          </w:tcPr>
          <w:p w14:paraId="5AD3FA9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11419F3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02.03.2027</w:t>
            </w:r>
          </w:p>
        </w:tc>
        <w:tc>
          <w:tcPr>
            <w:tcW w:w="2977" w:type="dxa"/>
            <w:vAlign w:val="center"/>
          </w:tcPr>
          <w:p w14:paraId="1D84EBF3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3553" w:type="dxa"/>
          </w:tcPr>
          <w:p w14:paraId="1D1A229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18611A7F" w14:textId="0EAD978F" w:rsidTr="00DE1B63">
        <w:trPr>
          <w:jc w:val="center"/>
        </w:trPr>
        <w:tc>
          <w:tcPr>
            <w:tcW w:w="5320" w:type="dxa"/>
            <w:vAlign w:val="center"/>
          </w:tcPr>
          <w:p w14:paraId="6E49BA5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Творческая программа к Международному женскому дню</w:t>
            </w:r>
          </w:p>
        </w:tc>
        <w:tc>
          <w:tcPr>
            <w:tcW w:w="850" w:type="dxa"/>
            <w:vAlign w:val="center"/>
          </w:tcPr>
          <w:p w14:paraId="1D7DCB4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7DEC6DC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 xml:space="preserve">05.03.2027; официальная дата — </w:t>
            </w:r>
            <w:r w:rsidRPr="00E07358">
              <w:rPr>
                <w:rFonts w:cs="Times New Roman"/>
                <w:sz w:val="24"/>
                <w:szCs w:val="24"/>
              </w:rPr>
              <w:lastRenderedPageBreak/>
              <w:t>08.03.2027</w:t>
            </w:r>
          </w:p>
        </w:tc>
        <w:tc>
          <w:tcPr>
            <w:tcW w:w="2977" w:type="dxa"/>
            <w:vAlign w:val="center"/>
          </w:tcPr>
          <w:p w14:paraId="723C8FAF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lastRenderedPageBreak/>
              <w:t>Педагог-организатор; учитель музыки</w:t>
            </w:r>
          </w:p>
        </w:tc>
        <w:tc>
          <w:tcPr>
            <w:tcW w:w="3553" w:type="dxa"/>
          </w:tcPr>
          <w:p w14:paraId="349C02DF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479F9F6F" w14:textId="6026E825" w:rsidTr="00DE1B63">
        <w:trPr>
          <w:jc w:val="center"/>
        </w:trPr>
        <w:tc>
          <w:tcPr>
            <w:tcW w:w="5320" w:type="dxa"/>
            <w:vAlign w:val="center"/>
          </w:tcPr>
          <w:p w14:paraId="60423F9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Всемирный день инженерии: конструкторский марафон</w:t>
            </w:r>
          </w:p>
        </w:tc>
        <w:tc>
          <w:tcPr>
            <w:tcW w:w="850" w:type="dxa"/>
            <w:vAlign w:val="center"/>
          </w:tcPr>
          <w:p w14:paraId="688E92A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409D8BE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04.03.2027</w:t>
            </w:r>
          </w:p>
        </w:tc>
        <w:tc>
          <w:tcPr>
            <w:tcW w:w="2977" w:type="dxa"/>
            <w:vAlign w:val="center"/>
          </w:tcPr>
          <w:p w14:paraId="770CF85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педагог дополнительного образования (при наличии)</w:t>
            </w:r>
          </w:p>
        </w:tc>
        <w:tc>
          <w:tcPr>
            <w:tcW w:w="3553" w:type="dxa"/>
          </w:tcPr>
          <w:p w14:paraId="4FA4CA0D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3EB35BCE" w14:textId="7FE8432A" w:rsidTr="00DE1B63">
        <w:trPr>
          <w:jc w:val="center"/>
        </w:trPr>
        <w:tc>
          <w:tcPr>
            <w:tcW w:w="5320" w:type="dxa"/>
            <w:vAlign w:val="center"/>
          </w:tcPr>
          <w:p w14:paraId="51B434F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День искусственного интеллекта: безопасное знакомство с технологиями</w:t>
            </w:r>
          </w:p>
        </w:tc>
        <w:tc>
          <w:tcPr>
            <w:tcW w:w="850" w:type="dxa"/>
            <w:vAlign w:val="center"/>
          </w:tcPr>
          <w:p w14:paraId="0961118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6BE9E5B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12.03.2027, ближайший учебный день к 13.03.2027</w:t>
            </w:r>
          </w:p>
        </w:tc>
        <w:tc>
          <w:tcPr>
            <w:tcW w:w="2977" w:type="dxa"/>
            <w:vAlign w:val="center"/>
          </w:tcPr>
          <w:p w14:paraId="071EABD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информационную безопасность; учителя начальных классов</w:t>
            </w:r>
          </w:p>
        </w:tc>
        <w:tc>
          <w:tcPr>
            <w:tcW w:w="3553" w:type="dxa"/>
          </w:tcPr>
          <w:p w14:paraId="0C65986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7FA0D3B1" w14:textId="30952BF2" w:rsidTr="00DE1B63">
        <w:trPr>
          <w:jc w:val="center"/>
        </w:trPr>
        <w:tc>
          <w:tcPr>
            <w:tcW w:w="5320" w:type="dxa"/>
            <w:vAlign w:val="center"/>
          </w:tcPr>
          <w:p w14:paraId="01D5BB9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День воссоединения Крыма с Россией</w:t>
            </w:r>
          </w:p>
        </w:tc>
        <w:tc>
          <w:tcPr>
            <w:tcW w:w="850" w:type="dxa"/>
            <w:vAlign w:val="center"/>
          </w:tcPr>
          <w:p w14:paraId="7F8B3E5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1BE3745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18.03.2027</w:t>
            </w:r>
          </w:p>
        </w:tc>
        <w:tc>
          <w:tcPr>
            <w:tcW w:w="2977" w:type="dxa"/>
            <w:vAlign w:val="center"/>
          </w:tcPr>
          <w:p w14:paraId="7FF1F06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553" w:type="dxa"/>
          </w:tcPr>
          <w:p w14:paraId="65C3AC0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7588221E" w14:textId="1EAC06A1" w:rsidTr="00DE1B63">
        <w:trPr>
          <w:jc w:val="center"/>
        </w:trPr>
        <w:tc>
          <w:tcPr>
            <w:tcW w:w="5320" w:type="dxa"/>
            <w:vAlign w:val="center"/>
          </w:tcPr>
          <w:p w14:paraId="57E62EB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Всемирный день поэзии и Международный день лесов</w:t>
            </w:r>
          </w:p>
        </w:tc>
        <w:tc>
          <w:tcPr>
            <w:tcW w:w="850" w:type="dxa"/>
            <w:vAlign w:val="center"/>
          </w:tcPr>
          <w:p w14:paraId="349A7D8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5CF024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19.03.2027, ближайший учебный день к 21.03.2027</w:t>
            </w:r>
          </w:p>
        </w:tc>
        <w:tc>
          <w:tcPr>
            <w:tcW w:w="2977" w:type="dxa"/>
            <w:vAlign w:val="center"/>
          </w:tcPr>
          <w:p w14:paraId="1197544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школьный библиотекарь</w:t>
            </w:r>
          </w:p>
        </w:tc>
        <w:tc>
          <w:tcPr>
            <w:tcW w:w="3553" w:type="dxa"/>
          </w:tcPr>
          <w:p w14:paraId="4886FFC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6FAA9A91" w14:textId="7E0FD626" w:rsidTr="00DE1B63">
        <w:trPr>
          <w:jc w:val="center"/>
        </w:trPr>
        <w:tc>
          <w:tcPr>
            <w:tcW w:w="5320" w:type="dxa"/>
            <w:vAlign w:val="center"/>
          </w:tcPr>
          <w:p w14:paraId="0291D74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Всемирный день театра</w:t>
            </w:r>
          </w:p>
        </w:tc>
        <w:tc>
          <w:tcPr>
            <w:tcW w:w="850" w:type="dxa"/>
            <w:vAlign w:val="center"/>
          </w:tcPr>
          <w:p w14:paraId="2FFD8F4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D6F26C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26.03.2027, ближайший учебный день к 27.03.2027</w:t>
            </w:r>
          </w:p>
        </w:tc>
        <w:tc>
          <w:tcPr>
            <w:tcW w:w="2977" w:type="dxa"/>
            <w:vAlign w:val="center"/>
          </w:tcPr>
          <w:p w14:paraId="1C2FC52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Руководитель школьного театра (при наличии); педагог-организатор</w:t>
            </w:r>
          </w:p>
        </w:tc>
        <w:tc>
          <w:tcPr>
            <w:tcW w:w="3553" w:type="dxa"/>
          </w:tcPr>
          <w:p w14:paraId="409773F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445DFA79" w14:textId="0D49278C" w:rsidTr="00DE1B63">
        <w:trPr>
          <w:jc w:val="center"/>
        </w:trPr>
        <w:tc>
          <w:tcPr>
            <w:tcW w:w="5320" w:type="dxa"/>
            <w:vAlign w:val="center"/>
          </w:tcPr>
          <w:p w14:paraId="7EF8981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Международный день спорта на благо развития и мира</w:t>
            </w:r>
          </w:p>
        </w:tc>
        <w:tc>
          <w:tcPr>
            <w:tcW w:w="850" w:type="dxa"/>
            <w:vAlign w:val="center"/>
          </w:tcPr>
          <w:p w14:paraId="21F0C96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D6A92A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06.04.2027</w:t>
            </w:r>
          </w:p>
        </w:tc>
        <w:tc>
          <w:tcPr>
            <w:tcW w:w="2977" w:type="dxa"/>
            <w:vAlign w:val="center"/>
          </w:tcPr>
          <w:p w14:paraId="6C884F7A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3553" w:type="dxa"/>
          </w:tcPr>
          <w:p w14:paraId="4A7EE4A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393166E4" w14:textId="01169664" w:rsidTr="00DE1B63">
        <w:trPr>
          <w:jc w:val="center"/>
        </w:trPr>
        <w:tc>
          <w:tcPr>
            <w:tcW w:w="5320" w:type="dxa"/>
            <w:vAlign w:val="center"/>
          </w:tcPr>
          <w:p w14:paraId="645ED73C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850" w:type="dxa"/>
            <w:vAlign w:val="center"/>
          </w:tcPr>
          <w:p w14:paraId="25740C7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700FDC4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07.04.2027</w:t>
            </w:r>
          </w:p>
        </w:tc>
        <w:tc>
          <w:tcPr>
            <w:tcW w:w="2977" w:type="dxa"/>
            <w:vAlign w:val="center"/>
          </w:tcPr>
          <w:p w14:paraId="2B821A2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Учитель физической культуры; медицинский работник (при наличии)</w:t>
            </w:r>
          </w:p>
        </w:tc>
        <w:tc>
          <w:tcPr>
            <w:tcW w:w="3553" w:type="dxa"/>
          </w:tcPr>
          <w:p w14:paraId="5A9424E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4E591B00" w14:textId="0057F8E7" w:rsidTr="00DE1B63">
        <w:trPr>
          <w:jc w:val="center"/>
        </w:trPr>
        <w:tc>
          <w:tcPr>
            <w:tcW w:w="5320" w:type="dxa"/>
            <w:vAlign w:val="center"/>
          </w:tcPr>
          <w:p w14:paraId="3744F8D1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День российской анимации</w:t>
            </w:r>
          </w:p>
        </w:tc>
        <w:tc>
          <w:tcPr>
            <w:tcW w:w="850" w:type="dxa"/>
            <w:vAlign w:val="center"/>
          </w:tcPr>
          <w:p w14:paraId="6C0A486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6188BFD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08.04.2027</w:t>
            </w:r>
          </w:p>
        </w:tc>
        <w:tc>
          <w:tcPr>
            <w:tcW w:w="2977" w:type="dxa"/>
            <w:vAlign w:val="center"/>
          </w:tcPr>
          <w:p w14:paraId="56351AF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Педагог-организатор; ответственный за школьный медиацентр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(при наличии)</w:t>
            </w:r>
          </w:p>
        </w:tc>
        <w:tc>
          <w:tcPr>
            <w:tcW w:w="3553" w:type="dxa"/>
          </w:tcPr>
          <w:p w14:paraId="49F46C1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3B506A28" w14:textId="40E394B6" w:rsidTr="00DE1B63">
        <w:trPr>
          <w:jc w:val="center"/>
        </w:trPr>
        <w:tc>
          <w:tcPr>
            <w:tcW w:w="5320" w:type="dxa"/>
            <w:vAlign w:val="center"/>
          </w:tcPr>
          <w:p w14:paraId="4B6DA69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Космическая неделя ко Дню космонавтики</w:t>
            </w:r>
          </w:p>
        </w:tc>
        <w:tc>
          <w:tcPr>
            <w:tcW w:w="850" w:type="dxa"/>
            <w:vAlign w:val="center"/>
          </w:tcPr>
          <w:p w14:paraId="489CD5A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43BD6FF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07–12.04.2027</w:t>
            </w:r>
          </w:p>
        </w:tc>
        <w:tc>
          <w:tcPr>
            <w:tcW w:w="2977" w:type="dxa"/>
            <w:vAlign w:val="center"/>
          </w:tcPr>
          <w:p w14:paraId="557D19B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педагог-организатор</w:t>
            </w:r>
          </w:p>
        </w:tc>
        <w:tc>
          <w:tcPr>
            <w:tcW w:w="3553" w:type="dxa"/>
          </w:tcPr>
          <w:p w14:paraId="75CCD09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2CA47778" w14:textId="4D6C610B" w:rsidTr="00DE1B63">
        <w:trPr>
          <w:jc w:val="center"/>
        </w:trPr>
        <w:tc>
          <w:tcPr>
            <w:tcW w:w="5320" w:type="dxa"/>
            <w:vAlign w:val="center"/>
          </w:tcPr>
          <w:p w14:paraId="170550D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День памяти о геноциде советского народа нацистами и их пособниками</w:t>
            </w:r>
          </w:p>
        </w:tc>
        <w:tc>
          <w:tcPr>
            <w:tcW w:w="850" w:type="dxa"/>
            <w:vAlign w:val="center"/>
          </w:tcPr>
          <w:p w14:paraId="41FBB09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6FB31C5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19.04.2027</w:t>
            </w:r>
          </w:p>
        </w:tc>
        <w:tc>
          <w:tcPr>
            <w:tcW w:w="2977" w:type="dxa"/>
            <w:vAlign w:val="center"/>
          </w:tcPr>
          <w:p w14:paraId="45536DB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3553" w:type="dxa"/>
          </w:tcPr>
          <w:p w14:paraId="51D3B172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6814AF97" w14:textId="414B4312" w:rsidTr="00DE1B63">
        <w:trPr>
          <w:jc w:val="center"/>
        </w:trPr>
        <w:tc>
          <w:tcPr>
            <w:tcW w:w="5320" w:type="dxa"/>
            <w:vAlign w:val="center"/>
          </w:tcPr>
          <w:p w14:paraId="3C8811B5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Всемирный день Земли</w:t>
            </w:r>
          </w:p>
        </w:tc>
        <w:tc>
          <w:tcPr>
            <w:tcW w:w="850" w:type="dxa"/>
            <w:vAlign w:val="center"/>
          </w:tcPr>
          <w:p w14:paraId="4B1C21C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11496F2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22.04.2027</w:t>
            </w:r>
          </w:p>
        </w:tc>
        <w:tc>
          <w:tcPr>
            <w:tcW w:w="2977" w:type="dxa"/>
            <w:vAlign w:val="center"/>
          </w:tcPr>
          <w:p w14:paraId="493A9937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3553" w:type="dxa"/>
          </w:tcPr>
          <w:p w14:paraId="7F58EF83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037AAABE" w14:textId="11E97CF6" w:rsidTr="00DE1B63">
        <w:trPr>
          <w:jc w:val="center"/>
        </w:trPr>
        <w:tc>
          <w:tcPr>
            <w:tcW w:w="5320" w:type="dxa"/>
            <w:vAlign w:val="center"/>
          </w:tcPr>
          <w:p w14:paraId="7CA1212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День пожарной охраны: практикум безопасности</w:t>
            </w:r>
          </w:p>
        </w:tc>
        <w:tc>
          <w:tcPr>
            <w:tcW w:w="850" w:type="dxa"/>
            <w:vAlign w:val="center"/>
          </w:tcPr>
          <w:p w14:paraId="4C8295B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48B6435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30.04.2027</w:t>
            </w:r>
          </w:p>
        </w:tc>
        <w:tc>
          <w:tcPr>
            <w:tcW w:w="2977" w:type="dxa"/>
            <w:vAlign w:val="center"/>
          </w:tcPr>
          <w:p w14:paraId="1342C48A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Ответственный за комплексную безопасность</w:t>
            </w:r>
          </w:p>
        </w:tc>
        <w:tc>
          <w:tcPr>
            <w:tcW w:w="3553" w:type="dxa"/>
          </w:tcPr>
          <w:p w14:paraId="456BB352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2864BA1F" w14:textId="4FCB3558" w:rsidTr="00DE1B63">
        <w:trPr>
          <w:jc w:val="center"/>
        </w:trPr>
        <w:tc>
          <w:tcPr>
            <w:tcW w:w="5320" w:type="dxa"/>
            <w:vAlign w:val="center"/>
          </w:tcPr>
          <w:p w14:paraId="13F4EEE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Тематические мероприятия к Празднику Весны и Труда</w:t>
            </w:r>
          </w:p>
        </w:tc>
        <w:tc>
          <w:tcPr>
            <w:tcW w:w="850" w:type="dxa"/>
            <w:vAlign w:val="center"/>
          </w:tcPr>
          <w:p w14:paraId="367CD58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6E1860D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30.04.2027; официальная дата — 01.05.2027</w:t>
            </w:r>
          </w:p>
        </w:tc>
        <w:tc>
          <w:tcPr>
            <w:tcW w:w="2977" w:type="dxa"/>
            <w:vAlign w:val="center"/>
          </w:tcPr>
          <w:p w14:paraId="3847751D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53" w:type="dxa"/>
          </w:tcPr>
          <w:p w14:paraId="41CA41AB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75840A75" w14:textId="074608A7" w:rsidTr="00DE1B63">
        <w:trPr>
          <w:jc w:val="center"/>
        </w:trPr>
        <w:tc>
          <w:tcPr>
            <w:tcW w:w="5320" w:type="dxa"/>
            <w:vAlign w:val="center"/>
          </w:tcPr>
          <w:p w14:paraId="3B44EFE8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Неделя памяти и славы ко Дню </w:t>
            </w:r>
            <w:r w:rsidRPr="00E07358">
              <w:rPr>
                <w:rFonts w:cs="Times New Roman"/>
                <w:sz w:val="24"/>
                <w:szCs w:val="24"/>
              </w:rPr>
              <w:t>Победы</w:t>
            </w:r>
          </w:p>
        </w:tc>
        <w:tc>
          <w:tcPr>
            <w:tcW w:w="850" w:type="dxa"/>
            <w:vAlign w:val="center"/>
          </w:tcPr>
          <w:p w14:paraId="5EB47D6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4D3BEEB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04–07.05.2027; официальная дата — 09.05.2027</w:t>
            </w:r>
          </w:p>
        </w:tc>
        <w:tc>
          <w:tcPr>
            <w:tcW w:w="2977" w:type="dxa"/>
            <w:vAlign w:val="center"/>
          </w:tcPr>
          <w:p w14:paraId="0F42174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педагог-организатор</w:t>
            </w:r>
          </w:p>
        </w:tc>
        <w:tc>
          <w:tcPr>
            <w:tcW w:w="3553" w:type="dxa"/>
          </w:tcPr>
          <w:p w14:paraId="24C6A5B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708E97F7" w14:textId="73D130E7" w:rsidTr="00DE1B63">
        <w:trPr>
          <w:jc w:val="center"/>
        </w:trPr>
        <w:tc>
          <w:tcPr>
            <w:tcW w:w="5320" w:type="dxa"/>
            <w:vAlign w:val="center"/>
          </w:tcPr>
          <w:p w14:paraId="65921A85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Международный день музеев</w:t>
            </w:r>
          </w:p>
        </w:tc>
        <w:tc>
          <w:tcPr>
            <w:tcW w:w="850" w:type="dxa"/>
            <w:vAlign w:val="center"/>
          </w:tcPr>
          <w:p w14:paraId="31104F7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59C43D7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18.05.2027</w:t>
            </w:r>
          </w:p>
        </w:tc>
        <w:tc>
          <w:tcPr>
            <w:tcW w:w="2977" w:type="dxa"/>
            <w:vAlign w:val="center"/>
          </w:tcPr>
          <w:p w14:paraId="5877373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Руководитель школьного музея (при наличии); классные руководители</w:t>
            </w:r>
          </w:p>
        </w:tc>
        <w:tc>
          <w:tcPr>
            <w:tcW w:w="3553" w:type="dxa"/>
          </w:tcPr>
          <w:p w14:paraId="3B4E07AD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1494565F" w14:textId="3B895822" w:rsidTr="00DE1B63">
        <w:trPr>
          <w:jc w:val="center"/>
        </w:trPr>
        <w:tc>
          <w:tcPr>
            <w:tcW w:w="5320" w:type="dxa"/>
            <w:vAlign w:val="center"/>
          </w:tcPr>
          <w:p w14:paraId="2968CE2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День детских общественных организаций России</w:t>
            </w:r>
          </w:p>
        </w:tc>
        <w:tc>
          <w:tcPr>
            <w:tcW w:w="850" w:type="dxa"/>
            <w:vAlign w:val="center"/>
          </w:tcPr>
          <w:p w14:paraId="34B9658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477941E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19.05.2027</w:t>
            </w:r>
          </w:p>
        </w:tc>
        <w:tc>
          <w:tcPr>
            <w:tcW w:w="2977" w:type="dxa"/>
            <w:vAlign w:val="center"/>
          </w:tcPr>
          <w:p w14:paraId="11E18AB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553" w:type="dxa"/>
          </w:tcPr>
          <w:p w14:paraId="1F06D37D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614012AE" w14:textId="63EC32A8" w:rsidTr="00DE1B63">
        <w:trPr>
          <w:jc w:val="center"/>
        </w:trPr>
        <w:tc>
          <w:tcPr>
            <w:tcW w:w="5320" w:type="dxa"/>
            <w:vAlign w:val="center"/>
          </w:tcPr>
          <w:p w14:paraId="19C2289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День славянской письменности и культуры</w:t>
            </w:r>
          </w:p>
        </w:tc>
        <w:tc>
          <w:tcPr>
            <w:tcW w:w="850" w:type="dxa"/>
            <w:vAlign w:val="center"/>
          </w:tcPr>
          <w:p w14:paraId="489C1DE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833A96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24.05.2027</w:t>
            </w:r>
          </w:p>
        </w:tc>
        <w:tc>
          <w:tcPr>
            <w:tcW w:w="2977" w:type="dxa"/>
            <w:vAlign w:val="center"/>
          </w:tcPr>
          <w:p w14:paraId="60F63AF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школьный библиотекарь</w:t>
            </w:r>
          </w:p>
        </w:tc>
        <w:tc>
          <w:tcPr>
            <w:tcW w:w="3553" w:type="dxa"/>
          </w:tcPr>
          <w:p w14:paraId="7760457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3250E8E0" w14:textId="4356291E" w:rsidTr="00DE1B63">
        <w:trPr>
          <w:jc w:val="center"/>
        </w:trPr>
        <w:tc>
          <w:tcPr>
            <w:tcW w:w="5320" w:type="dxa"/>
            <w:vAlign w:val="center"/>
          </w:tcPr>
          <w:p w14:paraId="721982F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Общероссийский день библиотек</w:t>
            </w:r>
          </w:p>
        </w:tc>
        <w:tc>
          <w:tcPr>
            <w:tcW w:w="850" w:type="dxa"/>
            <w:vAlign w:val="center"/>
          </w:tcPr>
          <w:p w14:paraId="57C20AD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4A2663C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27.05.2027</w:t>
            </w:r>
          </w:p>
        </w:tc>
        <w:tc>
          <w:tcPr>
            <w:tcW w:w="2977" w:type="dxa"/>
            <w:vAlign w:val="center"/>
          </w:tcPr>
          <w:p w14:paraId="3DCE66F7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Школьный библиотекарь</w:t>
            </w:r>
          </w:p>
        </w:tc>
        <w:tc>
          <w:tcPr>
            <w:tcW w:w="3553" w:type="dxa"/>
          </w:tcPr>
          <w:p w14:paraId="5B744EF8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601FDA89" w14:textId="18066F97" w:rsidTr="00DE1B63">
        <w:trPr>
          <w:jc w:val="center"/>
        </w:trPr>
        <w:tc>
          <w:tcPr>
            <w:tcW w:w="5320" w:type="dxa"/>
            <w:vAlign w:val="center"/>
          </w:tcPr>
          <w:p w14:paraId="6502965D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Праздник «Прощай, начальная школа!»</w:t>
            </w:r>
          </w:p>
        </w:tc>
        <w:tc>
          <w:tcPr>
            <w:tcW w:w="850" w:type="dxa"/>
            <w:vAlign w:val="center"/>
          </w:tcPr>
          <w:p w14:paraId="2F4F687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14669E2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Май 2027 года, по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отдельному графику</w:t>
            </w:r>
          </w:p>
        </w:tc>
        <w:tc>
          <w:tcPr>
            <w:tcW w:w="2977" w:type="dxa"/>
            <w:vAlign w:val="center"/>
          </w:tcPr>
          <w:p w14:paraId="3FCE159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Заместитель директора по воспитательной работе;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классные руководители</w:t>
            </w:r>
          </w:p>
        </w:tc>
        <w:tc>
          <w:tcPr>
            <w:tcW w:w="3553" w:type="dxa"/>
          </w:tcPr>
          <w:p w14:paraId="49F3B21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2B7D" w:rsidRPr="001A2B7D" w14:paraId="6285C113" w14:textId="77777777" w:rsidTr="00333892">
        <w:trPr>
          <w:jc w:val="center"/>
        </w:trPr>
        <w:tc>
          <w:tcPr>
            <w:tcW w:w="14118" w:type="dxa"/>
            <w:gridSpan w:val="5"/>
            <w:vAlign w:val="center"/>
          </w:tcPr>
          <w:p w14:paraId="16269DF0" w14:textId="06083F59" w:rsidR="001A2B7D" w:rsidRPr="001A2B7D" w:rsidRDefault="001A2B7D" w:rsidP="001A2B7D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1A2B7D">
              <w:rPr>
                <w:rFonts w:cs="Times New Roman"/>
                <w:b/>
                <w:bCs/>
                <w:sz w:val="28"/>
                <w:szCs w:val="28"/>
                <w:lang w:val="ru-RU"/>
              </w:rPr>
              <w:lastRenderedPageBreak/>
              <w:t xml:space="preserve">Профилактика </w:t>
            </w:r>
            <w:r>
              <w:rPr>
                <w:rFonts w:cs="Times New Roman"/>
                <w:b/>
                <w:bCs/>
                <w:sz w:val="28"/>
                <w:szCs w:val="28"/>
                <w:lang w:val="ru-RU"/>
              </w:rPr>
              <w:t xml:space="preserve">знаний </w:t>
            </w:r>
            <w:r w:rsidRPr="001A2B7D">
              <w:rPr>
                <w:rFonts w:cs="Times New Roman"/>
                <w:b/>
                <w:bCs/>
                <w:sz w:val="28"/>
                <w:szCs w:val="28"/>
                <w:lang w:val="ru-RU"/>
              </w:rPr>
              <w:t>ПДД</w:t>
            </w:r>
          </w:p>
        </w:tc>
      </w:tr>
      <w:tr w:rsidR="001A2B7D" w:rsidRPr="001A2B7D" w14:paraId="650964B6" w14:textId="77777777" w:rsidTr="000D2D88">
        <w:trPr>
          <w:jc w:val="center"/>
        </w:trPr>
        <w:tc>
          <w:tcPr>
            <w:tcW w:w="5320" w:type="dxa"/>
            <w:vAlign w:val="center"/>
          </w:tcPr>
          <w:p w14:paraId="11F1637A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На наших улицах</w:t>
            </w:r>
          </w:p>
          <w:p w14:paraId="74820A78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Мы идем в школу</w:t>
            </w:r>
          </w:p>
          <w:p w14:paraId="3BD8A4EA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Это должны знать всё</w:t>
            </w:r>
          </w:p>
          <w:p w14:paraId="013B80A6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Наши верные друзья</w:t>
            </w:r>
          </w:p>
          <w:p w14:paraId="62C31966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Мы — пассажиры.</w:t>
            </w:r>
          </w:p>
          <w:p w14:paraId="71B247A1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Мы знакомимся с дорожными знаками</w:t>
            </w:r>
          </w:p>
          <w:p w14:paraId="5F72CE2B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Где можно играть?</w:t>
            </w:r>
          </w:p>
          <w:p w14:paraId="525C2A00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На загородной дороге</w:t>
            </w:r>
          </w:p>
          <w:p w14:paraId="34C42ECC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Мы учимся соблюдать правила движения</w:t>
            </w:r>
          </w:p>
          <w:p w14:paraId="4BB00F7F" w14:textId="6544180E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Утренник по правилам движения</w:t>
            </w:r>
          </w:p>
        </w:tc>
        <w:tc>
          <w:tcPr>
            <w:tcW w:w="850" w:type="dxa"/>
            <w:vAlign w:val="center"/>
          </w:tcPr>
          <w:p w14:paraId="3C4F4996" w14:textId="53F69E70" w:rsidR="001A2B7D" w:rsidRPr="001A2B7D" w:rsidRDefault="001A2B7D" w:rsidP="001A2B7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vAlign w:val="center"/>
          </w:tcPr>
          <w:p w14:paraId="48C6E026" w14:textId="0B30027C" w:rsidR="001A2B7D" w:rsidRPr="00E07358" w:rsidRDefault="001A2B7D" w:rsidP="001A2B7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месяц</w:t>
            </w:r>
          </w:p>
        </w:tc>
        <w:tc>
          <w:tcPr>
            <w:tcW w:w="2977" w:type="dxa"/>
          </w:tcPr>
          <w:p w14:paraId="1091F7C9" w14:textId="7F478CBE" w:rsidR="001A2B7D" w:rsidRPr="00E07358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12C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4ADB95AA" w14:textId="77777777" w:rsidR="001A2B7D" w:rsidRPr="00E07358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2B7D" w:rsidRPr="001A2B7D" w14:paraId="5DBCF892" w14:textId="77777777" w:rsidTr="000D2D88">
        <w:trPr>
          <w:jc w:val="center"/>
        </w:trPr>
        <w:tc>
          <w:tcPr>
            <w:tcW w:w="5320" w:type="dxa"/>
            <w:vAlign w:val="center"/>
          </w:tcPr>
          <w:p w14:paraId="59BF318C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Как мы знаем правила дорожного движения? Основные правила поведения учащихся на улице, дороге. Детский дорожно- транспортный травматизм.</w:t>
            </w:r>
          </w:p>
          <w:p w14:paraId="16DCA8BF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Движение пешеходов по улицам и дорогам.</w:t>
            </w:r>
          </w:p>
          <w:p w14:paraId="2A42558B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Элементы улиц и дорог. Дорожная разметка:</w:t>
            </w:r>
          </w:p>
          <w:p w14:paraId="4DD88B23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Сигналы светофора и регулировщика</w:t>
            </w:r>
          </w:p>
          <w:p w14:paraId="075EAF29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Правила перехода улиц и дорог.</w:t>
            </w:r>
          </w:p>
          <w:p w14:paraId="56726B85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Перекрестки и их виды. Сигналы, подаваемые водителями транспортных средств.</w:t>
            </w:r>
          </w:p>
          <w:p w14:paraId="7E93ACEC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Дорожные знаки.</w:t>
            </w:r>
          </w:p>
          <w:p w14:paraId="025DD140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Обязанности пассажиров.</w:t>
            </w:r>
          </w:p>
          <w:p w14:paraId="64312CEF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Правила перехода улицы (дороги) при высадке из транспортных средств.</w:t>
            </w:r>
          </w:p>
          <w:p w14:paraId="4AC99A71" w14:textId="4D95BEDE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Практические занятия и игры по правилам безопасного поведения на специально размеченной площадке или на улице.</w:t>
            </w:r>
          </w:p>
        </w:tc>
        <w:tc>
          <w:tcPr>
            <w:tcW w:w="850" w:type="dxa"/>
            <w:vAlign w:val="center"/>
          </w:tcPr>
          <w:p w14:paraId="3336C156" w14:textId="04C826AA" w:rsidR="001A2B7D" w:rsidRPr="001A2B7D" w:rsidRDefault="001A2B7D" w:rsidP="001A2B7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56A3C360" w14:textId="3468625A" w:rsidR="001A2B7D" w:rsidRPr="00E07358" w:rsidRDefault="001A2B7D" w:rsidP="001A2B7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5979DF">
              <w:rPr>
                <w:rFonts w:cs="Times New Roman"/>
                <w:sz w:val="24"/>
                <w:szCs w:val="24"/>
                <w:lang w:val="ru-RU"/>
              </w:rPr>
              <w:t>1 раз в месяц</w:t>
            </w:r>
          </w:p>
        </w:tc>
        <w:tc>
          <w:tcPr>
            <w:tcW w:w="2977" w:type="dxa"/>
          </w:tcPr>
          <w:p w14:paraId="638B307C" w14:textId="76EF5F7D" w:rsidR="001A2B7D" w:rsidRPr="00E07358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12C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6DCFF37D" w14:textId="77777777" w:rsidR="001A2B7D" w:rsidRPr="00E07358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2B7D" w:rsidRPr="001A2B7D" w14:paraId="12FB5B34" w14:textId="77777777" w:rsidTr="000D2D88">
        <w:trPr>
          <w:jc w:val="center"/>
        </w:trPr>
        <w:tc>
          <w:tcPr>
            <w:tcW w:w="5320" w:type="dxa"/>
            <w:vAlign w:val="center"/>
          </w:tcPr>
          <w:p w14:paraId="6DDC9EB1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Введение</w:t>
            </w:r>
          </w:p>
          <w:p w14:paraId="43C0EC0E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Перекрестки и их виды. Дорожная разметка.</w:t>
            </w:r>
          </w:p>
          <w:p w14:paraId="5B2CA362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Сигналы для регулирования дорожного движения.</w:t>
            </w:r>
          </w:p>
          <w:p w14:paraId="5A84DFAF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lastRenderedPageBreak/>
              <w:t>Дорожные знаки и их группы.</w:t>
            </w:r>
          </w:p>
          <w:p w14:paraId="36862ACB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Правила перехода улиц и дорог.</w:t>
            </w:r>
          </w:p>
          <w:p w14:paraId="54248F01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Тормозной путь транспортных средств</w:t>
            </w:r>
          </w:p>
          <w:p w14:paraId="198EEA5D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Виды транспортных средств.</w:t>
            </w:r>
          </w:p>
          <w:p w14:paraId="1AC1B2D3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Настольные игры по правилам дорожного движения.</w:t>
            </w:r>
          </w:p>
          <w:p w14:paraId="13F6159B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Игры и соревнования по правилам безопасного поведения учащихся на улицах и дорогах.</w:t>
            </w:r>
          </w:p>
          <w:p w14:paraId="1FD7B0E4" w14:textId="62A7A3B0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Итоговое занятие</w:t>
            </w:r>
          </w:p>
        </w:tc>
        <w:tc>
          <w:tcPr>
            <w:tcW w:w="850" w:type="dxa"/>
            <w:vAlign w:val="center"/>
          </w:tcPr>
          <w:p w14:paraId="30A9CBD5" w14:textId="543F829C" w:rsidR="001A2B7D" w:rsidRPr="001A2B7D" w:rsidRDefault="001A2B7D" w:rsidP="001A2B7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1418" w:type="dxa"/>
          </w:tcPr>
          <w:p w14:paraId="7CFD7C46" w14:textId="2391E5F9" w:rsidR="001A2B7D" w:rsidRPr="00E07358" w:rsidRDefault="001A2B7D" w:rsidP="001A2B7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5979DF">
              <w:rPr>
                <w:rFonts w:cs="Times New Roman"/>
                <w:sz w:val="24"/>
                <w:szCs w:val="24"/>
                <w:lang w:val="ru-RU"/>
              </w:rPr>
              <w:t>1 раз в месяц</w:t>
            </w:r>
          </w:p>
        </w:tc>
        <w:tc>
          <w:tcPr>
            <w:tcW w:w="2977" w:type="dxa"/>
          </w:tcPr>
          <w:p w14:paraId="239577BA" w14:textId="582F3206" w:rsidR="001A2B7D" w:rsidRPr="00E07358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12C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381EDC6F" w14:textId="77777777" w:rsidR="001A2B7D" w:rsidRPr="00E07358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2B7D" w:rsidRPr="001A2B7D" w14:paraId="17822B89" w14:textId="77777777" w:rsidTr="000D2D88">
        <w:trPr>
          <w:jc w:val="center"/>
        </w:trPr>
        <w:tc>
          <w:tcPr>
            <w:tcW w:w="5320" w:type="dxa"/>
            <w:vAlign w:val="center"/>
          </w:tcPr>
          <w:p w14:paraId="6486FF57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lastRenderedPageBreak/>
              <w:t>Наш путь в школу и новые маршруты</w:t>
            </w:r>
          </w:p>
          <w:p w14:paraId="29FE8B15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Проверка знаний правил дорожного движения</w:t>
            </w:r>
          </w:p>
          <w:p w14:paraId="252A710F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Движение учащихся группами и в колонне.</w:t>
            </w:r>
          </w:p>
          <w:p w14:paraId="68400A6A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Труд водителя</w:t>
            </w:r>
          </w:p>
          <w:p w14:paraId="7BDC66A9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Перевозка учащихся на грузовых автомобилях</w:t>
            </w:r>
          </w:p>
          <w:p w14:paraId="515B5FA6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Предупредительные сигналы водителей</w:t>
            </w:r>
          </w:p>
          <w:p w14:paraId="39713FB1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Оборудование автомобилей и мотоциклов специальными сигналами</w:t>
            </w:r>
          </w:p>
          <w:p w14:paraId="48A541B7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Практические занятия на специально размеченной площадке</w:t>
            </w:r>
          </w:p>
          <w:p w14:paraId="06D6F036" w14:textId="7777777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Экскурсия по городу (поселку)</w:t>
            </w:r>
          </w:p>
          <w:p w14:paraId="33CE79A1" w14:textId="7EC9FC37" w:rsidR="001A2B7D" w:rsidRPr="001A2B7D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A2B7D">
              <w:rPr>
                <w:rFonts w:cs="Times New Roman"/>
                <w:sz w:val="24"/>
                <w:szCs w:val="24"/>
                <w:lang w:val="ru-RU"/>
              </w:rPr>
              <w:t>Итоговое занятие</w:t>
            </w:r>
          </w:p>
        </w:tc>
        <w:tc>
          <w:tcPr>
            <w:tcW w:w="850" w:type="dxa"/>
            <w:vAlign w:val="center"/>
          </w:tcPr>
          <w:p w14:paraId="131CD328" w14:textId="25DDB774" w:rsidR="001A2B7D" w:rsidRPr="001A2B7D" w:rsidRDefault="001A2B7D" w:rsidP="001A2B7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53DD6BD0" w14:textId="2F303BAD" w:rsidR="001A2B7D" w:rsidRPr="00E07358" w:rsidRDefault="001A2B7D" w:rsidP="001A2B7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5979DF">
              <w:rPr>
                <w:rFonts w:cs="Times New Roman"/>
                <w:sz w:val="24"/>
                <w:szCs w:val="24"/>
                <w:lang w:val="ru-RU"/>
              </w:rPr>
              <w:t>1 раз в месяц</w:t>
            </w:r>
          </w:p>
        </w:tc>
        <w:tc>
          <w:tcPr>
            <w:tcW w:w="2977" w:type="dxa"/>
          </w:tcPr>
          <w:p w14:paraId="707DF2EF" w14:textId="259EF483" w:rsidR="001A2B7D" w:rsidRPr="00E07358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412C00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53" w:type="dxa"/>
          </w:tcPr>
          <w:p w14:paraId="2ADDBC01" w14:textId="77777777" w:rsidR="001A2B7D" w:rsidRPr="00E07358" w:rsidRDefault="001A2B7D" w:rsidP="001A2B7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410FA3F1" w14:textId="77777777" w:rsidR="00226F36" w:rsidRPr="00E07358" w:rsidRDefault="00226F36">
      <w:pPr>
        <w:spacing w:after="0"/>
        <w:rPr>
          <w:rFonts w:cs="Times New Roman"/>
          <w:sz w:val="24"/>
          <w:szCs w:val="24"/>
          <w:lang w:val="ru-RU"/>
        </w:rPr>
      </w:pPr>
    </w:p>
    <w:p w14:paraId="10113D27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</w:rPr>
      </w:pPr>
      <w:r w:rsidRPr="00E07358">
        <w:rPr>
          <w:rFonts w:cs="Times New Roman"/>
          <w:b/>
          <w:sz w:val="24"/>
          <w:szCs w:val="24"/>
        </w:rPr>
        <w:t>МОДУЛЬ «ВНЕШКОЛЬНЫЕ МЕРОПРИЯТИЯ»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7"/>
        <w:gridCol w:w="850"/>
        <w:gridCol w:w="1418"/>
        <w:gridCol w:w="2977"/>
        <w:gridCol w:w="3509"/>
      </w:tblGrid>
      <w:tr w:rsidR="00DE1B63" w:rsidRPr="00E07358" w14:paraId="0026035C" w14:textId="4D1BED39" w:rsidTr="00DE1B63">
        <w:trPr>
          <w:tblHeader/>
          <w:jc w:val="center"/>
        </w:trPr>
        <w:tc>
          <w:tcPr>
            <w:tcW w:w="5277" w:type="dxa"/>
            <w:shd w:val="clear" w:color="auto" w:fill="D9EAF7"/>
            <w:vAlign w:val="center"/>
          </w:tcPr>
          <w:p w14:paraId="0063CA8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0F5D49D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418" w:type="dxa"/>
            <w:shd w:val="clear" w:color="auto" w:fill="D9EAF7"/>
            <w:vAlign w:val="center"/>
          </w:tcPr>
          <w:p w14:paraId="08E6FB8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977" w:type="dxa"/>
            <w:shd w:val="clear" w:color="auto" w:fill="D9EAF7"/>
            <w:vAlign w:val="center"/>
          </w:tcPr>
          <w:p w14:paraId="204B346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509" w:type="dxa"/>
            <w:shd w:val="clear" w:color="auto" w:fill="D9EAF7"/>
          </w:tcPr>
          <w:p w14:paraId="436885CA" w14:textId="32377164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E1B63" w:rsidRPr="00A568BB" w14:paraId="1BDE4A88" w14:textId="1BE1674F" w:rsidTr="00DE1B63">
        <w:trPr>
          <w:jc w:val="center"/>
        </w:trPr>
        <w:tc>
          <w:tcPr>
            <w:tcW w:w="5277" w:type="dxa"/>
            <w:vAlign w:val="center"/>
          </w:tcPr>
          <w:p w14:paraId="4D5B7EF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Совместный читательский проект с муниципальной библиотекой</w:t>
            </w:r>
          </w:p>
        </w:tc>
        <w:tc>
          <w:tcPr>
            <w:tcW w:w="850" w:type="dxa"/>
            <w:vAlign w:val="center"/>
          </w:tcPr>
          <w:p w14:paraId="4A23B44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56C9215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 течение учебного года по графику партнёра</w:t>
            </w:r>
          </w:p>
        </w:tc>
        <w:tc>
          <w:tcPr>
            <w:tcW w:w="2977" w:type="dxa"/>
            <w:vAlign w:val="center"/>
          </w:tcPr>
          <w:p w14:paraId="7D114DB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Школьный библиотекарь; сотрудники библиотеки — по согласованию</w:t>
            </w:r>
          </w:p>
        </w:tc>
        <w:tc>
          <w:tcPr>
            <w:tcW w:w="3509" w:type="dxa"/>
          </w:tcPr>
          <w:p w14:paraId="3144FBC5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083DF495" w14:textId="3E7B85A4" w:rsidTr="00DE1B63">
        <w:trPr>
          <w:jc w:val="center"/>
        </w:trPr>
        <w:tc>
          <w:tcPr>
            <w:tcW w:w="5277" w:type="dxa"/>
            <w:vAlign w:val="center"/>
          </w:tcPr>
          <w:p w14:paraId="39DE04F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Экскурсии в краеведческий музей и учреждения культуры</w:t>
            </w:r>
          </w:p>
        </w:tc>
        <w:tc>
          <w:tcPr>
            <w:tcW w:w="850" w:type="dxa"/>
            <w:vAlign w:val="center"/>
          </w:tcPr>
          <w:p w14:paraId="1571757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3CB401C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Один раз в полугодие,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по согласованию</w:t>
            </w:r>
          </w:p>
        </w:tc>
        <w:tc>
          <w:tcPr>
            <w:tcW w:w="2977" w:type="dxa"/>
            <w:vAlign w:val="center"/>
          </w:tcPr>
          <w:p w14:paraId="60B4842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Классные руководители; представители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учреждений — по согласованию</w:t>
            </w:r>
          </w:p>
        </w:tc>
        <w:tc>
          <w:tcPr>
            <w:tcW w:w="3509" w:type="dxa"/>
          </w:tcPr>
          <w:p w14:paraId="23C2AC96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26B63A68" w14:textId="7E63BF52" w:rsidTr="00DE1B63">
        <w:trPr>
          <w:jc w:val="center"/>
        </w:trPr>
        <w:tc>
          <w:tcPr>
            <w:tcW w:w="5277" w:type="dxa"/>
            <w:vAlign w:val="center"/>
          </w:tcPr>
          <w:p w14:paraId="4BDC9EA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Посещение театра, филармонии, художественной галереи</w:t>
            </w:r>
          </w:p>
        </w:tc>
        <w:tc>
          <w:tcPr>
            <w:tcW w:w="850" w:type="dxa"/>
            <w:vAlign w:val="center"/>
          </w:tcPr>
          <w:p w14:paraId="69BEE15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5AD8297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По афише и отдельному плану</w:t>
            </w:r>
          </w:p>
        </w:tc>
        <w:tc>
          <w:tcPr>
            <w:tcW w:w="2977" w:type="dxa"/>
            <w:vAlign w:val="center"/>
          </w:tcPr>
          <w:p w14:paraId="31BC7A8D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Педагог-организатор; классные руководители</w:t>
            </w:r>
          </w:p>
        </w:tc>
        <w:tc>
          <w:tcPr>
            <w:tcW w:w="3509" w:type="dxa"/>
          </w:tcPr>
          <w:p w14:paraId="53AF9BE8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1A21F91E" w14:textId="12FCFB82" w:rsidTr="00DE1B63">
        <w:trPr>
          <w:jc w:val="center"/>
        </w:trPr>
        <w:tc>
          <w:tcPr>
            <w:tcW w:w="5277" w:type="dxa"/>
            <w:vAlign w:val="center"/>
          </w:tcPr>
          <w:p w14:paraId="37EB70B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Творческие мастер-классы с художниками и мастерами народных промыслов</w:t>
            </w:r>
          </w:p>
        </w:tc>
        <w:tc>
          <w:tcPr>
            <w:tcW w:w="850" w:type="dxa"/>
            <w:vAlign w:val="center"/>
          </w:tcPr>
          <w:p w14:paraId="5E4EDFA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12E73A6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977" w:type="dxa"/>
            <w:vAlign w:val="center"/>
          </w:tcPr>
          <w:p w14:paraId="4BB92DE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Педагог дополнительного образования (при наличии); приглашённые мастера — по согласованию</w:t>
            </w:r>
          </w:p>
        </w:tc>
        <w:tc>
          <w:tcPr>
            <w:tcW w:w="3509" w:type="dxa"/>
          </w:tcPr>
          <w:p w14:paraId="0E49771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591D83DE" w14:textId="336B0839" w:rsidTr="00DE1B63">
        <w:trPr>
          <w:jc w:val="center"/>
        </w:trPr>
        <w:tc>
          <w:tcPr>
            <w:tcW w:w="5277" w:type="dxa"/>
            <w:vAlign w:val="center"/>
          </w:tcPr>
          <w:p w14:paraId="245EA85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Спортивные мероприятия с детско-юношеской спортивной школой</w:t>
            </w:r>
          </w:p>
        </w:tc>
        <w:tc>
          <w:tcPr>
            <w:tcW w:w="850" w:type="dxa"/>
            <w:vAlign w:val="center"/>
          </w:tcPr>
          <w:p w14:paraId="5E6D3DD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1FEB37D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согласованному графику</w:t>
            </w:r>
          </w:p>
        </w:tc>
        <w:tc>
          <w:tcPr>
            <w:tcW w:w="2977" w:type="dxa"/>
            <w:vAlign w:val="center"/>
          </w:tcPr>
          <w:p w14:paraId="1DC9931D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Учитель физической культуры; тренеры — по согласованию</w:t>
            </w:r>
          </w:p>
        </w:tc>
        <w:tc>
          <w:tcPr>
            <w:tcW w:w="3509" w:type="dxa"/>
          </w:tcPr>
          <w:p w14:paraId="2C273C2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0F0070BC" w14:textId="783AE4DA" w:rsidTr="00DE1B63">
        <w:trPr>
          <w:jc w:val="center"/>
        </w:trPr>
        <w:tc>
          <w:tcPr>
            <w:tcW w:w="5277" w:type="dxa"/>
            <w:vAlign w:val="center"/>
          </w:tcPr>
          <w:p w14:paraId="5C58CEA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Муниципальные конкурсы чтецов, рисунков и творческих проектов</w:t>
            </w:r>
          </w:p>
        </w:tc>
        <w:tc>
          <w:tcPr>
            <w:tcW w:w="850" w:type="dxa"/>
            <w:vAlign w:val="center"/>
          </w:tcPr>
          <w:p w14:paraId="55FD22A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6B26504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положениям организаторов</w:t>
            </w:r>
          </w:p>
        </w:tc>
        <w:tc>
          <w:tcPr>
            <w:tcW w:w="2977" w:type="dxa"/>
            <w:vAlign w:val="center"/>
          </w:tcPr>
          <w:p w14:paraId="37E2B32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педагог-организатор</w:t>
            </w:r>
          </w:p>
        </w:tc>
        <w:tc>
          <w:tcPr>
            <w:tcW w:w="3509" w:type="dxa"/>
          </w:tcPr>
          <w:p w14:paraId="066A6CB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40CC8A73" w14:textId="3BDA7E14" w:rsidTr="00DE1B63">
        <w:trPr>
          <w:jc w:val="center"/>
        </w:trPr>
        <w:tc>
          <w:tcPr>
            <w:tcW w:w="5277" w:type="dxa"/>
            <w:vAlign w:val="center"/>
          </w:tcPr>
          <w:p w14:paraId="1EF1964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Региональные интеллектуальные и краеведческие мероприятия</w:t>
            </w:r>
          </w:p>
        </w:tc>
        <w:tc>
          <w:tcPr>
            <w:tcW w:w="850" w:type="dxa"/>
            <w:vAlign w:val="center"/>
          </w:tcPr>
          <w:p w14:paraId="351F855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154B99D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календарю организаторов</w:t>
            </w:r>
          </w:p>
        </w:tc>
        <w:tc>
          <w:tcPr>
            <w:tcW w:w="2977" w:type="dxa"/>
            <w:vAlign w:val="center"/>
          </w:tcPr>
          <w:p w14:paraId="1058FC1C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3509" w:type="dxa"/>
          </w:tcPr>
          <w:p w14:paraId="4823A2ED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02960E04" w14:textId="1A2E39E3" w:rsidTr="00DE1B63">
        <w:trPr>
          <w:jc w:val="center"/>
        </w:trPr>
        <w:tc>
          <w:tcPr>
            <w:tcW w:w="5277" w:type="dxa"/>
            <w:vAlign w:val="center"/>
          </w:tcPr>
          <w:p w14:paraId="01E8342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Экологические маршруты и прогулки-наблюдения</w:t>
            </w:r>
          </w:p>
        </w:tc>
        <w:tc>
          <w:tcPr>
            <w:tcW w:w="850" w:type="dxa"/>
            <w:vAlign w:val="center"/>
          </w:tcPr>
          <w:p w14:paraId="4426400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0A72D6F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Сентябрь–октябрь 2026 года; апрель–май 2027 года</w:t>
            </w:r>
          </w:p>
        </w:tc>
        <w:tc>
          <w:tcPr>
            <w:tcW w:w="2977" w:type="dxa"/>
            <w:vAlign w:val="center"/>
          </w:tcPr>
          <w:p w14:paraId="72AD6F5C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3509" w:type="dxa"/>
          </w:tcPr>
          <w:p w14:paraId="7A6F807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2CA5FACF" w14:textId="22A16978" w:rsidTr="00DE1B63">
        <w:trPr>
          <w:jc w:val="center"/>
        </w:trPr>
        <w:tc>
          <w:tcPr>
            <w:tcW w:w="5277" w:type="dxa"/>
            <w:vAlign w:val="center"/>
          </w:tcPr>
          <w:p w14:paraId="51A4710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Участие во всероссийских акциях гражданско-патриотической и экологической направленности</w:t>
            </w:r>
          </w:p>
        </w:tc>
        <w:tc>
          <w:tcPr>
            <w:tcW w:w="850" w:type="dxa"/>
            <w:vAlign w:val="center"/>
          </w:tcPr>
          <w:p w14:paraId="2C907DD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3E37CA3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календарю организаторов</w:t>
            </w:r>
          </w:p>
        </w:tc>
        <w:tc>
          <w:tcPr>
            <w:tcW w:w="2977" w:type="dxa"/>
            <w:vAlign w:val="center"/>
          </w:tcPr>
          <w:p w14:paraId="7D5478A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Советник директора по воспитанию и взаимодействию с детскими общественными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объединениями</w:t>
            </w:r>
          </w:p>
        </w:tc>
        <w:tc>
          <w:tcPr>
            <w:tcW w:w="3509" w:type="dxa"/>
          </w:tcPr>
          <w:p w14:paraId="2557F8A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7693A426" w14:textId="77777777" w:rsidR="00226F36" w:rsidRPr="00E07358" w:rsidRDefault="00226F36">
      <w:pPr>
        <w:spacing w:after="0"/>
        <w:rPr>
          <w:rFonts w:cs="Times New Roman"/>
          <w:sz w:val="24"/>
          <w:szCs w:val="24"/>
          <w:lang w:val="ru-RU"/>
        </w:rPr>
      </w:pPr>
    </w:p>
    <w:p w14:paraId="190D348D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>МОДУЛЬ «ОРГАНИЗАЦИЯ ПРЕДМЕТНО-ПРОСТРАНСТВЕННОЙ СРЕДЫ»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8"/>
        <w:gridCol w:w="850"/>
        <w:gridCol w:w="1418"/>
        <w:gridCol w:w="2977"/>
        <w:gridCol w:w="3511"/>
      </w:tblGrid>
      <w:tr w:rsidR="00DE1B63" w:rsidRPr="00E07358" w14:paraId="0D9A0666" w14:textId="28940C03" w:rsidTr="00B9599C">
        <w:trPr>
          <w:tblHeader/>
          <w:jc w:val="center"/>
        </w:trPr>
        <w:tc>
          <w:tcPr>
            <w:tcW w:w="5278" w:type="dxa"/>
            <w:shd w:val="clear" w:color="auto" w:fill="D9EAF7"/>
            <w:vAlign w:val="center"/>
          </w:tcPr>
          <w:p w14:paraId="2AA5CAA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355D5DA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418" w:type="dxa"/>
            <w:shd w:val="clear" w:color="auto" w:fill="D9EAF7"/>
            <w:vAlign w:val="center"/>
          </w:tcPr>
          <w:p w14:paraId="59DEFE2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977" w:type="dxa"/>
            <w:shd w:val="clear" w:color="auto" w:fill="D9EAF7"/>
            <w:vAlign w:val="center"/>
          </w:tcPr>
          <w:p w14:paraId="5AC9DFC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511" w:type="dxa"/>
            <w:shd w:val="clear" w:color="auto" w:fill="D9EAF7"/>
          </w:tcPr>
          <w:p w14:paraId="529DA961" w14:textId="1405E8F1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E1B63" w:rsidRPr="00A568BB" w14:paraId="55B47E2D" w14:textId="0577C35C" w:rsidTr="00B9599C">
        <w:trPr>
          <w:jc w:val="center"/>
        </w:trPr>
        <w:tc>
          <w:tcPr>
            <w:tcW w:w="5278" w:type="dxa"/>
            <w:vAlign w:val="center"/>
          </w:tcPr>
          <w:p w14:paraId="68F4204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Размещение и актуализация государственной символики Российской Федерации</w:t>
            </w:r>
          </w:p>
        </w:tc>
        <w:tc>
          <w:tcPr>
            <w:tcW w:w="850" w:type="dxa"/>
            <w:vAlign w:val="center"/>
          </w:tcPr>
          <w:p w14:paraId="7886A6C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60B9AEA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Сентябрь 2026 года; далее по необходимости</w:t>
            </w:r>
          </w:p>
        </w:tc>
        <w:tc>
          <w:tcPr>
            <w:tcW w:w="2977" w:type="dxa"/>
            <w:vAlign w:val="center"/>
          </w:tcPr>
          <w:p w14:paraId="4E6D647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3511" w:type="dxa"/>
          </w:tcPr>
          <w:p w14:paraId="5E8E6115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37CF6BF4" w14:textId="172F5978" w:rsidTr="00B9599C">
        <w:trPr>
          <w:jc w:val="center"/>
        </w:trPr>
        <w:tc>
          <w:tcPr>
            <w:tcW w:w="5278" w:type="dxa"/>
            <w:vAlign w:val="center"/>
          </w:tcPr>
          <w:p w14:paraId="085966B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Оформление пространства детских инициатив и достижений</w:t>
            </w:r>
          </w:p>
        </w:tc>
        <w:tc>
          <w:tcPr>
            <w:tcW w:w="850" w:type="dxa"/>
            <w:vAlign w:val="center"/>
          </w:tcPr>
          <w:p w14:paraId="68C6DA5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FB4181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977" w:type="dxa"/>
            <w:vAlign w:val="center"/>
          </w:tcPr>
          <w:p w14:paraId="2B0D49A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объединениями; классные руководители</w:t>
            </w:r>
          </w:p>
        </w:tc>
        <w:tc>
          <w:tcPr>
            <w:tcW w:w="3511" w:type="dxa"/>
          </w:tcPr>
          <w:p w14:paraId="0E88073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299EE050" w14:textId="1389B2C8" w:rsidTr="00B9599C">
        <w:trPr>
          <w:jc w:val="center"/>
        </w:trPr>
        <w:tc>
          <w:tcPr>
            <w:tcW w:w="5278" w:type="dxa"/>
            <w:vAlign w:val="center"/>
          </w:tcPr>
          <w:p w14:paraId="2B6D32C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Экспозиция «Народы России: единство в многообразии»</w:t>
            </w:r>
          </w:p>
        </w:tc>
        <w:tc>
          <w:tcPr>
            <w:tcW w:w="850" w:type="dxa"/>
            <w:vAlign w:val="center"/>
          </w:tcPr>
          <w:p w14:paraId="1741CC8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5250B89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Сентябрь–ноябрь 2026 года</w:t>
            </w:r>
          </w:p>
        </w:tc>
        <w:tc>
          <w:tcPr>
            <w:tcW w:w="2977" w:type="dxa"/>
            <w:vAlign w:val="center"/>
          </w:tcPr>
          <w:p w14:paraId="7DC5D59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Педагог-организатор; учитель изобразительного искусства</w:t>
            </w:r>
          </w:p>
        </w:tc>
        <w:tc>
          <w:tcPr>
            <w:tcW w:w="3511" w:type="dxa"/>
          </w:tcPr>
          <w:p w14:paraId="249C686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7C7E39AF" w14:textId="1F5E8878" w:rsidTr="00B9599C">
        <w:trPr>
          <w:jc w:val="center"/>
        </w:trPr>
        <w:tc>
          <w:tcPr>
            <w:tcW w:w="5278" w:type="dxa"/>
            <w:vAlign w:val="center"/>
          </w:tcPr>
          <w:p w14:paraId="4F101F3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Книжные выставки к образовательным событиям, памятным и юбилейным датам</w:t>
            </w:r>
          </w:p>
        </w:tc>
        <w:tc>
          <w:tcPr>
            <w:tcW w:w="850" w:type="dxa"/>
            <w:vAlign w:val="center"/>
          </w:tcPr>
          <w:p w14:paraId="388AB67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3C867DC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Ежемесячно</w:t>
            </w:r>
          </w:p>
        </w:tc>
        <w:tc>
          <w:tcPr>
            <w:tcW w:w="2977" w:type="dxa"/>
            <w:vAlign w:val="center"/>
          </w:tcPr>
          <w:p w14:paraId="0E94C60A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Школьный библиотекарь</w:t>
            </w:r>
          </w:p>
        </w:tc>
        <w:tc>
          <w:tcPr>
            <w:tcW w:w="3511" w:type="dxa"/>
          </w:tcPr>
          <w:p w14:paraId="08A634E5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251785A6" w14:textId="6B47EBBD" w:rsidTr="00B9599C">
        <w:trPr>
          <w:jc w:val="center"/>
        </w:trPr>
        <w:tc>
          <w:tcPr>
            <w:tcW w:w="5278" w:type="dxa"/>
            <w:vAlign w:val="center"/>
          </w:tcPr>
          <w:p w14:paraId="1177D66E" w14:textId="131F771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Выставки детского творчества «Осенняя палитра», «Новогодняя фантазия», «Весеннее настроение»</w:t>
            </w:r>
            <w:r w:rsidR="007E5D4F" w:rsidRPr="00E07358">
              <w:rPr>
                <w:rFonts w:cs="Times New Roman"/>
                <w:sz w:val="24"/>
                <w:szCs w:val="24"/>
                <w:lang w:val="ru-RU"/>
              </w:rPr>
              <w:t xml:space="preserve"> «День добра»</w:t>
            </w:r>
          </w:p>
        </w:tc>
        <w:tc>
          <w:tcPr>
            <w:tcW w:w="850" w:type="dxa"/>
            <w:vAlign w:val="center"/>
          </w:tcPr>
          <w:p w14:paraId="3D69E42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262436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Октябрь 2026 года; декабрь 2026 года; апрель 2027 года</w:t>
            </w:r>
          </w:p>
        </w:tc>
        <w:tc>
          <w:tcPr>
            <w:tcW w:w="2977" w:type="dxa"/>
            <w:vAlign w:val="center"/>
          </w:tcPr>
          <w:p w14:paraId="2EC05F5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Учитель изобразительного искусства; классные руководители</w:t>
            </w:r>
          </w:p>
        </w:tc>
        <w:tc>
          <w:tcPr>
            <w:tcW w:w="3511" w:type="dxa"/>
          </w:tcPr>
          <w:p w14:paraId="412B947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3CF048EE" w14:textId="3FEC6FBA" w:rsidTr="00B9599C">
        <w:trPr>
          <w:jc w:val="center"/>
        </w:trPr>
        <w:tc>
          <w:tcPr>
            <w:tcW w:w="5278" w:type="dxa"/>
            <w:vAlign w:val="center"/>
          </w:tcPr>
          <w:p w14:paraId="126EE56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Памятные экспозиции ко Дню Неизвестного Солдата, Дню Героев Отечества и Дню Победы</w:t>
            </w:r>
          </w:p>
        </w:tc>
        <w:tc>
          <w:tcPr>
            <w:tcW w:w="850" w:type="dxa"/>
            <w:vAlign w:val="center"/>
          </w:tcPr>
          <w:p w14:paraId="43629D4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3939250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Декабрь 2026 года; апрель–май 2027 года</w:t>
            </w:r>
          </w:p>
        </w:tc>
        <w:tc>
          <w:tcPr>
            <w:tcW w:w="2977" w:type="dxa"/>
            <w:vAlign w:val="center"/>
          </w:tcPr>
          <w:p w14:paraId="604E752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Руководитель школьного музея (при наличии); педагог-организатор</w:t>
            </w:r>
          </w:p>
        </w:tc>
        <w:tc>
          <w:tcPr>
            <w:tcW w:w="3511" w:type="dxa"/>
          </w:tcPr>
          <w:p w14:paraId="6C87171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17912E23" w14:textId="158EF753" w:rsidTr="00B9599C">
        <w:trPr>
          <w:jc w:val="center"/>
        </w:trPr>
        <w:tc>
          <w:tcPr>
            <w:tcW w:w="5278" w:type="dxa"/>
            <w:vAlign w:val="center"/>
          </w:tcPr>
          <w:p w14:paraId="692AB96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Информационные материалы по дорожной,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пожарной, антитеррористической и цифровой безопасности</w:t>
            </w:r>
          </w:p>
        </w:tc>
        <w:tc>
          <w:tcPr>
            <w:tcW w:w="850" w:type="dxa"/>
            <w:vAlign w:val="center"/>
          </w:tcPr>
          <w:p w14:paraId="2717E10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lastRenderedPageBreak/>
              <w:t>1–4</w:t>
            </w:r>
          </w:p>
        </w:tc>
        <w:tc>
          <w:tcPr>
            <w:tcW w:w="1418" w:type="dxa"/>
            <w:vAlign w:val="center"/>
          </w:tcPr>
          <w:p w14:paraId="5A20113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Сентябрь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2026 года; обновление один раз в четверть</w:t>
            </w:r>
          </w:p>
        </w:tc>
        <w:tc>
          <w:tcPr>
            <w:tcW w:w="2977" w:type="dxa"/>
            <w:vAlign w:val="center"/>
          </w:tcPr>
          <w:p w14:paraId="1B40949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Ответственный за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комплексную безопасность; ответственный за информационную безопасность</w:t>
            </w:r>
          </w:p>
        </w:tc>
        <w:tc>
          <w:tcPr>
            <w:tcW w:w="3511" w:type="dxa"/>
          </w:tcPr>
          <w:p w14:paraId="28B2F6C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2791F59F" w14:textId="74B12E84" w:rsidTr="00B9599C">
        <w:trPr>
          <w:jc w:val="center"/>
        </w:trPr>
        <w:tc>
          <w:tcPr>
            <w:tcW w:w="5278" w:type="dxa"/>
            <w:vAlign w:val="center"/>
          </w:tcPr>
          <w:p w14:paraId="37A3C0E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Полка книгообмена и читательские рекомендации</w:t>
            </w:r>
          </w:p>
        </w:tc>
        <w:tc>
          <w:tcPr>
            <w:tcW w:w="850" w:type="dxa"/>
            <w:vAlign w:val="center"/>
          </w:tcPr>
          <w:p w14:paraId="202CC6C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70D3484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977" w:type="dxa"/>
            <w:vAlign w:val="center"/>
          </w:tcPr>
          <w:p w14:paraId="74882F78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Школьный библиотекарь</w:t>
            </w:r>
          </w:p>
        </w:tc>
        <w:tc>
          <w:tcPr>
            <w:tcW w:w="3511" w:type="dxa"/>
          </w:tcPr>
          <w:p w14:paraId="4C52671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1D827EAC" w14:textId="10493E1D" w:rsidTr="00B9599C">
        <w:trPr>
          <w:jc w:val="center"/>
        </w:trPr>
        <w:tc>
          <w:tcPr>
            <w:tcW w:w="5278" w:type="dxa"/>
            <w:vAlign w:val="center"/>
          </w:tcPr>
          <w:p w14:paraId="2588A55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Оформление школы к государственным праздникам и общешкольным событиям</w:t>
            </w:r>
          </w:p>
        </w:tc>
        <w:tc>
          <w:tcPr>
            <w:tcW w:w="850" w:type="dxa"/>
            <w:vAlign w:val="center"/>
          </w:tcPr>
          <w:p w14:paraId="063AABA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13D80B5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календарному плану</w:t>
            </w:r>
          </w:p>
        </w:tc>
        <w:tc>
          <w:tcPr>
            <w:tcW w:w="2977" w:type="dxa"/>
            <w:vAlign w:val="center"/>
          </w:tcPr>
          <w:p w14:paraId="62381B7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Педагог-организатор;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511" w:type="dxa"/>
          </w:tcPr>
          <w:p w14:paraId="64E09BD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3242492D" w14:textId="77777777" w:rsidR="00226F36" w:rsidRPr="00E07358" w:rsidRDefault="00226F36">
      <w:pPr>
        <w:spacing w:after="0"/>
        <w:rPr>
          <w:rFonts w:cs="Times New Roman"/>
          <w:sz w:val="24"/>
          <w:szCs w:val="24"/>
          <w:lang w:val="ru-RU"/>
        </w:rPr>
      </w:pPr>
    </w:p>
    <w:p w14:paraId="33FE2222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</w:rPr>
      </w:pPr>
      <w:r w:rsidRPr="00E07358">
        <w:rPr>
          <w:rFonts w:cs="Times New Roman"/>
          <w:b/>
          <w:sz w:val="24"/>
          <w:szCs w:val="24"/>
        </w:rPr>
        <w:t>МОДУЛЬ «ВЗАИМОДЕЙСТВИЕ С РОДИТЕЛЯМИ»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81"/>
        <w:gridCol w:w="850"/>
        <w:gridCol w:w="1418"/>
        <w:gridCol w:w="2977"/>
        <w:gridCol w:w="3514"/>
      </w:tblGrid>
      <w:tr w:rsidR="00DE1B63" w:rsidRPr="00E07358" w14:paraId="4E097A44" w14:textId="39DB92AD" w:rsidTr="00B9599C">
        <w:trPr>
          <w:tblHeader/>
          <w:jc w:val="center"/>
        </w:trPr>
        <w:tc>
          <w:tcPr>
            <w:tcW w:w="5281" w:type="dxa"/>
            <w:shd w:val="clear" w:color="auto" w:fill="D9EAF7"/>
            <w:vAlign w:val="center"/>
          </w:tcPr>
          <w:p w14:paraId="3770439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68DD345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418" w:type="dxa"/>
            <w:shd w:val="clear" w:color="auto" w:fill="D9EAF7"/>
            <w:vAlign w:val="center"/>
          </w:tcPr>
          <w:p w14:paraId="092DFAE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977" w:type="dxa"/>
            <w:shd w:val="clear" w:color="auto" w:fill="D9EAF7"/>
            <w:vAlign w:val="center"/>
          </w:tcPr>
          <w:p w14:paraId="43FFF93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514" w:type="dxa"/>
            <w:shd w:val="clear" w:color="auto" w:fill="D9EAF7"/>
          </w:tcPr>
          <w:p w14:paraId="3796CE84" w14:textId="41C61056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E1B63" w:rsidRPr="00A568BB" w14:paraId="254EC5EE" w14:textId="2F7D655C" w:rsidTr="00B9599C">
        <w:trPr>
          <w:jc w:val="center"/>
        </w:trPr>
        <w:tc>
          <w:tcPr>
            <w:tcW w:w="5281" w:type="dxa"/>
            <w:vAlign w:val="center"/>
          </w:tcPr>
          <w:p w14:paraId="5CA46C2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Общешкольные родительские собрания по вопросам воспитания, безопасности и организации школьной жизни</w:t>
            </w:r>
          </w:p>
        </w:tc>
        <w:tc>
          <w:tcPr>
            <w:tcW w:w="850" w:type="dxa"/>
            <w:vAlign w:val="center"/>
          </w:tcPr>
          <w:p w14:paraId="2AD4F74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471EDE4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 2026 года; май 2027 года</w:t>
            </w:r>
          </w:p>
        </w:tc>
        <w:tc>
          <w:tcPr>
            <w:tcW w:w="2977" w:type="dxa"/>
            <w:vAlign w:val="center"/>
          </w:tcPr>
          <w:p w14:paraId="0641CC7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</w:t>
            </w:r>
          </w:p>
        </w:tc>
        <w:tc>
          <w:tcPr>
            <w:tcW w:w="3514" w:type="dxa"/>
          </w:tcPr>
          <w:p w14:paraId="78A6583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79212F6E" w14:textId="2093B929" w:rsidTr="00B9599C">
        <w:trPr>
          <w:jc w:val="center"/>
        </w:trPr>
        <w:tc>
          <w:tcPr>
            <w:tcW w:w="5281" w:type="dxa"/>
            <w:vAlign w:val="center"/>
          </w:tcPr>
          <w:p w14:paraId="5A0C123A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родительские собрания</w:t>
            </w:r>
          </w:p>
        </w:tc>
        <w:tc>
          <w:tcPr>
            <w:tcW w:w="850" w:type="dxa"/>
            <w:vAlign w:val="center"/>
          </w:tcPr>
          <w:p w14:paraId="1C2421F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313729D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Не менее одного раза в четверть</w:t>
            </w:r>
          </w:p>
        </w:tc>
        <w:tc>
          <w:tcPr>
            <w:tcW w:w="2977" w:type="dxa"/>
            <w:vAlign w:val="center"/>
          </w:tcPr>
          <w:p w14:paraId="2C4BF5CB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5E3318C2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E5D4F" w:rsidRPr="00E07358" w14:paraId="1B9F87A2" w14:textId="77777777" w:rsidTr="007E5D4F">
        <w:trPr>
          <w:jc w:val="center"/>
        </w:trPr>
        <w:tc>
          <w:tcPr>
            <w:tcW w:w="14040" w:type="dxa"/>
            <w:gridSpan w:val="5"/>
            <w:shd w:val="clear" w:color="auto" w:fill="FF0000"/>
            <w:vAlign w:val="center"/>
          </w:tcPr>
          <w:p w14:paraId="1454FDF6" w14:textId="4659B635" w:rsidR="007E5D4F" w:rsidRPr="00E07358" w:rsidRDefault="007E5D4F" w:rsidP="007E5D4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bCs/>
                <w:sz w:val="24"/>
                <w:szCs w:val="24"/>
                <w:lang w:val="ru-RU"/>
              </w:rPr>
              <w:t>Темы родительских собраний</w:t>
            </w:r>
          </w:p>
        </w:tc>
      </w:tr>
      <w:tr w:rsidR="001A0C16" w:rsidRPr="00E07358" w14:paraId="5647B03A" w14:textId="77777777" w:rsidTr="009012A3">
        <w:trPr>
          <w:jc w:val="center"/>
        </w:trPr>
        <w:tc>
          <w:tcPr>
            <w:tcW w:w="5281" w:type="dxa"/>
            <w:vAlign w:val="center"/>
          </w:tcPr>
          <w:p w14:paraId="406A150E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Проблемы адаптации первоклассников в школе</w:t>
            </w:r>
          </w:p>
          <w:p w14:paraId="55878AC3" w14:textId="40B69174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Единство требований в школе и семье</w:t>
            </w:r>
          </w:p>
        </w:tc>
        <w:tc>
          <w:tcPr>
            <w:tcW w:w="850" w:type="dxa"/>
            <w:vAlign w:val="center"/>
          </w:tcPr>
          <w:p w14:paraId="4BE334FA" w14:textId="1356F8AC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vAlign w:val="center"/>
          </w:tcPr>
          <w:p w14:paraId="6674485D" w14:textId="02EEBA4D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</w:tcPr>
          <w:p w14:paraId="1609070E" w14:textId="21A222C4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736073CF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2BC15F6A" w14:textId="77777777" w:rsidTr="009012A3">
        <w:trPr>
          <w:jc w:val="center"/>
        </w:trPr>
        <w:tc>
          <w:tcPr>
            <w:tcW w:w="5281" w:type="dxa"/>
            <w:vAlign w:val="center"/>
          </w:tcPr>
          <w:p w14:paraId="374EC834" w14:textId="501C0B2D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Физическое воспитание школьника</w:t>
            </w:r>
          </w:p>
          <w:p w14:paraId="3B09B6D7" w14:textId="5260689D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Итоги адапта­ционного периода первоклассников к школе</w:t>
            </w:r>
          </w:p>
        </w:tc>
        <w:tc>
          <w:tcPr>
            <w:tcW w:w="850" w:type="dxa"/>
            <w:vAlign w:val="center"/>
          </w:tcPr>
          <w:p w14:paraId="7EB8212E" w14:textId="0A8E99C2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14:paraId="78DDE20F" w14:textId="41CBAD77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77" w:type="dxa"/>
          </w:tcPr>
          <w:p w14:paraId="73365F7E" w14:textId="641C7020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07FA6355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718AABA2" w14:textId="77777777" w:rsidTr="009012A3">
        <w:trPr>
          <w:jc w:val="center"/>
        </w:trPr>
        <w:tc>
          <w:tcPr>
            <w:tcW w:w="5281" w:type="dxa"/>
            <w:vAlign w:val="center"/>
          </w:tcPr>
          <w:p w14:paraId="1C9F30F8" w14:textId="0CF2097A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Развитие коммуникативных способностей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учащихся</w:t>
            </w:r>
          </w:p>
          <w:p w14:paraId="2BAA7B9C" w14:textId="3C6245F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Поощрение и наказание детей в семье</w:t>
            </w:r>
          </w:p>
        </w:tc>
        <w:tc>
          <w:tcPr>
            <w:tcW w:w="850" w:type="dxa"/>
            <w:vAlign w:val="center"/>
          </w:tcPr>
          <w:p w14:paraId="4654E816" w14:textId="1BAD4E97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418" w:type="dxa"/>
          </w:tcPr>
          <w:p w14:paraId="42587AB8" w14:textId="3DCA769D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 xml:space="preserve">1 раз в </w:t>
            </w:r>
            <w:r w:rsidRPr="00E07358">
              <w:rPr>
                <w:rFonts w:cs="Times New Roman"/>
                <w:sz w:val="24"/>
                <w:szCs w:val="24"/>
              </w:rPr>
              <w:lastRenderedPageBreak/>
              <w:t>четверть</w:t>
            </w:r>
          </w:p>
        </w:tc>
        <w:tc>
          <w:tcPr>
            <w:tcW w:w="2977" w:type="dxa"/>
          </w:tcPr>
          <w:p w14:paraId="5768BFCE" w14:textId="32065AEF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  <w:tc>
          <w:tcPr>
            <w:tcW w:w="3514" w:type="dxa"/>
          </w:tcPr>
          <w:p w14:paraId="68932F4E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53AED42A" w14:textId="77777777" w:rsidTr="009012A3">
        <w:trPr>
          <w:jc w:val="center"/>
        </w:trPr>
        <w:tc>
          <w:tcPr>
            <w:tcW w:w="5281" w:type="dxa"/>
            <w:vAlign w:val="center"/>
          </w:tcPr>
          <w:p w14:paraId="0C98DA27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Итоги учебного года</w:t>
            </w:r>
          </w:p>
          <w:p w14:paraId="5C53E2EA" w14:textId="5EF5B614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Летний досуг ребенка</w:t>
            </w:r>
          </w:p>
        </w:tc>
        <w:tc>
          <w:tcPr>
            <w:tcW w:w="850" w:type="dxa"/>
            <w:vAlign w:val="center"/>
          </w:tcPr>
          <w:p w14:paraId="19350A65" w14:textId="62ACC9A6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14:paraId="22DC80F0" w14:textId="1B352A59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77" w:type="dxa"/>
          </w:tcPr>
          <w:p w14:paraId="004B2C2B" w14:textId="38DB5E76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5EEA0AD7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32D8D0CF" w14:textId="77777777" w:rsidTr="009012A3">
        <w:trPr>
          <w:jc w:val="center"/>
        </w:trPr>
        <w:tc>
          <w:tcPr>
            <w:tcW w:w="5281" w:type="dxa"/>
            <w:vAlign w:val="center"/>
          </w:tcPr>
          <w:p w14:paraId="63EDDBFC" w14:textId="67088A90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Организационное собрание</w:t>
            </w:r>
          </w:p>
          <w:p w14:paraId="371D4D21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Уроки первой отметки</w:t>
            </w:r>
          </w:p>
          <w:p w14:paraId="14FF1300" w14:textId="7A24CB1E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Садимся за уроки</w:t>
            </w:r>
          </w:p>
        </w:tc>
        <w:tc>
          <w:tcPr>
            <w:tcW w:w="850" w:type="dxa"/>
            <w:vAlign w:val="center"/>
          </w:tcPr>
          <w:p w14:paraId="1888B35B" w14:textId="794F878E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4F55610E" w14:textId="61A64C7B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77" w:type="dxa"/>
          </w:tcPr>
          <w:p w14:paraId="19793C5E" w14:textId="52C3B453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5B0D934D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4DC1060E" w14:textId="77777777" w:rsidTr="009012A3">
        <w:trPr>
          <w:jc w:val="center"/>
        </w:trPr>
        <w:tc>
          <w:tcPr>
            <w:tcW w:w="5281" w:type="dxa"/>
            <w:vAlign w:val="center"/>
          </w:tcPr>
          <w:p w14:paraId="16616A89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Ребенок учится тому, что видит у себя дома</w:t>
            </w:r>
          </w:p>
          <w:p w14:paraId="55B733A9" w14:textId="3240C2CB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Повышение учебной мотивации школьников</w:t>
            </w:r>
          </w:p>
        </w:tc>
        <w:tc>
          <w:tcPr>
            <w:tcW w:w="850" w:type="dxa"/>
            <w:vAlign w:val="center"/>
          </w:tcPr>
          <w:p w14:paraId="7045BC40" w14:textId="7B1047B2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3E53C5A2" w14:textId="43D0F4B5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77" w:type="dxa"/>
          </w:tcPr>
          <w:p w14:paraId="2ED19E5C" w14:textId="38E9BDBA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3AB50657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7B06FED5" w14:textId="77777777" w:rsidTr="009012A3">
        <w:trPr>
          <w:jc w:val="center"/>
        </w:trPr>
        <w:tc>
          <w:tcPr>
            <w:tcW w:w="5281" w:type="dxa"/>
            <w:vAlign w:val="center"/>
          </w:tcPr>
          <w:p w14:paraId="0CF7E436" w14:textId="411C64B0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Как преодолеть застенчивость и неуверенность</w:t>
            </w:r>
          </w:p>
          <w:p w14:paraId="046A35B5" w14:textId="1CFAB13A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Физическое воспитание школьника</w:t>
            </w:r>
          </w:p>
        </w:tc>
        <w:tc>
          <w:tcPr>
            <w:tcW w:w="850" w:type="dxa"/>
            <w:vAlign w:val="center"/>
          </w:tcPr>
          <w:p w14:paraId="799B2037" w14:textId="3A9B7445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4F2FD86A" w14:textId="42489E6B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77" w:type="dxa"/>
          </w:tcPr>
          <w:p w14:paraId="798E2CDA" w14:textId="7A205FC9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5E5B98EF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1530BC6E" w14:textId="77777777" w:rsidTr="009012A3">
        <w:trPr>
          <w:jc w:val="center"/>
        </w:trPr>
        <w:tc>
          <w:tcPr>
            <w:tcW w:w="5281" w:type="dxa"/>
            <w:vAlign w:val="center"/>
          </w:tcPr>
          <w:p w14:paraId="6C41FAAA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Итоги учебного года</w:t>
            </w:r>
          </w:p>
          <w:p w14:paraId="04332F4B" w14:textId="3A3A3B7A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Летний досуг ребенка</w:t>
            </w:r>
          </w:p>
        </w:tc>
        <w:tc>
          <w:tcPr>
            <w:tcW w:w="850" w:type="dxa"/>
            <w:vAlign w:val="center"/>
          </w:tcPr>
          <w:p w14:paraId="3AA9F00E" w14:textId="78C8579A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246B13D4" w14:textId="76F24077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77" w:type="dxa"/>
          </w:tcPr>
          <w:p w14:paraId="3AE479CB" w14:textId="47078C58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6A21290D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24F5B197" w14:textId="77777777" w:rsidTr="009012A3">
        <w:trPr>
          <w:jc w:val="center"/>
        </w:trPr>
        <w:tc>
          <w:tcPr>
            <w:tcW w:w="5281" w:type="dxa"/>
            <w:vAlign w:val="center"/>
          </w:tcPr>
          <w:p w14:paraId="1B1784F7" w14:textId="11D649F8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Организационное собрание</w:t>
            </w:r>
          </w:p>
          <w:p w14:paraId="52C8BDC4" w14:textId="7054BACA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Общение с детьми</w:t>
            </w:r>
          </w:p>
        </w:tc>
        <w:tc>
          <w:tcPr>
            <w:tcW w:w="850" w:type="dxa"/>
            <w:vAlign w:val="center"/>
          </w:tcPr>
          <w:p w14:paraId="7A24EE41" w14:textId="01F44390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75D51C96" w14:textId="46A00E04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77" w:type="dxa"/>
          </w:tcPr>
          <w:p w14:paraId="0BB692C4" w14:textId="079FDC39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76292ECF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7E57E07D" w14:textId="77777777" w:rsidTr="009012A3">
        <w:trPr>
          <w:jc w:val="center"/>
        </w:trPr>
        <w:tc>
          <w:tcPr>
            <w:tcW w:w="5281" w:type="dxa"/>
            <w:vAlign w:val="center"/>
          </w:tcPr>
          <w:p w14:paraId="3394EB60" w14:textId="64E06FC1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Как приобщить ребенка к чтению</w:t>
            </w:r>
          </w:p>
          <w:p w14:paraId="681E8843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Что нужно знать родителям о физиологии младшего школьника? </w:t>
            </w:r>
          </w:p>
          <w:p w14:paraId="43D85AC4" w14:textId="112C35F4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Полезные советы на каждый день</w:t>
            </w:r>
          </w:p>
        </w:tc>
        <w:tc>
          <w:tcPr>
            <w:tcW w:w="850" w:type="dxa"/>
            <w:vAlign w:val="center"/>
          </w:tcPr>
          <w:p w14:paraId="5E1EE725" w14:textId="12D09DBE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62965D64" w14:textId="054681CE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77" w:type="dxa"/>
          </w:tcPr>
          <w:p w14:paraId="3D89B532" w14:textId="1AD0186D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66F92045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78FEE0FB" w14:textId="77777777" w:rsidTr="009012A3">
        <w:trPr>
          <w:jc w:val="center"/>
        </w:trPr>
        <w:tc>
          <w:tcPr>
            <w:tcW w:w="5281" w:type="dxa"/>
            <w:vAlign w:val="center"/>
          </w:tcPr>
          <w:p w14:paraId="79F26A2A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Родителям – о здоровом питании ребенка</w:t>
            </w:r>
          </w:p>
          <w:p w14:paraId="457C883D" w14:textId="61046DC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Правила поведения в школе, дома и в общественных местах</w:t>
            </w:r>
          </w:p>
        </w:tc>
        <w:tc>
          <w:tcPr>
            <w:tcW w:w="850" w:type="dxa"/>
            <w:vAlign w:val="center"/>
          </w:tcPr>
          <w:p w14:paraId="55835464" w14:textId="68403EDE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2A495E11" w14:textId="7CEE60D9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77" w:type="dxa"/>
          </w:tcPr>
          <w:p w14:paraId="5BAA6E91" w14:textId="3C45DD66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346099F3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6EA441D9" w14:textId="77777777" w:rsidTr="009012A3">
        <w:trPr>
          <w:jc w:val="center"/>
        </w:trPr>
        <w:tc>
          <w:tcPr>
            <w:tcW w:w="5281" w:type="dxa"/>
            <w:vAlign w:val="center"/>
          </w:tcPr>
          <w:p w14:paraId="15317BC0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Итоги учебного года</w:t>
            </w:r>
          </w:p>
          <w:p w14:paraId="4EA05906" w14:textId="266528AD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Летний досуг ребенка</w:t>
            </w:r>
          </w:p>
        </w:tc>
        <w:tc>
          <w:tcPr>
            <w:tcW w:w="850" w:type="dxa"/>
            <w:vAlign w:val="center"/>
          </w:tcPr>
          <w:p w14:paraId="788411A5" w14:textId="03B8A803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7DA5E3C5" w14:textId="60065AB1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77" w:type="dxa"/>
          </w:tcPr>
          <w:p w14:paraId="601FEE15" w14:textId="5F4B56B0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43FD7CA9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630E89FC" w14:textId="77777777" w:rsidTr="009012A3">
        <w:trPr>
          <w:jc w:val="center"/>
        </w:trPr>
        <w:tc>
          <w:tcPr>
            <w:tcW w:w="5281" w:type="dxa"/>
            <w:vAlign w:val="center"/>
          </w:tcPr>
          <w:p w14:paraId="2F38430C" w14:textId="0CC3388E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Организационное собрание</w:t>
            </w:r>
          </w:p>
          <w:p w14:paraId="11557D87" w14:textId="1C7101FF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Ответственность, самооценка и самоконтроль. Как их развивать</w:t>
            </w:r>
          </w:p>
        </w:tc>
        <w:tc>
          <w:tcPr>
            <w:tcW w:w="850" w:type="dxa"/>
            <w:vAlign w:val="center"/>
          </w:tcPr>
          <w:p w14:paraId="17BD4D7B" w14:textId="2655C526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54522C51" w14:textId="6ED22DDC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77" w:type="dxa"/>
          </w:tcPr>
          <w:p w14:paraId="6F7B07F3" w14:textId="68498676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5DECDE07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46D70ADA" w14:textId="77777777" w:rsidTr="009012A3">
        <w:trPr>
          <w:jc w:val="center"/>
        </w:trPr>
        <w:tc>
          <w:tcPr>
            <w:tcW w:w="5281" w:type="dxa"/>
            <w:vAlign w:val="center"/>
          </w:tcPr>
          <w:p w14:paraId="1FE1786F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Формирование у детей сознательной дисциплины</w:t>
            </w:r>
          </w:p>
          <w:p w14:paraId="0B8CB57E" w14:textId="385D450D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Особенности семейного воспитания</w:t>
            </w:r>
          </w:p>
        </w:tc>
        <w:tc>
          <w:tcPr>
            <w:tcW w:w="850" w:type="dxa"/>
            <w:vAlign w:val="center"/>
          </w:tcPr>
          <w:p w14:paraId="301B4D7C" w14:textId="4378FC80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2278560E" w14:textId="103650E7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77" w:type="dxa"/>
          </w:tcPr>
          <w:p w14:paraId="7D8A1FEA" w14:textId="67B8459D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36F74321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54A09E56" w14:textId="77777777" w:rsidTr="009012A3">
        <w:trPr>
          <w:jc w:val="center"/>
        </w:trPr>
        <w:tc>
          <w:tcPr>
            <w:tcW w:w="5281" w:type="dxa"/>
            <w:vAlign w:val="center"/>
          </w:tcPr>
          <w:p w14:paraId="34034475" w14:textId="38EE3AE2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Детская ложь: способы профилактики</w:t>
            </w:r>
          </w:p>
          <w:p w14:paraId="1F83AA77" w14:textId="7C66136B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Книга в жизни школьника: отношение ученика к учебной и художественной литературе</w:t>
            </w:r>
          </w:p>
        </w:tc>
        <w:tc>
          <w:tcPr>
            <w:tcW w:w="850" w:type="dxa"/>
            <w:vAlign w:val="center"/>
          </w:tcPr>
          <w:p w14:paraId="192F5BF1" w14:textId="137B8F19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48E6F5AE" w14:textId="0ECA6AB0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77" w:type="dxa"/>
          </w:tcPr>
          <w:p w14:paraId="5F6BF8D7" w14:textId="235395B1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4C3627C5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A0C16" w:rsidRPr="00E07358" w14:paraId="0BEC1A6E" w14:textId="77777777" w:rsidTr="009012A3">
        <w:trPr>
          <w:jc w:val="center"/>
        </w:trPr>
        <w:tc>
          <w:tcPr>
            <w:tcW w:w="5281" w:type="dxa"/>
            <w:vAlign w:val="center"/>
          </w:tcPr>
          <w:p w14:paraId="1766BB7A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ВПР без проблем!</w:t>
            </w:r>
          </w:p>
          <w:p w14:paraId="5B32F1FD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Итоги учебного года</w:t>
            </w:r>
          </w:p>
          <w:p w14:paraId="38FB375C" w14:textId="4C7A595E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Летний досуг ребенка</w:t>
            </w:r>
          </w:p>
        </w:tc>
        <w:tc>
          <w:tcPr>
            <w:tcW w:w="850" w:type="dxa"/>
            <w:vAlign w:val="center"/>
          </w:tcPr>
          <w:p w14:paraId="18879486" w14:textId="062D6855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1418" w:type="dxa"/>
          </w:tcPr>
          <w:p w14:paraId="245992D3" w14:textId="066BA155" w:rsidR="001A0C16" w:rsidRPr="00E07358" w:rsidRDefault="001A0C16" w:rsidP="001A0C16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 xml:space="preserve">1 раз в </w:t>
            </w:r>
            <w:r w:rsidRPr="00E07358">
              <w:rPr>
                <w:rFonts w:cs="Times New Roman"/>
                <w:sz w:val="24"/>
                <w:szCs w:val="24"/>
              </w:rPr>
              <w:lastRenderedPageBreak/>
              <w:t>четверть</w:t>
            </w:r>
          </w:p>
        </w:tc>
        <w:tc>
          <w:tcPr>
            <w:tcW w:w="2977" w:type="dxa"/>
          </w:tcPr>
          <w:p w14:paraId="1B6280B2" w14:textId="58A2723A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  <w:tc>
          <w:tcPr>
            <w:tcW w:w="3514" w:type="dxa"/>
          </w:tcPr>
          <w:p w14:paraId="2CEFF08D" w14:textId="77777777" w:rsidR="001A0C16" w:rsidRPr="00E07358" w:rsidRDefault="001A0C16" w:rsidP="001A0C16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20D20410" w14:textId="6949B386" w:rsidTr="00B9599C">
        <w:trPr>
          <w:jc w:val="center"/>
        </w:trPr>
        <w:tc>
          <w:tcPr>
            <w:tcW w:w="5281" w:type="dxa"/>
            <w:vAlign w:val="center"/>
          </w:tcPr>
          <w:p w14:paraId="09258221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lastRenderedPageBreak/>
              <w:t>Заседания Совета родителей</w:t>
            </w:r>
          </w:p>
        </w:tc>
        <w:tc>
          <w:tcPr>
            <w:tcW w:w="850" w:type="dxa"/>
            <w:vAlign w:val="center"/>
          </w:tcPr>
          <w:p w14:paraId="7EFDE68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6D80DDB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  <w:vAlign w:val="center"/>
          </w:tcPr>
          <w:p w14:paraId="03C7BE0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Директор; заместитель директора по воспитательной работе</w:t>
            </w:r>
          </w:p>
        </w:tc>
        <w:tc>
          <w:tcPr>
            <w:tcW w:w="3514" w:type="dxa"/>
          </w:tcPr>
          <w:p w14:paraId="4B790ED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54225A3E" w14:textId="7E3B5546" w:rsidTr="00B9599C">
        <w:trPr>
          <w:jc w:val="center"/>
        </w:trPr>
        <w:tc>
          <w:tcPr>
            <w:tcW w:w="5281" w:type="dxa"/>
            <w:vAlign w:val="center"/>
          </w:tcPr>
          <w:p w14:paraId="33F29468" w14:textId="55C4E79C" w:rsidR="00DE1B63" w:rsidRPr="00E07358" w:rsidRDefault="00DE1B63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E07358">
              <w:rPr>
                <w:rFonts w:cs="Times New Roman"/>
                <w:b/>
                <w:bCs/>
                <w:sz w:val="24"/>
                <w:szCs w:val="24"/>
              </w:rPr>
              <w:t xml:space="preserve">Родительский </w:t>
            </w:r>
            <w:r w:rsidR="00080F6A" w:rsidRPr="00E07358">
              <w:rPr>
                <w:rFonts w:cs="Times New Roman"/>
                <w:b/>
                <w:bCs/>
                <w:sz w:val="24"/>
                <w:szCs w:val="24"/>
                <w:lang w:val="ru-RU"/>
              </w:rPr>
              <w:t>всеобуч</w:t>
            </w:r>
            <w:r w:rsidRPr="00E07358">
              <w:rPr>
                <w:rFonts w:cs="Times New Roman"/>
                <w:b/>
                <w:bCs/>
                <w:sz w:val="24"/>
                <w:szCs w:val="24"/>
              </w:rPr>
              <w:t xml:space="preserve"> «Воспитываем вместе»</w:t>
            </w:r>
          </w:p>
        </w:tc>
        <w:tc>
          <w:tcPr>
            <w:tcW w:w="850" w:type="dxa"/>
            <w:vAlign w:val="center"/>
          </w:tcPr>
          <w:p w14:paraId="7C34354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79EC699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  <w:vAlign w:val="center"/>
          </w:tcPr>
          <w:p w14:paraId="7D9B914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Педагог-психолог; социальный педагог</w:t>
            </w:r>
          </w:p>
        </w:tc>
        <w:tc>
          <w:tcPr>
            <w:tcW w:w="3514" w:type="dxa"/>
          </w:tcPr>
          <w:p w14:paraId="45435258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80F6A" w:rsidRPr="00E07358" w14:paraId="4BCDD8C7" w14:textId="77777777" w:rsidTr="00080F6A">
        <w:trPr>
          <w:jc w:val="center"/>
        </w:trPr>
        <w:tc>
          <w:tcPr>
            <w:tcW w:w="14040" w:type="dxa"/>
            <w:gridSpan w:val="5"/>
            <w:shd w:val="clear" w:color="auto" w:fill="FF0000"/>
            <w:vAlign w:val="center"/>
          </w:tcPr>
          <w:p w14:paraId="02A695CF" w14:textId="75737A80" w:rsidR="00080F6A" w:rsidRPr="00E07358" w:rsidRDefault="00080F6A" w:rsidP="00080F6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07358">
              <w:rPr>
                <w:rFonts w:cs="Times New Roman"/>
                <w:b/>
                <w:bCs/>
                <w:sz w:val="24"/>
                <w:szCs w:val="24"/>
                <w:lang w:val="ru-RU"/>
              </w:rPr>
              <w:t>Темы родительских собраний</w:t>
            </w:r>
          </w:p>
        </w:tc>
      </w:tr>
      <w:tr w:rsidR="00080F6A" w:rsidRPr="00E07358" w14:paraId="23DB1E73" w14:textId="77777777" w:rsidTr="00246585">
        <w:trPr>
          <w:jc w:val="center"/>
        </w:trPr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9883" w14:textId="1003B48A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Первый раз в первый класс </w:t>
            </w:r>
          </w:p>
        </w:tc>
        <w:tc>
          <w:tcPr>
            <w:tcW w:w="850" w:type="dxa"/>
            <w:vAlign w:val="center"/>
          </w:tcPr>
          <w:p w14:paraId="3B3FC09E" w14:textId="1F001455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14:paraId="17CD3DE0" w14:textId="3ABD80EF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</w:tcPr>
          <w:p w14:paraId="37CB7100" w14:textId="5EEBC2E8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12BAD070" w14:textId="77777777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080F6A" w:rsidRPr="00E07358" w14:paraId="46DC7026" w14:textId="77777777" w:rsidTr="00246585">
        <w:trPr>
          <w:jc w:val="center"/>
        </w:trPr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E8D1" w14:textId="7931D62A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Трудности адаптации первоклассников к школе </w:t>
            </w:r>
          </w:p>
        </w:tc>
        <w:tc>
          <w:tcPr>
            <w:tcW w:w="850" w:type="dxa"/>
            <w:vAlign w:val="center"/>
          </w:tcPr>
          <w:p w14:paraId="04C96814" w14:textId="6118BDA5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14:paraId="3DAA8C0D" w14:textId="130832FC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</w:tcPr>
          <w:p w14:paraId="52CB9ED2" w14:textId="15A12922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6898BECB" w14:textId="77777777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080F6A" w:rsidRPr="00E07358" w14:paraId="7935FAE7" w14:textId="77777777" w:rsidTr="00246585">
        <w:trPr>
          <w:jc w:val="center"/>
        </w:trPr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0868" w14:textId="07F206C4" w:rsidR="00080F6A" w:rsidRPr="00E07358" w:rsidRDefault="00080F6A" w:rsidP="00080F6A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 xml:space="preserve">Режим дня школьника </w:t>
            </w:r>
            <w:r w:rsidRPr="00E07358">
              <w:rPr>
                <w:rFonts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850" w:type="dxa"/>
            <w:vAlign w:val="center"/>
          </w:tcPr>
          <w:p w14:paraId="19172BA4" w14:textId="0D3048B3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14:paraId="28F1EC59" w14:textId="3C989F13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</w:tcPr>
          <w:p w14:paraId="6404EDE4" w14:textId="62B3B193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2C2742AF" w14:textId="77777777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080F6A" w:rsidRPr="00E07358" w14:paraId="32D41D50" w14:textId="77777777" w:rsidTr="00246585">
        <w:trPr>
          <w:jc w:val="center"/>
        </w:trPr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2086" w14:textId="6AFA4A44" w:rsidR="00080F6A" w:rsidRPr="00E07358" w:rsidRDefault="00080F6A" w:rsidP="00080F6A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Родителям о внимании и внимательности. </w:t>
            </w:r>
            <w:r w:rsidRPr="00E07358">
              <w:rPr>
                <w:rFonts w:cs="Times New Roman"/>
                <w:sz w:val="24"/>
                <w:szCs w:val="24"/>
              </w:rPr>
              <w:t xml:space="preserve">Итоги первого года </w:t>
            </w:r>
          </w:p>
        </w:tc>
        <w:tc>
          <w:tcPr>
            <w:tcW w:w="850" w:type="dxa"/>
            <w:vAlign w:val="center"/>
          </w:tcPr>
          <w:p w14:paraId="3780A719" w14:textId="1061A1C5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14:paraId="5D972B91" w14:textId="461B7837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</w:tcPr>
          <w:p w14:paraId="0B6F5071" w14:textId="22B04565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486DAEB4" w14:textId="77777777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080F6A" w:rsidRPr="00E07358" w14:paraId="1C38BF71" w14:textId="77777777" w:rsidTr="00246585">
        <w:trPr>
          <w:jc w:val="center"/>
        </w:trPr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645C" w14:textId="394DBFFC" w:rsidR="00080F6A" w:rsidRPr="00E07358" w:rsidRDefault="00080F6A" w:rsidP="00080F6A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 xml:space="preserve">Первые уроки школьной отметки </w:t>
            </w:r>
          </w:p>
        </w:tc>
        <w:tc>
          <w:tcPr>
            <w:tcW w:w="850" w:type="dxa"/>
            <w:vAlign w:val="center"/>
          </w:tcPr>
          <w:p w14:paraId="68BCEEF1" w14:textId="47CB763C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3327855E" w14:textId="26DFA76E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</w:tcPr>
          <w:p w14:paraId="0E343D9E" w14:textId="5F630A3B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052CA168" w14:textId="77777777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080F6A" w:rsidRPr="00E07358" w14:paraId="5811C1B1" w14:textId="77777777" w:rsidTr="00246585">
        <w:trPr>
          <w:jc w:val="center"/>
        </w:trPr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5EDE" w14:textId="76CB069A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Как помочь ребенку хорошо учиться </w:t>
            </w:r>
          </w:p>
        </w:tc>
        <w:tc>
          <w:tcPr>
            <w:tcW w:w="850" w:type="dxa"/>
            <w:vAlign w:val="center"/>
          </w:tcPr>
          <w:p w14:paraId="67DF478F" w14:textId="6383B20A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7BC91BC7" w14:textId="6D26EB71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</w:tcPr>
          <w:p w14:paraId="6D3B9188" w14:textId="758C71C4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214B1282" w14:textId="77777777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080F6A" w:rsidRPr="00E07358" w14:paraId="2100A7A0" w14:textId="77777777" w:rsidTr="00246585">
        <w:trPr>
          <w:jc w:val="center"/>
        </w:trPr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25AD" w14:textId="65C93CE7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Роль книги в развитии интеллектуальных умений ребенка  </w:t>
            </w:r>
          </w:p>
        </w:tc>
        <w:tc>
          <w:tcPr>
            <w:tcW w:w="850" w:type="dxa"/>
            <w:vAlign w:val="center"/>
          </w:tcPr>
          <w:p w14:paraId="4F4A4F23" w14:textId="4E520618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70CAE421" w14:textId="09234F02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</w:tcPr>
          <w:p w14:paraId="329EADD7" w14:textId="27F56178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0C7FE1A8" w14:textId="77777777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080F6A" w:rsidRPr="00E07358" w14:paraId="3A0D47BD" w14:textId="77777777" w:rsidTr="00246585">
        <w:trPr>
          <w:jc w:val="center"/>
        </w:trPr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0E17" w14:textId="7432469A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Гармония общения -залог психоэмоционального состояния ребёнка. </w:t>
            </w:r>
          </w:p>
        </w:tc>
        <w:tc>
          <w:tcPr>
            <w:tcW w:w="850" w:type="dxa"/>
            <w:vAlign w:val="center"/>
          </w:tcPr>
          <w:p w14:paraId="5E377EAA" w14:textId="3BC0A61A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120338B2" w14:textId="2A9AA412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</w:tcPr>
          <w:p w14:paraId="20A2BE96" w14:textId="0BA8F66A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1E7643A1" w14:textId="77777777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080F6A" w:rsidRPr="00E07358" w14:paraId="27E49F66" w14:textId="77777777" w:rsidTr="00246585">
        <w:trPr>
          <w:jc w:val="center"/>
        </w:trPr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C623" w14:textId="167C7AD2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Значение семейных традиций в формировании у ребёнка желания трудиться. </w:t>
            </w:r>
          </w:p>
        </w:tc>
        <w:tc>
          <w:tcPr>
            <w:tcW w:w="850" w:type="dxa"/>
            <w:vAlign w:val="center"/>
          </w:tcPr>
          <w:p w14:paraId="6D97196F" w14:textId="523C609D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58B7A6AB" w14:textId="0994FDB1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</w:tcPr>
          <w:p w14:paraId="1881C4F7" w14:textId="6C01EE5D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456DFF36" w14:textId="77777777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080F6A" w:rsidRPr="00E07358" w14:paraId="5EF06564" w14:textId="77777777" w:rsidTr="00246585">
        <w:trPr>
          <w:jc w:val="center"/>
        </w:trPr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B5FB" w14:textId="408077EC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 xml:space="preserve">Мы дружим с книгой. </w:t>
            </w:r>
          </w:p>
        </w:tc>
        <w:tc>
          <w:tcPr>
            <w:tcW w:w="850" w:type="dxa"/>
            <w:vAlign w:val="center"/>
          </w:tcPr>
          <w:p w14:paraId="25A93900" w14:textId="715338EE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67FC6E2B" w14:textId="33D516CA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</w:tcPr>
          <w:p w14:paraId="5A1B582A" w14:textId="212245EC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6612165A" w14:textId="77777777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080F6A" w:rsidRPr="00E07358" w14:paraId="3A25221B" w14:textId="77777777" w:rsidTr="00246585">
        <w:trPr>
          <w:jc w:val="center"/>
        </w:trPr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62D7" w14:textId="1B8563F7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Как преодолеть застенчивость и неуверенность ребёнка </w:t>
            </w:r>
          </w:p>
        </w:tc>
        <w:tc>
          <w:tcPr>
            <w:tcW w:w="850" w:type="dxa"/>
            <w:vAlign w:val="center"/>
          </w:tcPr>
          <w:p w14:paraId="4A17B2FD" w14:textId="20BBF0C2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0A3A686F" w14:textId="10D812A9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</w:tcPr>
          <w:p w14:paraId="7DC5199A" w14:textId="3AE12402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0D741A64" w14:textId="77777777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080F6A" w:rsidRPr="00E07358" w14:paraId="29BB8983" w14:textId="77777777" w:rsidTr="00246585">
        <w:trPr>
          <w:jc w:val="center"/>
        </w:trPr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5B41" w14:textId="6758BC4A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Эстетическое воспитание в семье -школа высококультурного человека </w:t>
            </w:r>
          </w:p>
        </w:tc>
        <w:tc>
          <w:tcPr>
            <w:tcW w:w="850" w:type="dxa"/>
            <w:vAlign w:val="center"/>
          </w:tcPr>
          <w:p w14:paraId="5FABC4A6" w14:textId="65100456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5BA3EDD8" w14:textId="4C50979D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</w:tcPr>
          <w:p w14:paraId="3AE853A2" w14:textId="6A2F402F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7DDD315C" w14:textId="77777777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080F6A" w:rsidRPr="00E07358" w14:paraId="345F4E94" w14:textId="77777777" w:rsidTr="00246585">
        <w:trPr>
          <w:jc w:val="center"/>
        </w:trPr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C0B5" w14:textId="1F20624A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Культура учебного труда и поведения школьников. </w:t>
            </w:r>
          </w:p>
        </w:tc>
        <w:tc>
          <w:tcPr>
            <w:tcW w:w="850" w:type="dxa"/>
            <w:vAlign w:val="center"/>
          </w:tcPr>
          <w:p w14:paraId="05DB88D2" w14:textId="19D02DFE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521C8215" w14:textId="4AD5410B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</w:tcPr>
          <w:p w14:paraId="2AB73666" w14:textId="31BE34A6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51AEA791" w14:textId="77777777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080F6A" w:rsidRPr="00E07358" w14:paraId="32F12C20" w14:textId="77777777" w:rsidTr="00246585">
        <w:trPr>
          <w:jc w:val="center"/>
        </w:trPr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16AE" w14:textId="3867809B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Роль семьи и школы в формировании у ребёнка интереса к учению. </w:t>
            </w:r>
          </w:p>
        </w:tc>
        <w:tc>
          <w:tcPr>
            <w:tcW w:w="850" w:type="dxa"/>
            <w:vAlign w:val="center"/>
          </w:tcPr>
          <w:p w14:paraId="0065CA16" w14:textId="62812BA8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5C065C4C" w14:textId="722D291F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</w:tcPr>
          <w:p w14:paraId="7B0FB330" w14:textId="68F69B85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245A3006" w14:textId="77777777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080F6A" w:rsidRPr="00E07358" w14:paraId="6F7B7F4C" w14:textId="77777777" w:rsidTr="00246585">
        <w:trPr>
          <w:jc w:val="center"/>
        </w:trPr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C6EC" w14:textId="75BD9E56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 xml:space="preserve">Поговорим о дружбе. </w:t>
            </w:r>
          </w:p>
        </w:tc>
        <w:tc>
          <w:tcPr>
            <w:tcW w:w="850" w:type="dxa"/>
            <w:vAlign w:val="center"/>
          </w:tcPr>
          <w:p w14:paraId="6AE34B09" w14:textId="1074C9B0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2CC2897D" w14:textId="498F7A34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</w:tcPr>
          <w:p w14:paraId="3E214592" w14:textId="57B927A3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1D76BE9E" w14:textId="77777777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080F6A" w:rsidRPr="00E07358" w14:paraId="7B3833E0" w14:textId="77777777" w:rsidTr="00246585">
        <w:trPr>
          <w:jc w:val="center"/>
        </w:trPr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FA3D" w14:textId="067035E4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 xml:space="preserve">До свидания, начальная школа! </w:t>
            </w:r>
          </w:p>
        </w:tc>
        <w:tc>
          <w:tcPr>
            <w:tcW w:w="850" w:type="dxa"/>
            <w:vAlign w:val="center"/>
          </w:tcPr>
          <w:p w14:paraId="4481E07C" w14:textId="6B6A2FDD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418" w:type="dxa"/>
          </w:tcPr>
          <w:p w14:paraId="458DC538" w14:textId="2050051E" w:rsidR="00080F6A" w:rsidRPr="00E07358" w:rsidRDefault="00080F6A" w:rsidP="00080F6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</w:tcPr>
          <w:p w14:paraId="6AD3DCD1" w14:textId="75328EC0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5CCB3835" w14:textId="77777777" w:rsidR="00080F6A" w:rsidRPr="00E07358" w:rsidRDefault="00080F6A" w:rsidP="00080F6A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30B73D40" w14:textId="42BAD3CF" w:rsidTr="00B9599C">
        <w:trPr>
          <w:jc w:val="center"/>
        </w:trPr>
        <w:tc>
          <w:tcPr>
            <w:tcW w:w="5281" w:type="dxa"/>
            <w:vAlign w:val="center"/>
          </w:tcPr>
          <w:p w14:paraId="44ECCE92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Индивидуальные консультации специалистов сопровождения</w:t>
            </w:r>
          </w:p>
        </w:tc>
        <w:tc>
          <w:tcPr>
            <w:tcW w:w="850" w:type="dxa"/>
            <w:vAlign w:val="center"/>
          </w:tcPr>
          <w:p w14:paraId="4BBD8CE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41D3804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графику и запросу</w:t>
            </w:r>
          </w:p>
        </w:tc>
        <w:tc>
          <w:tcPr>
            <w:tcW w:w="2977" w:type="dxa"/>
            <w:vAlign w:val="center"/>
          </w:tcPr>
          <w:p w14:paraId="69EC7E5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Педагог-психолог; социальный педагог; учитель-логопед</w:t>
            </w:r>
          </w:p>
        </w:tc>
        <w:tc>
          <w:tcPr>
            <w:tcW w:w="3514" w:type="dxa"/>
          </w:tcPr>
          <w:p w14:paraId="145C7DE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1635F2DC" w14:textId="3B55AD67" w:rsidTr="00B9599C">
        <w:trPr>
          <w:jc w:val="center"/>
        </w:trPr>
        <w:tc>
          <w:tcPr>
            <w:tcW w:w="5281" w:type="dxa"/>
            <w:vAlign w:val="center"/>
          </w:tcPr>
          <w:p w14:paraId="00B586D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Семейные творческие мастерские</w:t>
            </w:r>
          </w:p>
        </w:tc>
        <w:tc>
          <w:tcPr>
            <w:tcW w:w="850" w:type="dxa"/>
            <w:vAlign w:val="center"/>
          </w:tcPr>
          <w:p w14:paraId="4F02774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CA6360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977" w:type="dxa"/>
            <w:vAlign w:val="center"/>
          </w:tcPr>
          <w:p w14:paraId="7F73BD6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3514" w:type="dxa"/>
          </w:tcPr>
          <w:p w14:paraId="60EA16A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3FE4A2BA" w14:textId="0F7383B2" w:rsidTr="00B9599C">
        <w:trPr>
          <w:jc w:val="center"/>
        </w:trPr>
        <w:tc>
          <w:tcPr>
            <w:tcW w:w="5281" w:type="dxa"/>
            <w:vAlign w:val="center"/>
          </w:tcPr>
          <w:p w14:paraId="2EB29EB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Семейный спортивный праздник «Вместе сильнее»</w:t>
            </w:r>
          </w:p>
        </w:tc>
        <w:tc>
          <w:tcPr>
            <w:tcW w:w="850" w:type="dxa"/>
            <w:vAlign w:val="center"/>
          </w:tcPr>
          <w:p w14:paraId="157EABB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378D726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Февраль 2027 года</w:t>
            </w:r>
          </w:p>
        </w:tc>
        <w:tc>
          <w:tcPr>
            <w:tcW w:w="2977" w:type="dxa"/>
            <w:vAlign w:val="center"/>
          </w:tcPr>
          <w:p w14:paraId="486AAFB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Учитель физической культуры; классные руководители</w:t>
            </w:r>
          </w:p>
        </w:tc>
        <w:tc>
          <w:tcPr>
            <w:tcW w:w="3514" w:type="dxa"/>
          </w:tcPr>
          <w:p w14:paraId="5D900FA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105EE26F" w14:textId="7AB4E775" w:rsidTr="00B9599C">
        <w:trPr>
          <w:jc w:val="center"/>
        </w:trPr>
        <w:tc>
          <w:tcPr>
            <w:tcW w:w="5281" w:type="dxa"/>
            <w:vAlign w:val="center"/>
          </w:tcPr>
          <w:p w14:paraId="414394D5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Просветительская встреча «Безопасность ребёнка в цифровой среде»</w:t>
            </w:r>
          </w:p>
        </w:tc>
        <w:tc>
          <w:tcPr>
            <w:tcW w:w="850" w:type="dxa"/>
            <w:vAlign w:val="center"/>
          </w:tcPr>
          <w:p w14:paraId="58B1925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F48AB3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Февраль 2027 года</w:t>
            </w:r>
          </w:p>
        </w:tc>
        <w:tc>
          <w:tcPr>
            <w:tcW w:w="2977" w:type="dxa"/>
            <w:vAlign w:val="center"/>
          </w:tcPr>
          <w:p w14:paraId="11DE188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информационную безопасность; педагог-психолог</w:t>
            </w:r>
          </w:p>
        </w:tc>
        <w:tc>
          <w:tcPr>
            <w:tcW w:w="3514" w:type="dxa"/>
          </w:tcPr>
          <w:p w14:paraId="09206E6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1A36D3FB" w14:textId="3C37A19C" w:rsidTr="00B9599C">
        <w:trPr>
          <w:jc w:val="center"/>
        </w:trPr>
        <w:tc>
          <w:tcPr>
            <w:tcW w:w="5281" w:type="dxa"/>
            <w:vAlign w:val="center"/>
          </w:tcPr>
          <w:p w14:paraId="23218070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Родительский контроль организации питания</w:t>
            </w:r>
          </w:p>
        </w:tc>
        <w:tc>
          <w:tcPr>
            <w:tcW w:w="850" w:type="dxa"/>
            <w:vAlign w:val="center"/>
          </w:tcPr>
          <w:p w14:paraId="5749006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6A2818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утверждённому графику</w:t>
            </w:r>
          </w:p>
        </w:tc>
        <w:tc>
          <w:tcPr>
            <w:tcW w:w="2977" w:type="dxa"/>
            <w:vAlign w:val="center"/>
          </w:tcPr>
          <w:p w14:paraId="43511F9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работник школы; представители родителей — по согласованию</w:t>
            </w:r>
          </w:p>
        </w:tc>
        <w:tc>
          <w:tcPr>
            <w:tcW w:w="3514" w:type="dxa"/>
          </w:tcPr>
          <w:p w14:paraId="3D3FA8C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1503B50F" w14:textId="4E39A7BD" w:rsidTr="00B9599C">
        <w:trPr>
          <w:jc w:val="center"/>
        </w:trPr>
        <w:tc>
          <w:tcPr>
            <w:tcW w:w="5281" w:type="dxa"/>
            <w:vAlign w:val="center"/>
          </w:tcPr>
          <w:p w14:paraId="446F0705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Участие родителей в экскурсиях, проектах и воспитательных событиях</w:t>
            </w:r>
          </w:p>
        </w:tc>
        <w:tc>
          <w:tcPr>
            <w:tcW w:w="850" w:type="dxa"/>
            <w:vAlign w:val="center"/>
          </w:tcPr>
          <w:p w14:paraId="726D258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6046912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 течение учебного года, добровольно и по согласованию</w:t>
            </w:r>
          </w:p>
        </w:tc>
        <w:tc>
          <w:tcPr>
            <w:tcW w:w="2977" w:type="dxa"/>
            <w:vAlign w:val="center"/>
          </w:tcPr>
          <w:p w14:paraId="0E3B539F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14" w:type="dxa"/>
          </w:tcPr>
          <w:p w14:paraId="14E4DD4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84915" w:rsidRPr="00E07358" w14:paraId="37096023" w14:textId="77777777" w:rsidTr="00784915">
        <w:trPr>
          <w:jc w:val="center"/>
        </w:trPr>
        <w:tc>
          <w:tcPr>
            <w:tcW w:w="14040" w:type="dxa"/>
            <w:gridSpan w:val="5"/>
            <w:shd w:val="clear" w:color="auto" w:fill="FF0000"/>
            <w:vAlign w:val="center"/>
          </w:tcPr>
          <w:p w14:paraId="74247E2C" w14:textId="4F13C078" w:rsidR="00784915" w:rsidRPr="00E07358" w:rsidRDefault="00784915" w:rsidP="0078491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eastAsia="Calibri" w:cs="Times New Roman"/>
                <w:b/>
                <w:bCs/>
                <w:sz w:val="24"/>
                <w:szCs w:val="24"/>
                <w:bdr w:val="none" w:sz="0" w:space="0" w:color="auto" w:frame="1"/>
                <w:lang w:val="ru-RU"/>
              </w:rPr>
              <w:t>Профилактическая работа с родителями по предупреждению ДДТТ</w:t>
            </w:r>
          </w:p>
        </w:tc>
      </w:tr>
      <w:tr w:rsidR="00784915" w:rsidRPr="00E07358" w14:paraId="53478A17" w14:textId="77777777" w:rsidTr="00DB603C">
        <w:trPr>
          <w:jc w:val="center"/>
        </w:trPr>
        <w:tc>
          <w:tcPr>
            <w:tcW w:w="14040" w:type="dxa"/>
            <w:gridSpan w:val="5"/>
            <w:vAlign w:val="center"/>
          </w:tcPr>
          <w:p w14:paraId="4F7EEC99" w14:textId="31D904E8" w:rsidR="00784915" w:rsidRPr="00E07358" w:rsidRDefault="00784915" w:rsidP="00784915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07358">
              <w:rPr>
                <w:rFonts w:cs="Times New Roman"/>
                <w:b/>
                <w:bCs/>
                <w:sz w:val="24"/>
                <w:szCs w:val="24"/>
                <w:lang w:val="ru-RU"/>
              </w:rPr>
              <w:t>Темы бесед</w:t>
            </w:r>
          </w:p>
        </w:tc>
      </w:tr>
      <w:tr w:rsidR="00784915" w:rsidRPr="00E07358" w14:paraId="6E03C063" w14:textId="77777777" w:rsidTr="00057928">
        <w:trPr>
          <w:jc w:val="center"/>
        </w:trPr>
        <w:tc>
          <w:tcPr>
            <w:tcW w:w="5281" w:type="dxa"/>
          </w:tcPr>
          <w:p w14:paraId="7AD06A9B" w14:textId="4A365826" w:rsidR="00784915" w:rsidRPr="00E07358" w:rsidRDefault="00784915" w:rsidP="00784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Разработка и изготовление безопасных маршрутов движения от школы и обратно для обучающихся . Дом-школа-дом. </w:t>
            </w:r>
          </w:p>
        </w:tc>
        <w:tc>
          <w:tcPr>
            <w:tcW w:w="850" w:type="dxa"/>
          </w:tcPr>
          <w:p w14:paraId="2896C654" w14:textId="21E07350" w:rsidR="00784915" w:rsidRPr="00E07358" w:rsidRDefault="00784915" w:rsidP="0078491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418" w:type="dxa"/>
          </w:tcPr>
          <w:p w14:paraId="3B434E78" w14:textId="3AB47ECF" w:rsidR="00784915" w:rsidRPr="00E07358" w:rsidRDefault="00784915" w:rsidP="0078491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</w:tcPr>
          <w:p w14:paraId="39718E43" w14:textId="77777777" w:rsidR="00784915" w:rsidRPr="00E07358" w:rsidRDefault="00784915" w:rsidP="00784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14:paraId="20263626" w14:textId="546B699E" w:rsidR="00784915" w:rsidRPr="00E07358" w:rsidRDefault="00784915" w:rsidP="00784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Руководитель отряда ЮИД</w:t>
            </w:r>
          </w:p>
        </w:tc>
        <w:tc>
          <w:tcPr>
            <w:tcW w:w="3514" w:type="dxa"/>
          </w:tcPr>
          <w:p w14:paraId="74F82080" w14:textId="7A9B3DC7" w:rsidR="00784915" w:rsidRPr="00E07358" w:rsidRDefault="00784915" w:rsidP="00784915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Разработка и изготовление безопасных маршрутов движения от школы и обратно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для обучающихся . Дом-школа-дом. </w:t>
            </w:r>
          </w:p>
        </w:tc>
      </w:tr>
      <w:tr w:rsidR="00784915" w:rsidRPr="00A568BB" w14:paraId="30BACB02" w14:textId="77777777" w:rsidTr="00057928">
        <w:trPr>
          <w:jc w:val="center"/>
        </w:trPr>
        <w:tc>
          <w:tcPr>
            <w:tcW w:w="5281" w:type="dxa"/>
          </w:tcPr>
          <w:p w14:paraId="092C14D8" w14:textId="37BFC4F7" w:rsidR="00784915" w:rsidRPr="00E07358" w:rsidRDefault="00784915" w:rsidP="00784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Выпуск буклетов для родителей  "Детям - ваше внимание и заботу"</w:t>
            </w:r>
          </w:p>
        </w:tc>
        <w:tc>
          <w:tcPr>
            <w:tcW w:w="850" w:type="dxa"/>
          </w:tcPr>
          <w:p w14:paraId="7B285006" w14:textId="52F40727" w:rsidR="00784915" w:rsidRPr="00E07358" w:rsidRDefault="00784915" w:rsidP="0078491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418" w:type="dxa"/>
          </w:tcPr>
          <w:p w14:paraId="5492E0CD" w14:textId="76C351AF" w:rsidR="00784915" w:rsidRPr="00E07358" w:rsidRDefault="00784915" w:rsidP="0078491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77" w:type="dxa"/>
          </w:tcPr>
          <w:p w14:paraId="3E21A3B4" w14:textId="77777777" w:rsidR="00784915" w:rsidRPr="00E07358" w:rsidRDefault="00784915" w:rsidP="00784915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 xml:space="preserve">классные руководители, </w:t>
            </w:r>
          </w:p>
          <w:p w14:paraId="2B92176B" w14:textId="77777777" w:rsidR="00784915" w:rsidRPr="00E07358" w:rsidRDefault="00784915" w:rsidP="00784915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педагог-организатор</w:t>
            </w:r>
          </w:p>
          <w:p w14:paraId="21C70499" w14:textId="77777777" w:rsidR="00784915" w:rsidRPr="00E07358" w:rsidRDefault="00784915" w:rsidP="0078491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14:paraId="6B08192D" w14:textId="309DEC23" w:rsidR="00784915" w:rsidRPr="00E07358" w:rsidRDefault="00784915" w:rsidP="00784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Выпуск буклетов для родителей  "Детям - ваше внимание и заботу"</w:t>
            </w:r>
          </w:p>
        </w:tc>
      </w:tr>
      <w:tr w:rsidR="00784915" w:rsidRPr="00A568BB" w14:paraId="6A089227" w14:textId="77777777" w:rsidTr="00057928">
        <w:trPr>
          <w:jc w:val="center"/>
        </w:trPr>
        <w:tc>
          <w:tcPr>
            <w:tcW w:w="5281" w:type="dxa"/>
          </w:tcPr>
          <w:p w14:paraId="1E993459" w14:textId="77777777" w:rsidR="00784915" w:rsidRPr="00E07358" w:rsidRDefault="00784915" w:rsidP="00784915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Родительское собрание для обучающихся 1-4 го класса.</w:t>
            </w:r>
          </w:p>
          <w:p w14:paraId="6E37ED0F" w14:textId="7679F0F4" w:rsidR="00784915" w:rsidRPr="00E07358" w:rsidRDefault="00784915" w:rsidP="00784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Включение в повестку вопросов по предупреждению правонарушений несовершеннолетними в сфере дорожного движения, привитие навыков безопасного поведения детей на улицах и дорогах</w:t>
            </w:r>
          </w:p>
        </w:tc>
        <w:tc>
          <w:tcPr>
            <w:tcW w:w="850" w:type="dxa"/>
          </w:tcPr>
          <w:p w14:paraId="728E5B7F" w14:textId="3F1DAA71" w:rsidR="00784915" w:rsidRPr="00E07358" w:rsidRDefault="00784915" w:rsidP="0078491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418" w:type="dxa"/>
          </w:tcPr>
          <w:p w14:paraId="5A590B80" w14:textId="702076CE" w:rsidR="00784915" w:rsidRPr="00E07358" w:rsidRDefault="00784915" w:rsidP="0078491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август</w:t>
            </w:r>
          </w:p>
        </w:tc>
        <w:tc>
          <w:tcPr>
            <w:tcW w:w="2977" w:type="dxa"/>
          </w:tcPr>
          <w:p w14:paraId="251B0ACA" w14:textId="287AC129" w:rsidR="00784915" w:rsidRPr="00E07358" w:rsidRDefault="00784915" w:rsidP="00784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Классный руководитель, Зам. директора по ВР, инспектор Госавтоинспекции</w:t>
            </w:r>
          </w:p>
        </w:tc>
        <w:tc>
          <w:tcPr>
            <w:tcW w:w="3514" w:type="dxa"/>
          </w:tcPr>
          <w:p w14:paraId="3578C379" w14:textId="77777777" w:rsidR="00784915" w:rsidRPr="00E07358" w:rsidRDefault="00784915" w:rsidP="00784915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Родительское собрание для обучающихся 1-4 го класса.</w:t>
            </w:r>
          </w:p>
          <w:p w14:paraId="1979A055" w14:textId="74EFBABE" w:rsidR="00784915" w:rsidRPr="00E07358" w:rsidRDefault="00784915" w:rsidP="00784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Включение в повестку вопросов по предупреждению правонарушений несовершеннолетними в сфере дорожного движения, привитие навыков безопасного поведения детей на улицах и дорогах</w:t>
            </w:r>
          </w:p>
        </w:tc>
      </w:tr>
      <w:tr w:rsidR="00784915" w:rsidRPr="00A568BB" w14:paraId="62FDD94F" w14:textId="77777777" w:rsidTr="00057928">
        <w:trPr>
          <w:jc w:val="center"/>
        </w:trPr>
        <w:tc>
          <w:tcPr>
            <w:tcW w:w="5281" w:type="dxa"/>
          </w:tcPr>
          <w:p w14:paraId="08511358" w14:textId="77777777" w:rsidR="00784915" w:rsidRPr="00E07358" w:rsidRDefault="00784915" w:rsidP="00784915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Родительские собрания:</w:t>
            </w:r>
          </w:p>
          <w:p w14:paraId="295FDB74" w14:textId="77777777" w:rsidR="00784915" w:rsidRPr="00E07358" w:rsidRDefault="00784915" w:rsidP="00784915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Акция "Внимание, дети!" </w:t>
            </w:r>
          </w:p>
          <w:p w14:paraId="5D72CBBA" w14:textId="77777777" w:rsidR="00784915" w:rsidRPr="00E07358" w:rsidRDefault="00784915" w:rsidP="00784915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Комплексная безопасность в начале учебного года.</w:t>
            </w:r>
          </w:p>
          <w:p w14:paraId="17FE8F91" w14:textId="77777777" w:rsidR="00784915" w:rsidRPr="00E07358" w:rsidRDefault="00784915" w:rsidP="00784915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- профилактика детского дорожно-транспортного травматизма и роль родителей в воспитании транспортной культуры и роли личного примера для детей в соблюдении  правил дорожного движения</w:t>
            </w:r>
          </w:p>
          <w:p w14:paraId="4DC67B08" w14:textId="1BD65DDB" w:rsidR="00784915" w:rsidRPr="00E07358" w:rsidRDefault="00784915" w:rsidP="00784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- типичные опасные дорожные ситуации для пешехода,   формы и методы их изучения в семье; использование ремней безопасности во время движения в автомобиле</w:t>
            </w:r>
          </w:p>
        </w:tc>
        <w:tc>
          <w:tcPr>
            <w:tcW w:w="850" w:type="dxa"/>
          </w:tcPr>
          <w:p w14:paraId="526ACF60" w14:textId="09DB6C89" w:rsidR="00784915" w:rsidRPr="00E07358" w:rsidRDefault="00784915" w:rsidP="0078491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418" w:type="dxa"/>
          </w:tcPr>
          <w:p w14:paraId="66A27E2C" w14:textId="41DF6C4E" w:rsidR="00784915" w:rsidRPr="00E07358" w:rsidRDefault="00784915" w:rsidP="0078491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14:paraId="334AD071" w14:textId="77777777" w:rsidR="00784915" w:rsidRPr="00E07358" w:rsidRDefault="00784915" w:rsidP="00784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Зам.директора по ВР, </w:t>
            </w:r>
          </w:p>
          <w:p w14:paraId="582B4C4D" w14:textId="77777777" w:rsidR="00784915" w:rsidRPr="00E07358" w:rsidRDefault="00784915" w:rsidP="00784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педагог - организатор,</w:t>
            </w:r>
          </w:p>
          <w:p w14:paraId="101B0A3B" w14:textId="77777777" w:rsidR="00784915" w:rsidRPr="00E07358" w:rsidRDefault="00784915" w:rsidP="00784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руководители, инспектор Госавтоинспекции</w:t>
            </w:r>
          </w:p>
          <w:p w14:paraId="02CF5832" w14:textId="78642E41" w:rsidR="00784915" w:rsidRPr="00E07358" w:rsidRDefault="00784915" w:rsidP="00784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Руководитель отряда ЮИД</w:t>
            </w:r>
          </w:p>
        </w:tc>
        <w:tc>
          <w:tcPr>
            <w:tcW w:w="3514" w:type="dxa"/>
          </w:tcPr>
          <w:p w14:paraId="2BDBF74C" w14:textId="77777777" w:rsidR="00784915" w:rsidRPr="00E07358" w:rsidRDefault="00784915" w:rsidP="00784915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Родительские собрания:</w:t>
            </w:r>
          </w:p>
          <w:p w14:paraId="30AAE438" w14:textId="77777777" w:rsidR="00784915" w:rsidRPr="00E07358" w:rsidRDefault="00784915" w:rsidP="00784915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Акция "Внимание, дети!" </w:t>
            </w:r>
          </w:p>
          <w:p w14:paraId="2702085E" w14:textId="77777777" w:rsidR="00784915" w:rsidRPr="00E07358" w:rsidRDefault="00784915" w:rsidP="00784915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Комплексная безопасность в начале учебного года.</w:t>
            </w:r>
          </w:p>
          <w:p w14:paraId="1407D7B1" w14:textId="77777777" w:rsidR="00784915" w:rsidRPr="00E07358" w:rsidRDefault="00784915" w:rsidP="00784915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- профилактика детского дорожно-транспортного травматизма и роль родителей в воспитании транспортной культуры и роли личного примера для детей в соблюдении  правил дорожного движения</w:t>
            </w:r>
          </w:p>
          <w:p w14:paraId="67773374" w14:textId="0BEA571A" w:rsidR="00784915" w:rsidRPr="00E07358" w:rsidRDefault="00784915" w:rsidP="00784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- типичные опасные дорожные ситуации для пешехода,   формы и методы их изучения в семье; использование ремней безопасности во время движения в автомобиле</w:t>
            </w:r>
          </w:p>
        </w:tc>
      </w:tr>
      <w:tr w:rsidR="00784915" w:rsidRPr="00E07358" w14:paraId="55123359" w14:textId="77777777" w:rsidTr="00057928">
        <w:trPr>
          <w:jc w:val="center"/>
        </w:trPr>
        <w:tc>
          <w:tcPr>
            <w:tcW w:w="5281" w:type="dxa"/>
          </w:tcPr>
          <w:p w14:paraId="63B8ADF5" w14:textId="364F75FD" w:rsidR="00784915" w:rsidRPr="00E07358" w:rsidRDefault="00784915" w:rsidP="00784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Разработка и изготовление безопасных маршрутов движения от школы и обратно для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обучающихся . Дом-школа-дом. </w:t>
            </w:r>
          </w:p>
        </w:tc>
        <w:tc>
          <w:tcPr>
            <w:tcW w:w="850" w:type="dxa"/>
          </w:tcPr>
          <w:p w14:paraId="3EF67D66" w14:textId="216E46D9" w:rsidR="00784915" w:rsidRPr="00E07358" w:rsidRDefault="00784915" w:rsidP="0078491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5-9</w:t>
            </w:r>
          </w:p>
        </w:tc>
        <w:tc>
          <w:tcPr>
            <w:tcW w:w="1418" w:type="dxa"/>
          </w:tcPr>
          <w:p w14:paraId="11359364" w14:textId="1EA0C7CE" w:rsidR="00784915" w:rsidRPr="00E07358" w:rsidRDefault="00784915" w:rsidP="00784915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</w:tcPr>
          <w:p w14:paraId="191DDC91" w14:textId="77777777" w:rsidR="00784915" w:rsidRPr="00E07358" w:rsidRDefault="00784915" w:rsidP="00784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14:paraId="4F6414EE" w14:textId="29A35907" w:rsidR="00784915" w:rsidRPr="00E07358" w:rsidRDefault="00784915" w:rsidP="00784915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Руководитель отряда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ЮИД</w:t>
            </w:r>
          </w:p>
        </w:tc>
        <w:tc>
          <w:tcPr>
            <w:tcW w:w="3514" w:type="dxa"/>
          </w:tcPr>
          <w:p w14:paraId="4D83D1BE" w14:textId="381C43F5" w:rsidR="00784915" w:rsidRPr="00E07358" w:rsidRDefault="00784915" w:rsidP="00784915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Разработка и изготовление безопасных маршрутов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движения от школы и обратно для обучающихся . Дом-школа-дом. </w:t>
            </w:r>
          </w:p>
        </w:tc>
      </w:tr>
      <w:tr w:rsidR="00E92D4B" w:rsidRPr="00E07358" w14:paraId="58959711" w14:textId="77777777" w:rsidTr="005B13DE">
        <w:trPr>
          <w:jc w:val="center"/>
        </w:trPr>
        <w:tc>
          <w:tcPr>
            <w:tcW w:w="14040" w:type="dxa"/>
            <w:gridSpan w:val="5"/>
          </w:tcPr>
          <w:p w14:paraId="0B6263A6" w14:textId="5F6FCA67" w:rsidR="00E92D4B" w:rsidRPr="00E07358" w:rsidRDefault="00E92D4B" w:rsidP="00E92D4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rFonts w:cs="Times New Roman"/>
                <w:b/>
                <w:bCs/>
                <w:sz w:val="24"/>
                <w:szCs w:val="28"/>
                <w:lang w:val="ru-RU"/>
              </w:rPr>
              <w:lastRenderedPageBreak/>
              <w:t>П</w:t>
            </w:r>
            <w:r w:rsidRPr="00BD607E">
              <w:rPr>
                <w:rFonts w:cs="Times New Roman"/>
                <w:b/>
                <w:bCs/>
                <w:sz w:val="24"/>
                <w:szCs w:val="28"/>
              </w:rPr>
              <w:t>рофилактик</w:t>
            </w:r>
            <w:r w:rsidRPr="00BD607E">
              <w:rPr>
                <w:rFonts w:cs="Times New Roman"/>
                <w:b/>
                <w:bCs/>
                <w:sz w:val="24"/>
                <w:szCs w:val="28"/>
                <w:lang w:val="ru-RU"/>
              </w:rPr>
              <w:t>а</w:t>
            </w:r>
            <w:r w:rsidRPr="00BD607E">
              <w:rPr>
                <w:rFonts w:cs="Times New Roman"/>
                <w:b/>
                <w:bCs/>
                <w:spacing w:val="-7"/>
                <w:sz w:val="24"/>
                <w:szCs w:val="28"/>
              </w:rPr>
              <w:t xml:space="preserve"> </w:t>
            </w:r>
            <w:r w:rsidRPr="00BD607E">
              <w:rPr>
                <w:rFonts w:cs="Times New Roman"/>
                <w:b/>
                <w:bCs/>
                <w:sz w:val="24"/>
                <w:szCs w:val="28"/>
              </w:rPr>
              <w:t>суицидального</w:t>
            </w:r>
            <w:r w:rsidRPr="00BD607E">
              <w:rPr>
                <w:rFonts w:cs="Times New Roman"/>
                <w:b/>
                <w:bCs/>
                <w:spacing w:val="-7"/>
                <w:sz w:val="24"/>
                <w:szCs w:val="28"/>
              </w:rPr>
              <w:t xml:space="preserve"> </w:t>
            </w:r>
            <w:r w:rsidRPr="00BD607E">
              <w:rPr>
                <w:rFonts w:cs="Times New Roman"/>
                <w:b/>
                <w:bCs/>
                <w:sz w:val="24"/>
                <w:szCs w:val="28"/>
              </w:rPr>
              <w:t>поведения</w:t>
            </w:r>
          </w:p>
        </w:tc>
      </w:tr>
      <w:tr w:rsidR="00E92D4B" w:rsidRPr="00A568BB" w14:paraId="53163816" w14:textId="77777777" w:rsidTr="00775B05">
        <w:trPr>
          <w:jc w:val="center"/>
        </w:trPr>
        <w:tc>
          <w:tcPr>
            <w:tcW w:w="5281" w:type="dxa"/>
          </w:tcPr>
          <w:p w14:paraId="29AF7F50" w14:textId="26ADFAB8" w:rsidR="00E92D4B" w:rsidRPr="00E07358" w:rsidRDefault="00E92D4B" w:rsidP="00E92D4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rFonts w:cs="Times New Roman"/>
                <w:sz w:val="24"/>
                <w:szCs w:val="24"/>
                <w:lang w:val="ru-RU"/>
              </w:rPr>
              <w:t>Выявление семей, в которых практикуется жестокое обращение с детьми.</w:t>
            </w:r>
          </w:p>
        </w:tc>
        <w:tc>
          <w:tcPr>
            <w:tcW w:w="850" w:type="dxa"/>
          </w:tcPr>
          <w:p w14:paraId="4CB3E692" w14:textId="7B783A7C" w:rsidR="00E92D4B" w:rsidRPr="00E07358" w:rsidRDefault="00E92D4B" w:rsidP="00E92D4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145F5" w14:textId="4E68987D" w:rsidR="00E92D4B" w:rsidRPr="00E07358" w:rsidRDefault="00E92D4B" w:rsidP="00E92D4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CD8D" w14:textId="77777777" w:rsidR="00E92D4B" w:rsidRPr="00BD607E" w:rsidRDefault="00E92D4B" w:rsidP="00E92D4B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Зам. директора по УВР</w:t>
            </w:r>
          </w:p>
          <w:p w14:paraId="56106167" w14:textId="77777777" w:rsidR="00E92D4B" w:rsidRPr="00BD607E" w:rsidRDefault="00E92D4B" w:rsidP="00E92D4B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Заргарян С.В.</w:t>
            </w:r>
          </w:p>
          <w:p w14:paraId="4D759BB0" w14:textId="77777777" w:rsidR="00E92D4B" w:rsidRPr="00BD607E" w:rsidRDefault="00E92D4B" w:rsidP="00E92D4B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 xml:space="preserve">Педагог-психолог </w:t>
            </w:r>
          </w:p>
          <w:p w14:paraId="33E27EAA" w14:textId="77777777" w:rsidR="00E92D4B" w:rsidRPr="00BD607E" w:rsidRDefault="00E92D4B" w:rsidP="00E92D4B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Мин Н.О.</w:t>
            </w:r>
          </w:p>
          <w:p w14:paraId="1321FD6D" w14:textId="77777777" w:rsidR="00E92D4B" w:rsidRPr="00BD607E" w:rsidRDefault="00E92D4B" w:rsidP="00E92D4B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42059674" w14:textId="1A0404E2" w:rsidR="00E92D4B" w:rsidRPr="00E07358" w:rsidRDefault="00E92D4B" w:rsidP="00E92D4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3514" w:type="dxa"/>
          </w:tcPr>
          <w:p w14:paraId="6B69C0CC" w14:textId="73C6FDAB" w:rsidR="00E92D4B" w:rsidRPr="00E07358" w:rsidRDefault="00E92D4B" w:rsidP="00E92D4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rFonts w:cs="Times New Roman"/>
                <w:sz w:val="24"/>
                <w:szCs w:val="24"/>
                <w:lang w:val="ru-RU"/>
              </w:rPr>
              <w:t>Выявление семей, в которых практикуется жестокое обращение с детьми.</w:t>
            </w:r>
          </w:p>
        </w:tc>
      </w:tr>
      <w:tr w:rsidR="00E92D4B" w:rsidRPr="00A568BB" w14:paraId="6318FFA0" w14:textId="77777777" w:rsidTr="00775B05">
        <w:trPr>
          <w:jc w:val="center"/>
        </w:trPr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8D19" w14:textId="273C141D" w:rsidR="00E92D4B" w:rsidRPr="00E07358" w:rsidRDefault="00E92D4B" w:rsidP="00E92D4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Индивидуальная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работа</w:t>
            </w:r>
            <w:r w:rsidRPr="00BD607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с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семьями,</w:t>
            </w:r>
            <w:r w:rsidRPr="00BD607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попавшими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в трудную жизненную ситуацию.</w:t>
            </w:r>
          </w:p>
        </w:tc>
        <w:tc>
          <w:tcPr>
            <w:tcW w:w="850" w:type="dxa"/>
          </w:tcPr>
          <w:p w14:paraId="344DA7BD" w14:textId="46DC7759" w:rsidR="00E92D4B" w:rsidRPr="00E07358" w:rsidRDefault="00E92D4B" w:rsidP="00E92D4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166DC7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C538" w14:textId="12DB70DE" w:rsidR="00E92D4B" w:rsidRPr="00E07358" w:rsidRDefault="00E92D4B" w:rsidP="00E92D4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BED5" w14:textId="77777777" w:rsidR="00E92D4B" w:rsidRPr="00BD607E" w:rsidRDefault="00E92D4B" w:rsidP="00E92D4B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Зам. директора по УВР</w:t>
            </w:r>
          </w:p>
          <w:p w14:paraId="30F69E1D" w14:textId="77777777" w:rsidR="00E92D4B" w:rsidRPr="00BD607E" w:rsidRDefault="00E92D4B" w:rsidP="00E92D4B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Заргарян С.В.</w:t>
            </w:r>
          </w:p>
          <w:p w14:paraId="001C82E0" w14:textId="77777777" w:rsidR="00E92D4B" w:rsidRPr="00BD607E" w:rsidRDefault="00E92D4B" w:rsidP="00E92D4B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 xml:space="preserve">Педагог-психолог </w:t>
            </w:r>
          </w:p>
          <w:p w14:paraId="60D571A9" w14:textId="77777777" w:rsidR="00E92D4B" w:rsidRPr="00BD607E" w:rsidRDefault="00E92D4B" w:rsidP="00E92D4B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Мин Н.О.</w:t>
            </w:r>
          </w:p>
          <w:p w14:paraId="777659A0" w14:textId="77777777" w:rsidR="00E92D4B" w:rsidRPr="00BD607E" w:rsidRDefault="00E92D4B" w:rsidP="00E92D4B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1122BABB" w14:textId="125959AC" w:rsidR="00E92D4B" w:rsidRPr="00E07358" w:rsidRDefault="00E92D4B" w:rsidP="00E92D4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530C" w14:textId="33FE8581" w:rsidR="00E92D4B" w:rsidRPr="00E07358" w:rsidRDefault="00E92D4B" w:rsidP="00E92D4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Индивидуальная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работа</w:t>
            </w:r>
            <w:r w:rsidRPr="00BD607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с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семьями,</w:t>
            </w:r>
            <w:r w:rsidRPr="00BD607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попавшими</w:t>
            </w:r>
            <w:r w:rsidRPr="00BD607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в трудную жизненную ситуацию.</w:t>
            </w:r>
          </w:p>
        </w:tc>
      </w:tr>
      <w:tr w:rsidR="00E92D4B" w:rsidRPr="00A568BB" w14:paraId="0978C82C" w14:textId="77777777" w:rsidTr="00775B05">
        <w:trPr>
          <w:jc w:val="center"/>
        </w:trPr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C96B" w14:textId="77777777" w:rsidR="00E92D4B" w:rsidRPr="00BD607E" w:rsidRDefault="00E92D4B" w:rsidP="00E92D4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Консультирование</w:t>
            </w:r>
            <w:r w:rsidRPr="00BD607E">
              <w:rPr>
                <w:spacing w:val="-4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родителей</w:t>
            </w:r>
            <w:r w:rsidRPr="00BD607E">
              <w:rPr>
                <w:spacing w:val="-3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по</w:t>
            </w:r>
            <w:r w:rsidRPr="00BD607E">
              <w:rPr>
                <w:spacing w:val="-3"/>
                <w:sz w:val="24"/>
                <w:szCs w:val="24"/>
              </w:rPr>
              <w:t xml:space="preserve"> </w:t>
            </w:r>
            <w:r w:rsidRPr="00BD607E">
              <w:rPr>
                <w:spacing w:val="-4"/>
                <w:sz w:val="24"/>
                <w:szCs w:val="24"/>
              </w:rPr>
              <w:t>теме</w:t>
            </w:r>
          </w:p>
          <w:p w14:paraId="3F4B1411" w14:textId="7328CE9B" w:rsidR="00E92D4B" w:rsidRPr="00E07358" w:rsidRDefault="00E92D4B" w:rsidP="00E92D4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безопасного</w:t>
            </w:r>
            <w:r w:rsidRPr="00BD607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использования</w:t>
            </w:r>
            <w:r w:rsidRPr="00BD607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Интернета</w:t>
            </w:r>
            <w:r w:rsidRPr="00BD607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 мобильной связи детьми.</w:t>
            </w:r>
          </w:p>
        </w:tc>
        <w:tc>
          <w:tcPr>
            <w:tcW w:w="850" w:type="dxa"/>
          </w:tcPr>
          <w:p w14:paraId="3E4DA90B" w14:textId="7F8B0E1C" w:rsidR="00E92D4B" w:rsidRPr="00E07358" w:rsidRDefault="00E92D4B" w:rsidP="00E92D4B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166DC7">
              <w:rPr>
                <w:rFonts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CECE" w14:textId="14A9477A" w:rsidR="00E92D4B" w:rsidRPr="00E07358" w:rsidRDefault="00E92D4B" w:rsidP="00E92D4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DE2D" w14:textId="77777777" w:rsidR="00E92D4B" w:rsidRPr="00BD607E" w:rsidRDefault="00E92D4B" w:rsidP="00E92D4B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Зам. директора по УВР</w:t>
            </w:r>
          </w:p>
          <w:p w14:paraId="3D83296F" w14:textId="77777777" w:rsidR="00E92D4B" w:rsidRPr="00BD607E" w:rsidRDefault="00E92D4B" w:rsidP="00E92D4B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Заргарян С.В.</w:t>
            </w:r>
          </w:p>
          <w:p w14:paraId="6BD94CEE" w14:textId="77777777" w:rsidR="00E92D4B" w:rsidRPr="00BD607E" w:rsidRDefault="00E92D4B" w:rsidP="00E92D4B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 xml:space="preserve">Педагог-психолог </w:t>
            </w:r>
          </w:p>
          <w:p w14:paraId="0A693CDA" w14:textId="77777777" w:rsidR="00E92D4B" w:rsidRPr="00BD607E" w:rsidRDefault="00E92D4B" w:rsidP="00E92D4B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Мин Н.О.</w:t>
            </w:r>
          </w:p>
          <w:p w14:paraId="02502A60" w14:textId="77777777" w:rsidR="00E92D4B" w:rsidRPr="00BD607E" w:rsidRDefault="00E92D4B" w:rsidP="00E92D4B">
            <w:pPr>
              <w:jc w:val="center"/>
              <w:rPr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6ABC9D6F" w14:textId="58765AAC" w:rsidR="00E92D4B" w:rsidRPr="00E07358" w:rsidRDefault="00E92D4B" w:rsidP="00E92D4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Федотова И.А.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6D6B" w14:textId="77777777" w:rsidR="00E92D4B" w:rsidRPr="00BD607E" w:rsidRDefault="00E92D4B" w:rsidP="00E92D4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BD607E">
              <w:rPr>
                <w:sz w:val="24"/>
                <w:szCs w:val="24"/>
              </w:rPr>
              <w:t>Консультирование</w:t>
            </w:r>
            <w:r w:rsidRPr="00BD607E">
              <w:rPr>
                <w:spacing w:val="-4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родителей</w:t>
            </w:r>
            <w:r w:rsidRPr="00BD607E">
              <w:rPr>
                <w:spacing w:val="-3"/>
                <w:sz w:val="24"/>
                <w:szCs w:val="24"/>
              </w:rPr>
              <w:t xml:space="preserve"> </w:t>
            </w:r>
            <w:r w:rsidRPr="00BD607E">
              <w:rPr>
                <w:sz w:val="24"/>
                <w:szCs w:val="24"/>
              </w:rPr>
              <w:t>по</w:t>
            </w:r>
            <w:r w:rsidRPr="00BD607E">
              <w:rPr>
                <w:spacing w:val="-3"/>
                <w:sz w:val="24"/>
                <w:szCs w:val="24"/>
              </w:rPr>
              <w:t xml:space="preserve"> </w:t>
            </w:r>
            <w:r w:rsidRPr="00BD607E">
              <w:rPr>
                <w:spacing w:val="-4"/>
                <w:sz w:val="24"/>
                <w:szCs w:val="24"/>
              </w:rPr>
              <w:t>теме</w:t>
            </w:r>
          </w:p>
          <w:p w14:paraId="60F09B0A" w14:textId="2FF68D9F" w:rsidR="00E92D4B" w:rsidRPr="00E07358" w:rsidRDefault="00E92D4B" w:rsidP="00E92D4B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BD607E">
              <w:rPr>
                <w:sz w:val="24"/>
                <w:szCs w:val="24"/>
                <w:lang w:val="ru-RU"/>
              </w:rPr>
              <w:t>безопасного</w:t>
            </w:r>
            <w:r w:rsidRPr="00BD607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использования</w:t>
            </w:r>
            <w:r w:rsidRPr="00BD607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Интернета</w:t>
            </w:r>
            <w:r w:rsidRPr="00BD607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BD607E">
              <w:rPr>
                <w:sz w:val="24"/>
                <w:szCs w:val="24"/>
                <w:lang w:val="ru-RU"/>
              </w:rPr>
              <w:t>и мобильной связи детьми.</w:t>
            </w:r>
          </w:p>
        </w:tc>
      </w:tr>
    </w:tbl>
    <w:p w14:paraId="4A45C010" w14:textId="77777777" w:rsidR="00226F36" w:rsidRPr="00E07358" w:rsidRDefault="00226F36">
      <w:pPr>
        <w:spacing w:after="0"/>
        <w:rPr>
          <w:rFonts w:cs="Times New Roman"/>
          <w:sz w:val="24"/>
          <w:szCs w:val="24"/>
          <w:lang w:val="ru-RU"/>
        </w:rPr>
      </w:pPr>
    </w:p>
    <w:p w14:paraId="70E607D1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</w:rPr>
      </w:pPr>
      <w:r w:rsidRPr="00E07358">
        <w:rPr>
          <w:rFonts w:cs="Times New Roman"/>
          <w:b/>
          <w:sz w:val="24"/>
          <w:szCs w:val="24"/>
        </w:rPr>
        <w:t>МОДУЛЬ «САМОУПРАВЛЕНИЕ»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17"/>
        <w:gridCol w:w="850"/>
        <w:gridCol w:w="1418"/>
        <w:gridCol w:w="2977"/>
        <w:gridCol w:w="3549"/>
      </w:tblGrid>
      <w:tr w:rsidR="00DE1B63" w:rsidRPr="00E07358" w14:paraId="4B61139D" w14:textId="033B964E" w:rsidTr="00B9599C">
        <w:trPr>
          <w:tblHeader/>
          <w:jc w:val="center"/>
        </w:trPr>
        <w:tc>
          <w:tcPr>
            <w:tcW w:w="5317" w:type="dxa"/>
            <w:shd w:val="clear" w:color="auto" w:fill="D9EAF7"/>
            <w:vAlign w:val="center"/>
          </w:tcPr>
          <w:p w14:paraId="43C6CD3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3CBCA82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418" w:type="dxa"/>
            <w:shd w:val="clear" w:color="auto" w:fill="D9EAF7"/>
            <w:vAlign w:val="center"/>
          </w:tcPr>
          <w:p w14:paraId="2C8BB7D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977" w:type="dxa"/>
            <w:shd w:val="clear" w:color="auto" w:fill="D9EAF7"/>
            <w:vAlign w:val="center"/>
          </w:tcPr>
          <w:p w14:paraId="0718542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549" w:type="dxa"/>
            <w:shd w:val="clear" w:color="auto" w:fill="D9EAF7"/>
          </w:tcPr>
          <w:p w14:paraId="2001DFB7" w14:textId="666D8237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E1B63" w:rsidRPr="00E07358" w14:paraId="720676CC" w14:textId="02F03DDD" w:rsidTr="00B9599C">
        <w:trPr>
          <w:jc w:val="center"/>
        </w:trPr>
        <w:tc>
          <w:tcPr>
            <w:tcW w:w="5317" w:type="dxa"/>
            <w:vAlign w:val="center"/>
          </w:tcPr>
          <w:p w14:paraId="663A57C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Выбор актива класса и распределение возрастосообразных поручений</w:t>
            </w:r>
          </w:p>
        </w:tc>
        <w:tc>
          <w:tcPr>
            <w:tcW w:w="850" w:type="dxa"/>
            <w:vAlign w:val="center"/>
          </w:tcPr>
          <w:p w14:paraId="674592A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73170C9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 2026 года</w:t>
            </w:r>
          </w:p>
        </w:tc>
        <w:tc>
          <w:tcPr>
            <w:tcW w:w="2977" w:type="dxa"/>
            <w:vAlign w:val="center"/>
          </w:tcPr>
          <w:p w14:paraId="564A0DF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49" w:type="dxa"/>
          </w:tcPr>
          <w:p w14:paraId="5581EB40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38C4CC23" w14:textId="742AD748" w:rsidTr="00B9599C">
        <w:trPr>
          <w:jc w:val="center"/>
        </w:trPr>
        <w:tc>
          <w:tcPr>
            <w:tcW w:w="5317" w:type="dxa"/>
            <w:vAlign w:val="center"/>
          </w:tcPr>
          <w:p w14:paraId="7D08678B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советы дела</w:t>
            </w:r>
          </w:p>
        </w:tc>
        <w:tc>
          <w:tcPr>
            <w:tcW w:w="850" w:type="dxa"/>
            <w:vAlign w:val="center"/>
          </w:tcPr>
          <w:p w14:paraId="46792E0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31E7264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Перед коллективными творческим</w:t>
            </w:r>
            <w:r w:rsidRPr="00E07358">
              <w:rPr>
                <w:rFonts w:cs="Times New Roman"/>
                <w:sz w:val="24"/>
                <w:szCs w:val="24"/>
              </w:rPr>
              <w:lastRenderedPageBreak/>
              <w:t>и делами</w:t>
            </w:r>
          </w:p>
        </w:tc>
        <w:tc>
          <w:tcPr>
            <w:tcW w:w="2977" w:type="dxa"/>
            <w:vAlign w:val="center"/>
          </w:tcPr>
          <w:p w14:paraId="0BB4F918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  <w:tc>
          <w:tcPr>
            <w:tcW w:w="3549" w:type="dxa"/>
          </w:tcPr>
          <w:p w14:paraId="2A91DE9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23F81A87" w14:textId="391617CF" w:rsidTr="00B9599C">
        <w:trPr>
          <w:jc w:val="center"/>
        </w:trPr>
        <w:tc>
          <w:tcPr>
            <w:tcW w:w="5317" w:type="dxa"/>
            <w:vAlign w:val="center"/>
          </w:tcPr>
          <w:p w14:paraId="70D819F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Банк детских инициатив «Предлагаю школе»</w:t>
            </w:r>
          </w:p>
        </w:tc>
        <w:tc>
          <w:tcPr>
            <w:tcW w:w="850" w:type="dxa"/>
            <w:vAlign w:val="center"/>
          </w:tcPr>
          <w:p w14:paraId="2D688B2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1EAFCF4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977" w:type="dxa"/>
            <w:vAlign w:val="center"/>
          </w:tcPr>
          <w:p w14:paraId="59AEDA4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549" w:type="dxa"/>
          </w:tcPr>
          <w:p w14:paraId="1F9C33D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04E95556" w14:textId="467CCE0A" w:rsidTr="00B9599C">
        <w:trPr>
          <w:jc w:val="center"/>
        </w:trPr>
        <w:tc>
          <w:tcPr>
            <w:tcW w:w="5317" w:type="dxa"/>
            <w:vAlign w:val="center"/>
          </w:tcPr>
          <w:p w14:paraId="001E6CE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Творческие, экологические и спортивные группы для подготовки мероприятий</w:t>
            </w:r>
          </w:p>
        </w:tc>
        <w:tc>
          <w:tcPr>
            <w:tcW w:w="850" w:type="dxa"/>
            <w:vAlign w:val="center"/>
          </w:tcPr>
          <w:p w14:paraId="2A43EAA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0A8DC64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мере подготовки дел</w:t>
            </w:r>
          </w:p>
        </w:tc>
        <w:tc>
          <w:tcPr>
            <w:tcW w:w="2977" w:type="dxa"/>
            <w:vAlign w:val="center"/>
          </w:tcPr>
          <w:p w14:paraId="7BFBC60A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3549" w:type="dxa"/>
          </w:tcPr>
          <w:p w14:paraId="3CF92BCD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58F455B7" w14:textId="3E122CF7" w:rsidTr="00B9599C">
        <w:trPr>
          <w:jc w:val="center"/>
        </w:trPr>
        <w:tc>
          <w:tcPr>
            <w:tcW w:w="5317" w:type="dxa"/>
            <w:vAlign w:val="center"/>
          </w:tcPr>
          <w:p w14:paraId="067B86B5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Редколлегия классной или школьной газеты</w:t>
            </w:r>
          </w:p>
        </w:tc>
        <w:tc>
          <w:tcPr>
            <w:tcW w:w="850" w:type="dxa"/>
            <w:vAlign w:val="center"/>
          </w:tcPr>
          <w:p w14:paraId="4BEB85A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25731E7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выпуск в четверть</w:t>
            </w:r>
          </w:p>
        </w:tc>
        <w:tc>
          <w:tcPr>
            <w:tcW w:w="2977" w:type="dxa"/>
            <w:vAlign w:val="center"/>
          </w:tcPr>
          <w:p w14:paraId="4C64FAB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школьный медиацентр (при наличии); классные руководители</w:t>
            </w:r>
          </w:p>
        </w:tc>
        <w:tc>
          <w:tcPr>
            <w:tcW w:w="3549" w:type="dxa"/>
          </w:tcPr>
          <w:p w14:paraId="5A53E33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121CC8AE" w14:textId="5F415707" w:rsidTr="00B9599C">
        <w:trPr>
          <w:jc w:val="center"/>
        </w:trPr>
        <w:tc>
          <w:tcPr>
            <w:tcW w:w="5317" w:type="dxa"/>
            <w:vAlign w:val="center"/>
          </w:tcPr>
          <w:p w14:paraId="30892FA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Рефлексивные круги по итогам общих дел</w:t>
            </w:r>
          </w:p>
        </w:tc>
        <w:tc>
          <w:tcPr>
            <w:tcW w:w="850" w:type="dxa"/>
            <w:vAlign w:val="center"/>
          </w:tcPr>
          <w:p w14:paraId="19F5581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7441E01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После коллективных мероприятий</w:t>
            </w:r>
          </w:p>
        </w:tc>
        <w:tc>
          <w:tcPr>
            <w:tcW w:w="2977" w:type="dxa"/>
            <w:vAlign w:val="center"/>
          </w:tcPr>
          <w:p w14:paraId="1E3FD6B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49" w:type="dxa"/>
          </w:tcPr>
          <w:p w14:paraId="68B4866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03726D29" w14:textId="7094F59B" w:rsidTr="00B9599C">
        <w:trPr>
          <w:jc w:val="center"/>
        </w:trPr>
        <w:tc>
          <w:tcPr>
            <w:tcW w:w="5317" w:type="dxa"/>
            <w:vAlign w:val="center"/>
          </w:tcPr>
          <w:p w14:paraId="754B766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Итоговый слёт активов начальной школы</w:t>
            </w:r>
          </w:p>
        </w:tc>
        <w:tc>
          <w:tcPr>
            <w:tcW w:w="850" w:type="dxa"/>
            <w:vAlign w:val="center"/>
          </w:tcPr>
          <w:p w14:paraId="6B0A3A4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026AFFE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Май 2027 года</w:t>
            </w:r>
          </w:p>
        </w:tc>
        <w:tc>
          <w:tcPr>
            <w:tcW w:w="2977" w:type="dxa"/>
            <w:vAlign w:val="center"/>
          </w:tcPr>
          <w:p w14:paraId="5DE709D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549" w:type="dxa"/>
          </w:tcPr>
          <w:p w14:paraId="1D9F337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57D26A67" w14:textId="77777777" w:rsidR="00226F36" w:rsidRPr="00E07358" w:rsidRDefault="00226F36">
      <w:pPr>
        <w:spacing w:after="0"/>
        <w:rPr>
          <w:rFonts w:cs="Times New Roman"/>
          <w:sz w:val="24"/>
          <w:szCs w:val="24"/>
          <w:lang w:val="ru-RU"/>
        </w:rPr>
      </w:pPr>
    </w:p>
    <w:p w14:paraId="3E48C736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</w:rPr>
      </w:pPr>
      <w:r w:rsidRPr="00E07358">
        <w:rPr>
          <w:rFonts w:cs="Times New Roman"/>
          <w:b/>
          <w:sz w:val="24"/>
          <w:szCs w:val="24"/>
        </w:rPr>
        <w:t>МОДУЛЬ «ПРОФИЛАКТИКА И БЕЗОПАСНОСТЬ»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49"/>
        <w:gridCol w:w="850"/>
        <w:gridCol w:w="1418"/>
        <w:gridCol w:w="2977"/>
        <w:gridCol w:w="3582"/>
      </w:tblGrid>
      <w:tr w:rsidR="00DE1B63" w:rsidRPr="00E07358" w14:paraId="1F4E7C29" w14:textId="09531E14" w:rsidTr="00B9599C">
        <w:trPr>
          <w:tblHeader/>
          <w:jc w:val="center"/>
        </w:trPr>
        <w:tc>
          <w:tcPr>
            <w:tcW w:w="5349" w:type="dxa"/>
            <w:shd w:val="clear" w:color="auto" w:fill="D9EAF7"/>
            <w:vAlign w:val="center"/>
          </w:tcPr>
          <w:p w14:paraId="090F3BA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286F879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418" w:type="dxa"/>
            <w:shd w:val="clear" w:color="auto" w:fill="D9EAF7"/>
            <w:vAlign w:val="center"/>
          </w:tcPr>
          <w:p w14:paraId="59B1D8F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977" w:type="dxa"/>
            <w:shd w:val="clear" w:color="auto" w:fill="D9EAF7"/>
            <w:vAlign w:val="center"/>
          </w:tcPr>
          <w:p w14:paraId="16DC5FA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582" w:type="dxa"/>
            <w:shd w:val="clear" w:color="auto" w:fill="D9EAF7"/>
          </w:tcPr>
          <w:p w14:paraId="54B597EB" w14:textId="1229630E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B4552D" w:rsidRPr="00E07358" w14:paraId="3ED585E4" w14:textId="77777777" w:rsidTr="00B4552D">
        <w:trPr>
          <w:jc w:val="center"/>
        </w:trPr>
        <w:tc>
          <w:tcPr>
            <w:tcW w:w="14176" w:type="dxa"/>
            <w:gridSpan w:val="5"/>
            <w:shd w:val="clear" w:color="auto" w:fill="FF0000"/>
            <w:vAlign w:val="center"/>
          </w:tcPr>
          <w:p w14:paraId="1F3E948C" w14:textId="435AFBCE" w:rsidR="00B4552D" w:rsidRPr="00E07358" w:rsidRDefault="00B4552D" w:rsidP="00B4552D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b/>
                <w:bCs/>
                <w:sz w:val="24"/>
                <w:szCs w:val="24"/>
                <w:lang w:val="ru-RU"/>
              </w:rPr>
              <w:t>Дорожная безопасность</w:t>
            </w:r>
          </w:p>
        </w:tc>
      </w:tr>
      <w:tr w:rsidR="00DE1B63" w:rsidRPr="00A568BB" w14:paraId="19C98894" w14:textId="5591E41E" w:rsidTr="00B9599C">
        <w:trPr>
          <w:jc w:val="center"/>
        </w:trPr>
        <w:tc>
          <w:tcPr>
            <w:tcW w:w="5349" w:type="dxa"/>
            <w:vAlign w:val="center"/>
          </w:tcPr>
          <w:p w14:paraId="20FDF95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Практическое занятие «Безопасный маршрут: дом — школа — дом»</w:t>
            </w:r>
          </w:p>
        </w:tc>
        <w:tc>
          <w:tcPr>
            <w:tcW w:w="850" w:type="dxa"/>
            <w:vAlign w:val="center"/>
          </w:tcPr>
          <w:p w14:paraId="4A53BDF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09ABCFD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 2026 года; январь 2027 года</w:t>
            </w:r>
          </w:p>
        </w:tc>
        <w:tc>
          <w:tcPr>
            <w:tcW w:w="2977" w:type="dxa"/>
            <w:vAlign w:val="center"/>
          </w:tcPr>
          <w:p w14:paraId="1F51A23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руководители; представитель Госавтоинспекции — по согласованию</w:t>
            </w:r>
          </w:p>
        </w:tc>
        <w:tc>
          <w:tcPr>
            <w:tcW w:w="3582" w:type="dxa"/>
          </w:tcPr>
          <w:p w14:paraId="58E9334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006BE42F" w14:textId="05603516" w:rsidTr="00B9599C">
        <w:trPr>
          <w:jc w:val="center"/>
        </w:trPr>
        <w:tc>
          <w:tcPr>
            <w:tcW w:w="5349" w:type="dxa"/>
            <w:vAlign w:val="center"/>
          </w:tcPr>
          <w:p w14:paraId="638952C1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lastRenderedPageBreak/>
              <w:t>Неделя безопасности дорожного движения</w:t>
            </w:r>
          </w:p>
        </w:tc>
        <w:tc>
          <w:tcPr>
            <w:tcW w:w="850" w:type="dxa"/>
            <w:vAlign w:val="center"/>
          </w:tcPr>
          <w:p w14:paraId="2638B0C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67E25CA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 2026 года</w:t>
            </w:r>
          </w:p>
        </w:tc>
        <w:tc>
          <w:tcPr>
            <w:tcW w:w="2977" w:type="dxa"/>
            <w:vAlign w:val="center"/>
          </w:tcPr>
          <w:p w14:paraId="7209E38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классные руководители</w:t>
            </w:r>
          </w:p>
        </w:tc>
        <w:tc>
          <w:tcPr>
            <w:tcW w:w="3582" w:type="dxa"/>
          </w:tcPr>
          <w:p w14:paraId="56E132C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4552D" w:rsidRPr="00A568BB" w14:paraId="252EFD10" w14:textId="77777777" w:rsidTr="007C0AD4">
        <w:trPr>
          <w:jc w:val="center"/>
        </w:trPr>
        <w:tc>
          <w:tcPr>
            <w:tcW w:w="5349" w:type="dxa"/>
          </w:tcPr>
          <w:p w14:paraId="1F4223A8" w14:textId="19647E94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Разработка и изготовление безопасных маршрутов движения от школы и обратно для обучающихся . Дом-школа-дом. </w:t>
            </w:r>
          </w:p>
        </w:tc>
        <w:tc>
          <w:tcPr>
            <w:tcW w:w="850" w:type="dxa"/>
          </w:tcPr>
          <w:p w14:paraId="475EA119" w14:textId="1FC0C3A5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14571759" w14:textId="0A9B6D23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 2026 года;</w:t>
            </w:r>
          </w:p>
        </w:tc>
        <w:tc>
          <w:tcPr>
            <w:tcW w:w="2977" w:type="dxa"/>
          </w:tcPr>
          <w:p w14:paraId="6C276DF2" w14:textId="16A7A715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классные руководители</w:t>
            </w:r>
          </w:p>
        </w:tc>
        <w:tc>
          <w:tcPr>
            <w:tcW w:w="3582" w:type="dxa"/>
          </w:tcPr>
          <w:p w14:paraId="3FB1DB18" w14:textId="77777777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4552D" w:rsidRPr="00A568BB" w14:paraId="2E555C0C" w14:textId="77777777" w:rsidTr="007C0AD4">
        <w:trPr>
          <w:jc w:val="center"/>
        </w:trPr>
        <w:tc>
          <w:tcPr>
            <w:tcW w:w="5349" w:type="dxa"/>
          </w:tcPr>
          <w:p w14:paraId="739B6F95" w14:textId="3F58A5BE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Выпуск буклетов для родителей  "Детям - ваше внимание и заботу"</w:t>
            </w:r>
          </w:p>
        </w:tc>
        <w:tc>
          <w:tcPr>
            <w:tcW w:w="850" w:type="dxa"/>
          </w:tcPr>
          <w:p w14:paraId="2D149593" w14:textId="411E476A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09BAF85B" w14:textId="6930DE0B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 2026 года;</w:t>
            </w:r>
          </w:p>
        </w:tc>
        <w:tc>
          <w:tcPr>
            <w:tcW w:w="2977" w:type="dxa"/>
          </w:tcPr>
          <w:p w14:paraId="64D66744" w14:textId="38C19DBB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классные руководители</w:t>
            </w:r>
          </w:p>
        </w:tc>
        <w:tc>
          <w:tcPr>
            <w:tcW w:w="3582" w:type="dxa"/>
          </w:tcPr>
          <w:p w14:paraId="10447BFD" w14:textId="77777777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4552D" w:rsidRPr="00A568BB" w14:paraId="7A00968E" w14:textId="77777777" w:rsidTr="007C0AD4">
        <w:trPr>
          <w:jc w:val="center"/>
        </w:trPr>
        <w:tc>
          <w:tcPr>
            <w:tcW w:w="5349" w:type="dxa"/>
          </w:tcPr>
          <w:p w14:paraId="7AC59B39" w14:textId="77777777" w:rsidR="00B4552D" w:rsidRPr="00E07358" w:rsidRDefault="00B4552D" w:rsidP="00B4552D">
            <w:pPr>
              <w:jc w:val="both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Месячник по безопасности дорожного движения 1-11 классы:</w:t>
            </w:r>
          </w:p>
          <w:p w14:paraId="09E0CF0C" w14:textId="77777777" w:rsidR="00B4552D" w:rsidRPr="00E07358" w:rsidRDefault="00B4552D" w:rsidP="00B4552D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-Профилактическое мероприятие </w:t>
            </w: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«Внимание, дети!»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 в микрорайон  школы; </w:t>
            </w:r>
          </w:p>
          <w:p w14:paraId="1073C439" w14:textId="77777777" w:rsidR="00B4552D" w:rsidRPr="00E07358" w:rsidRDefault="00B4552D" w:rsidP="00B4552D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-проведение инструктажей, профилактических бесед по безопасности дорожного </w:t>
            </w:r>
          </w:p>
          <w:p w14:paraId="443B6F69" w14:textId="77777777" w:rsidR="00B4552D" w:rsidRPr="00E07358" w:rsidRDefault="00B4552D" w:rsidP="00B4552D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- праздник для первоклассников  «Посвящение в пешеходы»;</w:t>
            </w:r>
          </w:p>
          <w:p w14:paraId="372DEB88" w14:textId="77777777" w:rsidR="00B4552D" w:rsidRPr="00E07358" w:rsidRDefault="00B4552D" w:rsidP="00B4552D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- конкурс рисунка «Безопасность на дороге – мой стиль жизни» (1-4 классы);</w:t>
            </w:r>
          </w:p>
          <w:p w14:paraId="77B198D2" w14:textId="77777777" w:rsidR="00B4552D" w:rsidRPr="00E07358" w:rsidRDefault="00B4552D" w:rsidP="00B4552D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- встречи с инспекторами;</w:t>
            </w:r>
          </w:p>
          <w:p w14:paraId="73409703" w14:textId="77777777" w:rsidR="00B4552D" w:rsidRPr="00E07358" w:rsidRDefault="00B4552D" w:rsidP="00B4552D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-    выпуск и распространение буклетов;</w:t>
            </w:r>
          </w:p>
          <w:p w14:paraId="0FEE4F7F" w14:textId="77777777" w:rsidR="00B4552D" w:rsidRPr="00E07358" w:rsidRDefault="00B4552D" w:rsidP="00B4552D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- оформление школьного стенда и классных уголков по предупреждению детского травматизма на дорогах</w:t>
            </w:r>
          </w:p>
          <w:p w14:paraId="61C1676B" w14:textId="77777777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3A9714D" w14:textId="41A6895F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66C735C" w14:textId="280C12D6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Сентябрь 2026 года; 1 раз в месяц</w:t>
            </w:r>
          </w:p>
        </w:tc>
        <w:tc>
          <w:tcPr>
            <w:tcW w:w="2977" w:type="dxa"/>
          </w:tcPr>
          <w:p w14:paraId="299268D7" w14:textId="76CCE53F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классные руководители</w:t>
            </w:r>
          </w:p>
        </w:tc>
        <w:tc>
          <w:tcPr>
            <w:tcW w:w="3582" w:type="dxa"/>
          </w:tcPr>
          <w:p w14:paraId="70CCC077" w14:textId="77777777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4552D" w:rsidRPr="00A568BB" w14:paraId="7B4FA5A5" w14:textId="77777777" w:rsidTr="007C0AD4">
        <w:trPr>
          <w:jc w:val="center"/>
        </w:trPr>
        <w:tc>
          <w:tcPr>
            <w:tcW w:w="5349" w:type="dxa"/>
          </w:tcPr>
          <w:p w14:paraId="5F726388" w14:textId="446C62EC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Видеоурок по теме: "Правила дорожного движения"1-11 классы</w:t>
            </w:r>
          </w:p>
        </w:tc>
        <w:tc>
          <w:tcPr>
            <w:tcW w:w="850" w:type="dxa"/>
          </w:tcPr>
          <w:p w14:paraId="42613E89" w14:textId="2CF0CF83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7A8D75A" w14:textId="4B2E8384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Октябрь 2026</w:t>
            </w:r>
          </w:p>
        </w:tc>
        <w:tc>
          <w:tcPr>
            <w:tcW w:w="2977" w:type="dxa"/>
          </w:tcPr>
          <w:p w14:paraId="135A5969" w14:textId="2D83ABAE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классные руководители</w:t>
            </w:r>
          </w:p>
        </w:tc>
        <w:tc>
          <w:tcPr>
            <w:tcW w:w="3582" w:type="dxa"/>
          </w:tcPr>
          <w:p w14:paraId="0C24D016" w14:textId="77777777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4552D" w:rsidRPr="00A568BB" w14:paraId="20FE3106" w14:textId="77777777" w:rsidTr="007C0AD4">
        <w:trPr>
          <w:jc w:val="center"/>
        </w:trPr>
        <w:tc>
          <w:tcPr>
            <w:tcW w:w="5349" w:type="dxa"/>
          </w:tcPr>
          <w:p w14:paraId="0D1BE2E3" w14:textId="77777777" w:rsidR="00B4552D" w:rsidRPr="00E07358" w:rsidRDefault="00B4552D" w:rsidP="00B4552D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Акция «Добрая дорога детства» </w:t>
            </w:r>
          </w:p>
          <w:p w14:paraId="01DBC834" w14:textId="77777777" w:rsidR="00B4552D" w:rsidRPr="00E07358" w:rsidRDefault="00B4552D" w:rsidP="00B4552D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 В рамках мероприятия:</w:t>
            </w:r>
          </w:p>
          <w:p w14:paraId="01B72F34" w14:textId="679C2D08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- Конкурс рисунков «Светофор и пешеходы» (2-4 классы)</w:t>
            </w:r>
          </w:p>
        </w:tc>
        <w:tc>
          <w:tcPr>
            <w:tcW w:w="850" w:type="dxa"/>
          </w:tcPr>
          <w:p w14:paraId="6B9A9782" w14:textId="2D55B1CD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lastRenderedPageBreak/>
              <w:t>1–4</w:t>
            </w:r>
          </w:p>
        </w:tc>
        <w:tc>
          <w:tcPr>
            <w:tcW w:w="1418" w:type="dxa"/>
            <w:vAlign w:val="center"/>
          </w:tcPr>
          <w:p w14:paraId="24B34A38" w14:textId="39D045C3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Ноябрь 2026</w:t>
            </w:r>
          </w:p>
        </w:tc>
        <w:tc>
          <w:tcPr>
            <w:tcW w:w="2977" w:type="dxa"/>
          </w:tcPr>
          <w:p w14:paraId="0D3317CB" w14:textId="2F5E0D8D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Ответственный за комплексную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безопасность; классные руководители</w:t>
            </w:r>
          </w:p>
        </w:tc>
        <w:tc>
          <w:tcPr>
            <w:tcW w:w="3582" w:type="dxa"/>
          </w:tcPr>
          <w:p w14:paraId="7C248B3A" w14:textId="77777777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4552D" w:rsidRPr="00A568BB" w14:paraId="7FF66EEB" w14:textId="77777777" w:rsidTr="007C0AD4">
        <w:trPr>
          <w:jc w:val="center"/>
        </w:trPr>
        <w:tc>
          <w:tcPr>
            <w:tcW w:w="5349" w:type="dxa"/>
          </w:tcPr>
          <w:p w14:paraId="09E62211" w14:textId="6D788A4F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Муниципальный конкурс - соревнование среди юных инспекторов дорожного движения «Безопасное колесо»</w:t>
            </w:r>
          </w:p>
        </w:tc>
        <w:tc>
          <w:tcPr>
            <w:tcW w:w="850" w:type="dxa"/>
          </w:tcPr>
          <w:p w14:paraId="5CB59800" w14:textId="4B92DDD0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3D95302F" w14:textId="4E6F4BD1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Апрель 2026</w:t>
            </w:r>
          </w:p>
        </w:tc>
        <w:tc>
          <w:tcPr>
            <w:tcW w:w="2977" w:type="dxa"/>
          </w:tcPr>
          <w:p w14:paraId="1F666267" w14:textId="463A9DCF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классные руководители</w:t>
            </w:r>
          </w:p>
        </w:tc>
        <w:tc>
          <w:tcPr>
            <w:tcW w:w="3582" w:type="dxa"/>
          </w:tcPr>
          <w:p w14:paraId="35D9CF67" w14:textId="77777777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4552D" w:rsidRPr="00A568BB" w14:paraId="04C2DB9E" w14:textId="77777777" w:rsidTr="007C0AD4">
        <w:trPr>
          <w:jc w:val="center"/>
        </w:trPr>
        <w:tc>
          <w:tcPr>
            <w:tcW w:w="5349" w:type="dxa"/>
          </w:tcPr>
          <w:p w14:paraId="47B7C017" w14:textId="445EF9F3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Познавательно – игровая программа «Знатоки ПДД» для обучающихся 2-4 классов</w:t>
            </w:r>
          </w:p>
        </w:tc>
        <w:tc>
          <w:tcPr>
            <w:tcW w:w="850" w:type="dxa"/>
          </w:tcPr>
          <w:p w14:paraId="6F510B38" w14:textId="5C545452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13284D85" w14:textId="5BCF3CB5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977" w:type="dxa"/>
          </w:tcPr>
          <w:p w14:paraId="0C32A9A2" w14:textId="51C4E1E5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классные руководители</w:t>
            </w:r>
          </w:p>
        </w:tc>
        <w:tc>
          <w:tcPr>
            <w:tcW w:w="3582" w:type="dxa"/>
          </w:tcPr>
          <w:p w14:paraId="0EA255D1" w14:textId="77777777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4552D" w:rsidRPr="00A568BB" w14:paraId="1EF0816A" w14:textId="77777777" w:rsidTr="007C0AD4">
        <w:trPr>
          <w:jc w:val="center"/>
        </w:trPr>
        <w:tc>
          <w:tcPr>
            <w:tcW w:w="5349" w:type="dxa"/>
          </w:tcPr>
          <w:p w14:paraId="0AA7C5DC" w14:textId="77777777" w:rsidR="00B4552D" w:rsidRPr="00E07358" w:rsidRDefault="00B4552D" w:rsidP="00B4552D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Мероприятия в рамках </w:t>
            </w: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"Единого дня правил дорожного движения"</w:t>
            </w:r>
          </w:p>
          <w:p w14:paraId="615E2F95" w14:textId="77777777" w:rsidR="00B4552D" w:rsidRPr="00E07358" w:rsidRDefault="00B4552D" w:rsidP="00B4552D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-инструктажи - беседы по правилам поведения на улицах, на проезжей части во время осенних каникул;</w:t>
            </w:r>
          </w:p>
          <w:p w14:paraId="5F2D0FA1" w14:textId="75545CD7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- информация на стенде (фойе 1 этажа) «Правила поведения в период осенних каникул, правила поведения на проезжей части»</w:t>
            </w:r>
          </w:p>
        </w:tc>
        <w:tc>
          <w:tcPr>
            <w:tcW w:w="850" w:type="dxa"/>
          </w:tcPr>
          <w:p w14:paraId="5EBD781E" w14:textId="2A33ACE0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5B5EE91" w14:textId="0F932036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977" w:type="dxa"/>
          </w:tcPr>
          <w:p w14:paraId="4F8DF815" w14:textId="091AE3EA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классные руководители</w:t>
            </w:r>
          </w:p>
        </w:tc>
        <w:tc>
          <w:tcPr>
            <w:tcW w:w="3582" w:type="dxa"/>
          </w:tcPr>
          <w:p w14:paraId="14731B71" w14:textId="77777777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4552D" w:rsidRPr="00A568BB" w14:paraId="460B7F8D" w14:textId="77777777" w:rsidTr="007C0AD4">
        <w:trPr>
          <w:jc w:val="center"/>
        </w:trPr>
        <w:tc>
          <w:tcPr>
            <w:tcW w:w="5349" w:type="dxa"/>
          </w:tcPr>
          <w:p w14:paraId="43DBA913" w14:textId="407A8BA8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Распространение  памяток по обеспечению безопасности дорожного движения</w:t>
            </w:r>
          </w:p>
        </w:tc>
        <w:tc>
          <w:tcPr>
            <w:tcW w:w="850" w:type="dxa"/>
          </w:tcPr>
          <w:p w14:paraId="5CF209E1" w14:textId="1B7BD41C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4C71DD9F" w14:textId="263130DF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977" w:type="dxa"/>
          </w:tcPr>
          <w:p w14:paraId="474FF148" w14:textId="67A633B0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классные руководители</w:t>
            </w:r>
          </w:p>
        </w:tc>
        <w:tc>
          <w:tcPr>
            <w:tcW w:w="3582" w:type="dxa"/>
          </w:tcPr>
          <w:p w14:paraId="60E82CCC" w14:textId="77777777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4552D" w:rsidRPr="00A568BB" w14:paraId="157A2DDD" w14:textId="77777777" w:rsidTr="007C0AD4">
        <w:trPr>
          <w:jc w:val="center"/>
        </w:trPr>
        <w:tc>
          <w:tcPr>
            <w:tcW w:w="5349" w:type="dxa"/>
          </w:tcPr>
          <w:p w14:paraId="4A536FB0" w14:textId="384C8712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Профилактические беседы обучающихся школы с инспекторами по ПДД в рамках классных часов, общешкольных мероприятий</w:t>
            </w:r>
          </w:p>
        </w:tc>
        <w:tc>
          <w:tcPr>
            <w:tcW w:w="850" w:type="dxa"/>
          </w:tcPr>
          <w:p w14:paraId="7DF08940" w14:textId="7884FBA1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0FCE660C" w14:textId="6929CC7F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1 раз в месяц</w:t>
            </w:r>
          </w:p>
        </w:tc>
        <w:tc>
          <w:tcPr>
            <w:tcW w:w="2977" w:type="dxa"/>
          </w:tcPr>
          <w:p w14:paraId="7C2D8F55" w14:textId="6E19E32B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классные руководители</w:t>
            </w:r>
          </w:p>
        </w:tc>
        <w:tc>
          <w:tcPr>
            <w:tcW w:w="3582" w:type="dxa"/>
          </w:tcPr>
          <w:p w14:paraId="7AE099D3" w14:textId="77777777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4552D" w:rsidRPr="00A568BB" w14:paraId="7D9522BB" w14:textId="77777777" w:rsidTr="007C0AD4">
        <w:trPr>
          <w:jc w:val="center"/>
        </w:trPr>
        <w:tc>
          <w:tcPr>
            <w:tcW w:w="5349" w:type="dxa"/>
          </w:tcPr>
          <w:p w14:paraId="631842FC" w14:textId="6AE68B9D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Проведение ежедневных пятиминуток-напоминаний о соблюдениях правил дорожного движения на проезжей части.</w:t>
            </w:r>
          </w:p>
        </w:tc>
        <w:tc>
          <w:tcPr>
            <w:tcW w:w="850" w:type="dxa"/>
          </w:tcPr>
          <w:p w14:paraId="34CEAF37" w14:textId="20B637F1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78249982" w14:textId="24D6DDC5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Каждый день</w:t>
            </w:r>
          </w:p>
        </w:tc>
        <w:tc>
          <w:tcPr>
            <w:tcW w:w="2977" w:type="dxa"/>
          </w:tcPr>
          <w:p w14:paraId="2F2209D6" w14:textId="722CC89A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классные руководители</w:t>
            </w:r>
          </w:p>
        </w:tc>
        <w:tc>
          <w:tcPr>
            <w:tcW w:w="3582" w:type="dxa"/>
          </w:tcPr>
          <w:p w14:paraId="47E02917" w14:textId="77777777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4552D" w:rsidRPr="00A568BB" w14:paraId="1FC99B1B" w14:textId="77777777" w:rsidTr="007C0AD4">
        <w:trPr>
          <w:jc w:val="center"/>
        </w:trPr>
        <w:tc>
          <w:tcPr>
            <w:tcW w:w="5349" w:type="dxa"/>
          </w:tcPr>
          <w:p w14:paraId="5E1AA888" w14:textId="77777777" w:rsidR="00B4552D" w:rsidRPr="00E07358" w:rsidRDefault="00B4552D" w:rsidP="00B4552D">
            <w:pPr>
              <w:jc w:val="both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Месячник по безопасности дорожного движения 1-11 классы:</w:t>
            </w:r>
          </w:p>
          <w:p w14:paraId="3FC040D9" w14:textId="77777777" w:rsidR="00B4552D" w:rsidRPr="00E07358" w:rsidRDefault="00B4552D" w:rsidP="00B4552D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-Профилактическое мероприятие </w:t>
            </w: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«Внимание, дети!»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 в микрорайон  школы; </w:t>
            </w:r>
          </w:p>
          <w:p w14:paraId="4D849DB2" w14:textId="77777777" w:rsidR="00B4552D" w:rsidRPr="00E07358" w:rsidRDefault="00B4552D" w:rsidP="00B4552D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-проведение инструктажей, профилактических бесед по безопасности дорожного </w:t>
            </w:r>
          </w:p>
          <w:p w14:paraId="73A29FD6" w14:textId="77777777" w:rsidR="00B4552D" w:rsidRPr="00E07358" w:rsidRDefault="00B4552D" w:rsidP="00B4552D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- праздник для первоклассников  «Посвящение в пешеходы»;</w:t>
            </w:r>
          </w:p>
          <w:p w14:paraId="40DABD58" w14:textId="77777777" w:rsidR="00B4552D" w:rsidRPr="00E07358" w:rsidRDefault="00B4552D" w:rsidP="00B4552D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- конкурс рисунка «Безопасность на дороге – мой стиль жизни» (1-4 классы);</w:t>
            </w:r>
          </w:p>
          <w:p w14:paraId="229EA253" w14:textId="77777777" w:rsidR="00B4552D" w:rsidRPr="00E07358" w:rsidRDefault="00B4552D" w:rsidP="00B4552D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- встречи с инспекторами;</w:t>
            </w:r>
          </w:p>
          <w:p w14:paraId="3AC61D53" w14:textId="77777777" w:rsidR="00B4552D" w:rsidRPr="00E07358" w:rsidRDefault="00B4552D" w:rsidP="00B4552D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-    выпуск и распространение буклетов;</w:t>
            </w:r>
          </w:p>
          <w:p w14:paraId="5D5FC474" w14:textId="77777777" w:rsidR="00B4552D" w:rsidRPr="00E07358" w:rsidRDefault="00B4552D" w:rsidP="00B4552D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- оформление школьного стенда и классных уголков по предупреждению детского травматизма на дорогах</w:t>
            </w:r>
          </w:p>
          <w:p w14:paraId="312005F8" w14:textId="77777777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491C353" w14:textId="098CD41F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lastRenderedPageBreak/>
              <w:t>1–4</w:t>
            </w:r>
          </w:p>
        </w:tc>
        <w:tc>
          <w:tcPr>
            <w:tcW w:w="1418" w:type="dxa"/>
            <w:vAlign w:val="center"/>
          </w:tcPr>
          <w:p w14:paraId="56FF24E3" w14:textId="72D72AF1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Сентябрь, март</w:t>
            </w:r>
          </w:p>
        </w:tc>
        <w:tc>
          <w:tcPr>
            <w:tcW w:w="2977" w:type="dxa"/>
          </w:tcPr>
          <w:p w14:paraId="1536FB39" w14:textId="3B18B003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классные руководители</w:t>
            </w:r>
          </w:p>
        </w:tc>
        <w:tc>
          <w:tcPr>
            <w:tcW w:w="3582" w:type="dxa"/>
          </w:tcPr>
          <w:p w14:paraId="79507C9D" w14:textId="77777777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4552D" w:rsidRPr="00A568BB" w14:paraId="21416F3C" w14:textId="77777777" w:rsidTr="007C0AD4">
        <w:trPr>
          <w:jc w:val="center"/>
        </w:trPr>
        <w:tc>
          <w:tcPr>
            <w:tcW w:w="5349" w:type="dxa"/>
          </w:tcPr>
          <w:p w14:paraId="3C2C3AD0" w14:textId="3E008509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Видеоурок по теме: "Правила дорожного движения"1-11 классы</w:t>
            </w:r>
          </w:p>
        </w:tc>
        <w:tc>
          <w:tcPr>
            <w:tcW w:w="850" w:type="dxa"/>
          </w:tcPr>
          <w:p w14:paraId="07D92306" w14:textId="7AB26C3F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30213F0C" w14:textId="04FA62C8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977" w:type="dxa"/>
          </w:tcPr>
          <w:p w14:paraId="067C8D19" w14:textId="3D252481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классные руководители</w:t>
            </w:r>
          </w:p>
        </w:tc>
        <w:tc>
          <w:tcPr>
            <w:tcW w:w="3582" w:type="dxa"/>
          </w:tcPr>
          <w:p w14:paraId="733DB479" w14:textId="77777777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4552D" w:rsidRPr="00E07358" w14:paraId="045AD400" w14:textId="77777777" w:rsidTr="00F31048">
        <w:trPr>
          <w:jc w:val="center"/>
        </w:trPr>
        <w:tc>
          <w:tcPr>
            <w:tcW w:w="14176" w:type="dxa"/>
            <w:gridSpan w:val="5"/>
            <w:vAlign w:val="center"/>
          </w:tcPr>
          <w:p w14:paraId="04106762" w14:textId="3E98F5D8" w:rsidR="00B4552D" w:rsidRPr="00E07358" w:rsidRDefault="00B4552D" w:rsidP="00B4552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07358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Пожарная безопасность</w:t>
            </w:r>
          </w:p>
        </w:tc>
      </w:tr>
      <w:tr w:rsidR="00DE1B63" w:rsidRPr="00A568BB" w14:paraId="10C23931" w14:textId="6A4BE8D6" w:rsidTr="00B9599C">
        <w:trPr>
          <w:jc w:val="center"/>
        </w:trPr>
        <w:tc>
          <w:tcPr>
            <w:tcW w:w="5349" w:type="dxa"/>
            <w:vAlign w:val="center"/>
          </w:tcPr>
          <w:p w14:paraId="27B69FD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Практикум «Пожарная безопасность и номер 112»</w:t>
            </w:r>
          </w:p>
        </w:tc>
        <w:tc>
          <w:tcPr>
            <w:tcW w:w="850" w:type="dxa"/>
            <w:vAlign w:val="center"/>
          </w:tcPr>
          <w:p w14:paraId="241DD29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724D78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Октябрь 2026 года</w:t>
            </w:r>
          </w:p>
        </w:tc>
        <w:tc>
          <w:tcPr>
            <w:tcW w:w="2977" w:type="dxa"/>
            <w:vAlign w:val="center"/>
          </w:tcPr>
          <w:p w14:paraId="4B6C31E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педагог-организатор</w:t>
            </w:r>
          </w:p>
        </w:tc>
        <w:tc>
          <w:tcPr>
            <w:tcW w:w="3582" w:type="dxa"/>
          </w:tcPr>
          <w:p w14:paraId="7D304436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4552D" w:rsidRPr="00E07358" w14:paraId="449A9498" w14:textId="77777777" w:rsidTr="00B9599C">
        <w:trPr>
          <w:jc w:val="center"/>
        </w:trPr>
        <w:tc>
          <w:tcPr>
            <w:tcW w:w="5349" w:type="dxa"/>
            <w:vAlign w:val="center"/>
          </w:tcPr>
          <w:p w14:paraId="3398926B" w14:textId="7EA38B47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Тренировочные эвакуации</w:t>
            </w:r>
          </w:p>
        </w:tc>
        <w:tc>
          <w:tcPr>
            <w:tcW w:w="850" w:type="dxa"/>
            <w:vAlign w:val="center"/>
          </w:tcPr>
          <w:p w14:paraId="7F35E61D" w14:textId="632316A1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51C9DF2B" w14:textId="542817CC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утверждённому графику</w:t>
            </w:r>
          </w:p>
        </w:tc>
        <w:tc>
          <w:tcPr>
            <w:tcW w:w="2977" w:type="dxa"/>
            <w:vAlign w:val="center"/>
          </w:tcPr>
          <w:p w14:paraId="48835F8B" w14:textId="2125C9DF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Ответственный за комплексную безопасность</w:t>
            </w:r>
          </w:p>
        </w:tc>
        <w:tc>
          <w:tcPr>
            <w:tcW w:w="3582" w:type="dxa"/>
          </w:tcPr>
          <w:p w14:paraId="72F5390D" w14:textId="77777777" w:rsidR="00B4552D" w:rsidRPr="00E07358" w:rsidRDefault="00B4552D" w:rsidP="00B4552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B4552D" w:rsidRPr="00E07358" w14:paraId="07FF70B8" w14:textId="77777777" w:rsidTr="004E25D9">
        <w:trPr>
          <w:jc w:val="center"/>
        </w:trPr>
        <w:tc>
          <w:tcPr>
            <w:tcW w:w="14176" w:type="dxa"/>
            <w:gridSpan w:val="5"/>
            <w:vAlign w:val="center"/>
          </w:tcPr>
          <w:p w14:paraId="1F151CD2" w14:textId="32CE8432" w:rsidR="00B4552D" w:rsidRPr="00E07358" w:rsidRDefault="00B4552D" w:rsidP="00B4552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b/>
                <w:bCs/>
                <w:sz w:val="24"/>
                <w:szCs w:val="24"/>
                <w:lang w:val="ru-RU"/>
              </w:rPr>
              <w:t>Водная безопасность</w:t>
            </w:r>
          </w:p>
        </w:tc>
      </w:tr>
      <w:tr w:rsidR="00DE1B63" w:rsidRPr="00A568BB" w14:paraId="5C08A9A7" w14:textId="3FB5D017" w:rsidTr="00B9599C">
        <w:trPr>
          <w:jc w:val="center"/>
        </w:trPr>
        <w:tc>
          <w:tcPr>
            <w:tcW w:w="5349" w:type="dxa"/>
            <w:vAlign w:val="center"/>
          </w:tcPr>
          <w:p w14:paraId="0618C5F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Занятия «Осторожно: тонкий лёд» и «Безопасность у воды»</w:t>
            </w:r>
          </w:p>
        </w:tc>
        <w:tc>
          <w:tcPr>
            <w:tcW w:w="850" w:type="dxa"/>
            <w:vAlign w:val="center"/>
          </w:tcPr>
          <w:p w14:paraId="7F6FABA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7A185F4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Ноябрь 2026 года; май 2027 года</w:t>
            </w:r>
          </w:p>
        </w:tc>
        <w:tc>
          <w:tcPr>
            <w:tcW w:w="2977" w:type="dxa"/>
            <w:vAlign w:val="center"/>
          </w:tcPr>
          <w:p w14:paraId="140D447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руководители; ответственный за комплексную безопасность</w:t>
            </w:r>
          </w:p>
        </w:tc>
        <w:tc>
          <w:tcPr>
            <w:tcW w:w="3582" w:type="dxa"/>
          </w:tcPr>
          <w:p w14:paraId="3CFCE19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07358" w:rsidRPr="00E07358" w14:paraId="2C376096" w14:textId="77777777" w:rsidTr="00952167">
        <w:trPr>
          <w:jc w:val="center"/>
        </w:trPr>
        <w:tc>
          <w:tcPr>
            <w:tcW w:w="14176" w:type="dxa"/>
            <w:gridSpan w:val="5"/>
            <w:vAlign w:val="center"/>
          </w:tcPr>
          <w:p w14:paraId="3E430584" w14:textId="2B358F59" w:rsidR="00E07358" w:rsidRPr="00E07358" w:rsidRDefault="00E07358" w:rsidP="00E07358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b/>
                <w:bCs/>
                <w:sz w:val="24"/>
                <w:szCs w:val="24"/>
                <w:lang w:val="ru-RU"/>
              </w:rPr>
              <w:t>Кибербезопасность</w:t>
            </w:r>
          </w:p>
        </w:tc>
      </w:tr>
      <w:tr w:rsidR="00DE1B63" w:rsidRPr="00A568BB" w14:paraId="0A67168A" w14:textId="4C673286" w:rsidTr="00B9599C">
        <w:trPr>
          <w:jc w:val="center"/>
        </w:trPr>
        <w:tc>
          <w:tcPr>
            <w:tcW w:w="5349" w:type="dxa"/>
            <w:vAlign w:val="center"/>
          </w:tcPr>
          <w:p w14:paraId="5361416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Цикл «Безопасный интернет, персональные данные и цифровой след»</w:t>
            </w:r>
          </w:p>
        </w:tc>
        <w:tc>
          <w:tcPr>
            <w:tcW w:w="850" w:type="dxa"/>
            <w:vAlign w:val="center"/>
          </w:tcPr>
          <w:p w14:paraId="5516450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526259F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 xml:space="preserve">Октябрь 2026 года; февраль </w:t>
            </w:r>
            <w:r w:rsidRPr="00E07358">
              <w:rPr>
                <w:rFonts w:cs="Times New Roman"/>
                <w:sz w:val="24"/>
                <w:szCs w:val="24"/>
              </w:rPr>
              <w:lastRenderedPageBreak/>
              <w:t>2027 года</w:t>
            </w:r>
          </w:p>
        </w:tc>
        <w:tc>
          <w:tcPr>
            <w:tcW w:w="2977" w:type="dxa"/>
            <w:vAlign w:val="center"/>
          </w:tcPr>
          <w:p w14:paraId="2221EBFD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Ответственный за информационную безопасность; классные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руководители</w:t>
            </w:r>
          </w:p>
        </w:tc>
        <w:tc>
          <w:tcPr>
            <w:tcW w:w="3582" w:type="dxa"/>
          </w:tcPr>
          <w:p w14:paraId="2E0A224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07358" w:rsidRPr="00E07358" w14:paraId="158328AF" w14:textId="77777777" w:rsidTr="00890822">
        <w:trPr>
          <w:jc w:val="center"/>
        </w:trPr>
        <w:tc>
          <w:tcPr>
            <w:tcW w:w="14176" w:type="dxa"/>
            <w:gridSpan w:val="5"/>
            <w:vAlign w:val="center"/>
          </w:tcPr>
          <w:p w14:paraId="5C070CCE" w14:textId="3EF20675" w:rsidR="00E07358" w:rsidRPr="00E07358" w:rsidRDefault="00E07358" w:rsidP="00E0735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b/>
                <w:bCs/>
                <w:sz w:val="24"/>
                <w:szCs w:val="24"/>
                <w:lang w:val="ru-RU"/>
              </w:rPr>
              <w:lastRenderedPageBreak/>
              <w:t>Профилактика травли и конфликтов</w:t>
            </w:r>
          </w:p>
        </w:tc>
      </w:tr>
      <w:tr w:rsidR="00DE1B63" w:rsidRPr="00E07358" w14:paraId="01BF8702" w14:textId="55D1272D" w:rsidTr="00B9599C">
        <w:trPr>
          <w:jc w:val="center"/>
        </w:trPr>
        <w:tc>
          <w:tcPr>
            <w:tcW w:w="5349" w:type="dxa"/>
            <w:vAlign w:val="center"/>
          </w:tcPr>
          <w:p w14:paraId="2FD8668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Развивающие занятия по профилактике травли и формированию безопасной психологической среды</w:t>
            </w:r>
          </w:p>
        </w:tc>
        <w:tc>
          <w:tcPr>
            <w:tcW w:w="850" w:type="dxa"/>
            <w:vAlign w:val="center"/>
          </w:tcPr>
          <w:p w14:paraId="1BE1297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7FFD84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Октябрь 2026 года; февраль 2027 года</w:t>
            </w:r>
          </w:p>
        </w:tc>
        <w:tc>
          <w:tcPr>
            <w:tcW w:w="2977" w:type="dxa"/>
            <w:vAlign w:val="center"/>
          </w:tcPr>
          <w:p w14:paraId="1D19CC4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Педагог-психолог; социальный педагог</w:t>
            </w:r>
          </w:p>
        </w:tc>
        <w:tc>
          <w:tcPr>
            <w:tcW w:w="3582" w:type="dxa"/>
          </w:tcPr>
          <w:p w14:paraId="53D8C41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5A4A33" w:rsidRPr="005A4A33" w14:paraId="1685BDB2" w14:textId="77777777" w:rsidTr="00B9599C">
        <w:trPr>
          <w:jc w:val="center"/>
        </w:trPr>
        <w:tc>
          <w:tcPr>
            <w:tcW w:w="5349" w:type="dxa"/>
            <w:vAlign w:val="center"/>
          </w:tcPr>
          <w:p w14:paraId="3504A570" w14:textId="77777777" w:rsidR="005A4A33" w:rsidRPr="005A4A33" w:rsidRDefault="005A4A33" w:rsidP="005A4A3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5A4A33">
              <w:rPr>
                <w:rFonts w:cs="Times New Roman"/>
                <w:sz w:val="24"/>
                <w:szCs w:val="24"/>
                <w:lang w:val="ru-RU"/>
              </w:rPr>
              <w:t>Информационные часы, беседы.</w:t>
            </w:r>
          </w:p>
          <w:p w14:paraId="0E4B8FB5" w14:textId="77777777" w:rsidR="005A4A33" w:rsidRPr="005A4A33" w:rsidRDefault="005A4A33" w:rsidP="005A4A3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5A4A33">
              <w:rPr>
                <w:rFonts w:cs="Times New Roman"/>
                <w:sz w:val="24"/>
                <w:szCs w:val="24"/>
                <w:lang w:val="ru-RU"/>
              </w:rPr>
              <w:t>Примерная тематика:</w:t>
            </w:r>
          </w:p>
          <w:p w14:paraId="03D4DA50" w14:textId="77777777" w:rsidR="005A4A33" w:rsidRPr="005A4A33" w:rsidRDefault="005A4A33" w:rsidP="005A4A3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5A4A33">
              <w:rPr>
                <w:rFonts w:cs="Times New Roman"/>
                <w:sz w:val="24"/>
                <w:szCs w:val="24"/>
                <w:lang w:val="ru-RU"/>
              </w:rPr>
              <w:t>7-11 лет:</w:t>
            </w:r>
          </w:p>
          <w:p w14:paraId="17C7F473" w14:textId="77777777" w:rsidR="005A4A33" w:rsidRPr="005A4A33" w:rsidRDefault="005A4A33" w:rsidP="005A4A3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5A4A33">
              <w:rPr>
                <w:rFonts w:cs="Times New Roman"/>
                <w:sz w:val="24"/>
                <w:szCs w:val="24"/>
                <w:lang w:val="ru-RU"/>
              </w:rPr>
              <w:t>• Законы сохранения доброты.</w:t>
            </w:r>
          </w:p>
          <w:p w14:paraId="6CF99AE5" w14:textId="77777777" w:rsidR="005A4A33" w:rsidRPr="005A4A33" w:rsidRDefault="005A4A33" w:rsidP="005A4A3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5A4A33">
              <w:rPr>
                <w:rFonts w:cs="Times New Roman"/>
                <w:sz w:val="24"/>
                <w:szCs w:val="24"/>
                <w:lang w:val="ru-RU"/>
              </w:rPr>
              <w:t>• Я не дам себя обижать.</w:t>
            </w:r>
          </w:p>
          <w:p w14:paraId="3EB82918" w14:textId="77777777" w:rsidR="005A4A33" w:rsidRPr="005A4A33" w:rsidRDefault="005A4A33" w:rsidP="005A4A3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5A4A33">
              <w:rPr>
                <w:rFonts w:cs="Times New Roman"/>
                <w:sz w:val="24"/>
                <w:szCs w:val="24"/>
                <w:lang w:val="ru-RU"/>
              </w:rPr>
              <w:t>• Наш Центр живет без насилия.</w:t>
            </w:r>
          </w:p>
          <w:p w14:paraId="3A0D58C2" w14:textId="77777777" w:rsidR="005A4A33" w:rsidRPr="005A4A33" w:rsidRDefault="005A4A33" w:rsidP="005A4A3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5A4A33">
              <w:rPr>
                <w:rFonts w:cs="Times New Roman"/>
                <w:sz w:val="24"/>
                <w:szCs w:val="24"/>
                <w:lang w:val="ru-RU"/>
              </w:rPr>
              <w:t>• Давайте жить дружно!</w:t>
            </w:r>
          </w:p>
          <w:p w14:paraId="2D12D88E" w14:textId="77777777" w:rsidR="005A4A33" w:rsidRPr="005A4A33" w:rsidRDefault="005A4A33" w:rsidP="005A4A3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5A4A33">
              <w:rPr>
                <w:rFonts w:cs="Times New Roman"/>
                <w:sz w:val="24"/>
                <w:szCs w:val="24"/>
                <w:lang w:val="ru-RU"/>
              </w:rPr>
              <w:t>• Мы против насилия. Как защитить себя?</w:t>
            </w:r>
          </w:p>
          <w:p w14:paraId="470A7D67" w14:textId="77777777" w:rsidR="005A4A33" w:rsidRPr="005A4A33" w:rsidRDefault="005A4A33" w:rsidP="005A4A3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5A4A33">
              <w:rPr>
                <w:rFonts w:cs="Times New Roman"/>
                <w:sz w:val="24"/>
                <w:szCs w:val="24"/>
                <w:lang w:val="ru-RU"/>
              </w:rPr>
              <w:t>• Будем добрыми.</w:t>
            </w:r>
          </w:p>
          <w:p w14:paraId="7879ACA2" w14:textId="77777777" w:rsidR="005A4A33" w:rsidRPr="005A4A33" w:rsidRDefault="005A4A33" w:rsidP="005A4A3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5A4A33">
              <w:rPr>
                <w:rFonts w:cs="Times New Roman"/>
                <w:sz w:val="24"/>
                <w:szCs w:val="24"/>
                <w:lang w:val="ru-RU"/>
              </w:rPr>
              <w:t>• Как я отношусь к насилию.</w:t>
            </w:r>
          </w:p>
          <w:p w14:paraId="5DBCA60B" w14:textId="6EE0C958" w:rsidR="005A4A33" w:rsidRPr="00E07358" w:rsidRDefault="005A4A33" w:rsidP="005A4A3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5A4A33">
              <w:rPr>
                <w:rFonts w:cs="Times New Roman"/>
                <w:sz w:val="24"/>
                <w:szCs w:val="24"/>
                <w:lang w:val="ru-RU"/>
              </w:rPr>
              <w:t>• Как научиться жить без драки.</w:t>
            </w:r>
          </w:p>
        </w:tc>
        <w:tc>
          <w:tcPr>
            <w:tcW w:w="850" w:type="dxa"/>
            <w:vAlign w:val="center"/>
          </w:tcPr>
          <w:p w14:paraId="293AD089" w14:textId="08D195AC" w:rsidR="005A4A33" w:rsidRPr="005A4A33" w:rsidRDefault="005A4A3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505ED7C2" w14:textId="2F581028" w:rsidR="005A4A33" w:rsidRPr="005A4A33" w:rsidRDefault="005A4A3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месяц</w:t>
            </w:r>
          </w:p>
        </w:tc>
        <w:tc>
          <w:tcPr>
            <w:tcW w:w="2977" w:type="dxa"/>
            <w:vAlign w:val="center"/>
          </w:tcPr>
          <w:p w14:paraId="61880BF6" w14:textId="02D9121B" w:rsidR="005A4A33" w:rsidRPr="005A4A33" w:rsidRDefault="005A4A3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3582" w:type="dxa"/>
          </w:tcPr>
          <w:p w14:paraId="3B3FB814" w14:textId="77777777" w:rsidR="005A4A33" w:rsidRPr="005A4A33" w:rsidRDefault="005A4A3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5A4A33" w:rsidRPr="00A568BB" w14:paraId="7FBBDEED" w14:textId="77777777" w:rsidTr="003C1764">
        <w:trPr>
          <w:jc w:val="center"/>
        </w:trPr>
        <w:tc>
          <w:tcPr>
            <w:tcW w:w="5349" w:type="dxa"/>
            <w:vAlign w:val="center"/>
          </w:tcPr>
          <w:p w14:paraId="436596BE" w14:textId="77777777" w:rsidR="005A4A33" w:rsidRPr="005A4A33" w:rsidRDefault="005A4A33" w:rsidP="005A4A33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Читательские конференции по книгам, раскрывающим проблему травли:</w:t>
            </w:r>
          </w:p>
          <w:p w14:paraId="2B54C58D" w14:textId="77777777" w:rsidR="005A4A33" w:rsidRPr="005A4A33" w:rsidRDefault="005A4A33" w:rsidP="005A4A33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В.К. Железняков «Чучело»</w:t>
            </w:r>
          </w:p>
          <w:p w14:paraId="6E2B737C" w14:textId="77777777" w:rsidR="005A4A33" w:rsidRPr="005A4A33" w:rsidRDefault="005A4A33" w:rsidP="005A4A33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Хосе Тассиес «Украденные имена»</w:t>
            </w:r>
          </w:p>
          <w:p w14:paraId="13FA3DE8" w14:textId="77777777" w:rsidR="005A4A33" w:rsidRPr="005A4A33" w:rsidRDefault="005A4A33" w:rsidP="005A4A33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В.Н. Ватан «Заморыш»</w:t>
            </w:r>
          </w:p>
          <w:p w14:paraId="0225A974" w14:textId="77777777" w:rsidR="005A4A33" w:rsidRPr="005A4A33" w:rsidRDefault="005A4A33" w:rsidP="005A4A33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Е.В. Мурашов «Класс коррекции»</w:t>
            </w:r>
          </w:p>
          <w:p w14:paraId="79E27525" w14:textId="77777777" w:rsidR="005A4A33" w:rsidRPr="005A4A33" w:rsidRDefault="005A4A33" w:rsidP="005A4A33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Алексей Сережкин «Ученик»</w:t>
            </w:r>
          </w:p>
          <w:p w14:paraId="50CD1C17" w14:textId="7FB4FA83" w:rsidR="005A4A33" w:rsidRPr="005A4A33" w:rsidRDefault="005A4A33" w:rsidP="005A4A3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Андрей Богословский «Верочка»</w:t>
            </w:r>
          </w:p>
        </w:tc>
        <w:tc>
          <w:tcPr>
            <w:tcW w:w="850" w:type="dxa"/>
          </w:tcPr>
          <w:p w14:paraId="67BB780B" w14:textId="7A36AE35" w:rsidR="005A4A33" w:rsidRDefault="005A4A33" w:rsidP="005A4A3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8720F2"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1DF92819" w14:textId="219C8112" w:rsidR="005A4A33" w:rsidRPr="005A4A33" w:rsidRDefault="005A4A33" w:rsidP="005A4A3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раз в четверть</w:t>
            </w:r>
          </w:p>
        </w:tc>
        <w:tc>
          <w:tcPr>
            <w:tcW w:w="2977" w:type="dxa"/>
            <w:vAlign w:val="center"/>
          </w:tcPr>
          <w:p w14:paraId="5A40DC5B" w14:textId="77777777" w:rsidR="005A4A33" w:rsidRPr="005A4A33" w:rsidRDefault="005A4A33" w:rsidP="005A4A3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5A4A33">
              <w:rPr>
                <w:rFonts w:cs="Times New Roman"/>
                <w:sz w:val="24"/>
                <w:szCs w:val="24"/>
                <w:lang w:val="ru-RU"/>
              </w:rPr>
              <w:t>Педагог библиотекарь</w:t>
            </w:r>
          </w:p>
          <w:p w14:paraId="7A840259" w14:textId="0552696D" w:rsidR="005A4A33" w:rsidRPr="005A4A33" w:rsidRDefault="005A4A33" w:rsidP="005A4A3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5A4A33">
              <w:rPr>
                <w:rFonts w:cs="Times New Roman"/>
                <w:sz w:val="24"/>
                <w:szCs w:val="24"/>
                <w:lang w:val="ru-RU"/>
              </w:rPr>
              <w:t>Ажинова А.А.</w:t>
            </w:r>
          </w:p>
        </w:tc>
        <w:tc>
          <w:tcPr>
            <w:tcW w:w="3582" w:type="dxa"/>
          </w:tcPr>
          <w:p w14:paraId="355B042C" w14:textId="77777777" w:rsidR="005A4A33" w:rsidRPr="005A4A33" w:rsidRDefault="005A4A33" w:rsidP="005A4A3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5A4A33" w:rsidRPr="005A4A33" w14:paraId="79DDBF7A" w14:textId="77777777" w:rsidTr="003C1764">
        <w:trPr>
          <w:jc w:val="center"/>
        </w:trPr>
        <w:tc>
          <w:tcPr>
            <w:tcW w:w="5349" w:type="dxa"/>
            <w:vAlign w:val="center"/>
          </w:tcPr>
          <w:p w14:paraId="5BD36D50" w14:textId="77777777" w:rsidR="005A4A33" w:rsidRPr="005A4A33" w:rsidRDefault="005A4A33" w:rsidP="005A4A33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Информационный вестник (стендовая информация,  раздаточные материалы) для обучающихся на темы:</w:t>
            </w:r>
          </w:p>
          <w:p w14:paraId="59157705" w14:textId="77777777" w:rsidR="005A4A33" w:rsidRPr="005A4A33" w:rsidRDefault="005A4A33" w:rsidP="005A4A33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Мы – против насилия!</w:t>
            </w:r>
          </w:p>
          <w:p w14:paraId="2783D64E" w14:textId="77777777" w:rsidR="005A4A33" w:rsidRPr="005A4A33" w:rsidRDefault="005A4A33" w:rsidP="005A4A33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Мы – против жестокого обращения!</w:t>
            </w:r>
          </w:p>
          <w:p w14:paraId="07C13FDD" w14:textId="77777777" w:rsidR="005A4A33" w:rsidRPr="005A4A33" w:rsidRDefault="005A4A33" w:rsidP="005A4A33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Книжные выставки:</w:t>
            </w:r>
          </w:p>
          <w:p w14:paraId="1BBBA661" w14:textId="77777777" w:rsidR="005A4A33" w:rsidRPr="005A4A33" w:rsidRDefault="005A4A33" w:rsidP="005A4A33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Травли как этическая проблема.</w:t>
            </w:r>
          </w:p>
          <w:p w14:paraId="08EA8759" w14:textId="77777777" w:rsidR="005A4A33" w:rsidRPr="005A4A33" w:rsidRDefault="005A4A33" w:rsidP="005A4A33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Относись к другому так, как ты хотел бы, чтобы относились к тебе.</w:t>
            </w:r>
          </w:p>
          <w:p w14:paraId="285705F9" w14:textId="77777777" w:rsidR="005A4A33" w:rsidRPr="005A4A33" w:rsidRDefault="005A4A33" w:rsidP="005A4A33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• Детство, свободное от жестокости.</w:t>
            </w:r>
          </w:p>
          <w:p w14:paraId="364FE4E5" w14:textId="016CDDED" w:rsidR="005A4A33" w:rsidRPr="005A4A33" w:rsidRDefault="005A4A33" w:rsidP="005A4A33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• Скажем «Нет» равнодушию к детскому насилию.</w:t>
            </w:r>
          </w:p>
        </w:tc>
        <w:tc>
          <w:tcPr>
            <w:tcW w:w="850" w:type="dxa"/>
          </w:tcPr>
          <w:p w14:paraId="320CEF72" w14:textId="1EC6115B" w:rsidR="005A4A33" w:rsidRDefault="005A4A33" w:rsidP="005A4A3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8720F2">
              <w:rPr>
                <w:rFonts w:cs="Times New Roman"/>
                <w:sz w:val="24"/>
                <w:szCs w:val="24"/>
                <w:lang w:val="ru-RU"/>
              </w:rPr>
              <w:lastRenderedPageBreak/>
              <w:t>1-4</w:t>
            </w:r>
          </w:p>
        </w:tc>
        <w:tc>
          <w:tcPr>
            <w:tcW w:w="1418" w:type="dxa"/>
            <w:vAlign w:val="center"/>
          </w:tcPr>
          <w:p w14:paraId="354AC27B" w14:textId="4DFDA3DC" w:rsidR="005A4A33" w:rsidRPr="005A4A33" w:rsidRDefault="005A4A33" w:rsidP="005A4A3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 течении года</w:t>
            </w:r>
          </w:p>
        </w:tc>
        <w:tc>
          <w:tcPr>
            <w:tcW w:w="2977" w:type="dxa"/>
            <w:vAlign w:val="center"/>
          </w:tcPr>
          <w:p w14:paraId="3A2A5F6B" w14:textId="77777777" w:rsidR="005A4A33" w:rsidRPr="005A4A33" w:rsidRDefault="005A4A33" w:rsidP="005A4A33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Педагог библиотекарь</w:t>
            </w:r>
          </w:p>
          <w:p w14:paraId="069B6E68" w14:textId="77777777" w:rsidR="005A4A33" w:rsidRPr="005A4A33" w:rsidRDefault="005A4A33" w:rsidP="005A4A33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Ажинова А.А.</w:t>
            </w:r>
          </w:p>
          <w:p w14:paraId="1013A8E7" w14:textId="13E739CA" w:rsidR="005A4A33" w:rsidRPr="005A4A33" w:rsidRDefault="005A4A33" w:rsidP="005A4A3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  <w:tc>
          <w:tcPr>
            <w:tcW w:w="3582" w:type="dxa"/>
          </w:tcPr>
          <w:p w14:paraId="5D434C94" w14:textId="77777777" w:rsidR="005A4A33" w:rsidRPr="005A4A33" w:rsidRDefault="005A4A33" w:rsidP="005A4A3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5A4A33" w:rsidRPr="00A568BB" w14:paraId="63EF6782" w14:textId="77777777" w:rsidTr="003C1764">
        <w:trPr>
          <w:jc w:val="center"/>
        </w:trPr>
        <w:tc>
          <w:tcPr>
            <w:tcW w:w="5349" w:type="dxa"/>
            <w:vAlign w:val="center"/>
          </w:tcPr>
          <w:p w14:paraId="7262D57E" w14:textId="77777777" w:rsidR="005A4A33" w:rsidRPr="005A4A33" w:rsidRDefault="005A4A33" w:rsidP="005A4A33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Индивидуальные консультации обучающихся</w:t>
            </w:r>
          </w:p>
          <w:p w14:paraId="625A4DBA" w14:textId="54A538DC" w:rsidR="005A4A33" w:rsidRPr="005A4A33" w:rsidRDefault="005A4A33" w:rsidP="005A4A33">
            <w:pPr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(по результатам диагностики, общение со сверстниками, детско-родительские отношения, конфликты).</w:t>
            </w:r>
          </w:p>
        </w:tc>
        <w:tc>
          <w:tcPr>
            <w:tcW w:w="850" w:type="dxa"/>
          </w:tcPr>
          <w:p w14:paraId="3D64CBCF" w14:textId="6989518B" w:rsidR="005A4A33" w:rsidRPr="008720F2" w:rsidRDefault="005A4A33" w:rsidP="005A4A3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vAlign w:val="center"/>
          </w:tcPr>
          <w:p w14:paraId="5EEBABF9" w14:textId="77777777" w:rsidR="005A4A33" w:rsidRDefault="005A4A33" w:rsidP="005A4A3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16F1199F" w14:textId="77777777" w:rsidR="005A4A33" w:rsidRPr="005A4A33" w:rsidRDefault="005A4A33" w:rsidP="005A4A33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Зам.директора по УВР Заргарян С.В.</w:t>
            </w:r>
          </w:p>
          <w:p w14:paraId="3A70AF1F" w14:textId="77777777" w:rsidR="005A4A33" w:rsidRPr="005A4A33" w:rsidRDefault="005A4A33" w:rsidP="005A4A33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Социальный педагог</w:t>
            </w:r>
          </w:p>
          <w:p w14:paraId="0FFB013F" w14:textId="77777777" w:rsidR="005A4A33" w:rsidRPr="005A4A33" w:rsidRDefault="005A4A33" w:rsidP="005A4A33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Федотова И.А.</w:t>
            </w:r>
          </w:p>
          <w:p w14:paraId="2B6B7E38" w14:textId="77777777" w:rsidR="005A4A33" w:rsidRPr="005A4A33" w:rsidRDefault="005A4A33" w:rsidP="005A4A33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Педагог-психолог</w:t>
            </w:r>
          </w:p>
          <w:p w14:paraId="12315F41" w14:textId="55D5E3E3" w:rsidR="005A4A33" w:rsidRPr="005A4A33" w:rsidRDefault="005A4A33" w:rsidP="005A4A33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</w:pPr>
            <w:r w:rsidRPr="005A4A33">
              <w:rPr>
                <w:rFonts w:cs="Times New Roman"/>
                <w:color w:val="000000"/>
                <w:sz w:val="24"/>
                <w:szCs w:val="24"/>
                <w:lang w:val="ru-RU" w:eastAsia="ru-RU"/>
              </w:rPr>
              <w:t>Мин Н.О.</w:t>
            </w:r>
          </w:p>
        </w:tc>
        <w:tc>
          <w:tcPr>
            <w:tcW w:w="3582" w:type="dxa"/>
          </w:tcPr>
          <w:p w14:paraId="0B1FF464" w14:textId="77777777" w:rsidR="005A4A33" w:rsidRPr="005A4A33" w:rsidRDefault="005A4A33" w:rsidP="005A4A3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07358" w:rsidRPr="00E07358" w14:paraId="1F57EC7C" w14:textId="77777777" w:rsidTr="009B440D">
        <w:trPr>
          <w:jc w:val="center"/>
        </w:trPr>
        <w:tc>
          <w:tcPr>
            <w:tcW w:w="14176" w:type="dxa"/>
            <w:gridSpan w:val="5"/>
            <w:vAlign w:val="center"/>
          </w:tcPr>
          <w:p w14:paraId="7FACB2E5" w14:textId="25470151" w:rsidR="00E07358" w:rsidRPr="00E07358" w:rsidRDefault="00E07358" w:rsidP="00E07358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07358">
              <w:rPr>
                <w:rFonts w:cs="Times New Roman"/>
                <w:b/>
                <w:bCs/>
                <w:sz w:val="24"/>
                <w:szCs w:val="24"/>
                <w:lang w:val="ru-RU"/>
              </w:rPr>
              <w:t>Антитеррористическая безопасность</w:t>
            </w:r>
          </w:p>
        </w:tc>
      </w:tr>
      <w:tr w:rsidR="00DE1B63" w:rsidRPr="00E07358" w14:paraId="31AC1C05" w14:textId="3DE7588F" w:rsidTr="00B9599C">
        <w:trPr>
          <w:jc w:val="center"/>
        </w:trPr>
        <w:tc>
          <w:tcPr>
            <w:tcW w:w="5349" w:type="dxa"/>
            <w:vAlign w:val="center"/>
          </w:tcPr>
          <w:p w14:paraId="2BAB13D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Практикум «Как действовать при обнаружении подозрительного предмета»</w:t>
            </w:r>
          </w:p>
        </w:tc>
        <w:tc>
          <w:tcPr>
            <w:tcW w:w="850" w:type="dxa"/>
            <w:vAlign w:val="center"/>
          </w:tcPr>
          <w:p w14:paraId="5D242CB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4FD3652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 2026 года; май 2027 года</w:t>
            </w:r>
          </w:p>
        </w:tc>
        <w:tc>
          <w:tcPr>
            <w:tcW w:w="2977" w:type="dxa"/>
            <w:vAlign w:val="center"/>
          </w:tcPr>
          <w:p w14:paraId="7BDB933A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Ответственный за комплексную безопасность</w:t>
            </w:r>
          </w:p>
        </w:tc>
        <w:tc>
          <w:tcPr>
            <w:tcW w:w="3582" w:type="dxa"/>
          </w:tcPr>
          <w:p w14:paraId="6F3D343F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07358" w:rsidRPr="00E07358" w14:paraId="6D5551D7" w14:textId="77777777" w:rsidTr="00584835">
        <w:trPr>
          <w:jc w:val="center"/>
        </w:trPr>
        <w:tc>
          <w:tcPr>
            <w:tcW w:w="14176" w:type="dxa"/>
            <w:gridSpan w:val="5"/>
            <w:vAlign w:val="center"/>
          </w:tcPr>
          <w:p w14:paraId="55C478A6" w14:textId="14444F23" w:rsidR="00E07358" w:rsidRPr="00E07358" w:rsidRDefault="00E07358" w:rsidP="00E07358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07358">
              <w:rPr>
                <w:rFonts w:cs="Times New Roman"/>
                <w:b/>
                <w:bCs/>
                <w:sz w:val="24"/>
                <w:szCs w:val="24"/>
              </w:rPr>
              <w:t>Железнодорожная безопасность</w:t>
            </w:r>
          </w:p>
        </w:tc>
      </w:tr>
      <w:tr w:rsidR="00DE1B63" w:rsidRPr="00A568BB" w14:paraId="2BAFBE80" w14:textId="1A0A4DF9" w:rsidTr="00B9599C">
        <w:trPr>
          <w:jc w:val="center"/>
        </w:trPr>
        <w:tc>
          <w:tcPr>
            <w:tcW w:w="5349" w:type="dxa"/>
            <w:vAlign w:val="center"/>
          </w:tcPr>
          <w:p w14:paraId="32BBC0B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Железнодорожная безопасность</w:t>
            </w:r>
          </w:p>
        </w:tc>
        <w:tc>
          <w:tcPr>
            <w:tcW w:w="850" w:type="dxa"/>
            <w:vAlign w:val="center"/>
          </w:tcPr>
          <w:p w14:paraId="67DCD83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1E60790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 2026 года; апрель 2027 года</w:t>
            </w:r>
          </w:p>
        </w:tc>
        <w:tc>
          <w:tcPr>
            <w:tcW w:w="2977" w:type="dxa"/>
            <w:vAlign w:val="center"/>
          </w:tcPr>
          <w:p w14:paraId="760EAA7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руководители; представитель транспортной организации — по согласованию</w:t>
            </w:r>
          </w:p>
        </w:tc>
        <w:tc>
          <w:tcPr>
            <w:tcW w:w="3582" w:type="dxa"/>
          </w:tcPr>
          <w:p w14:paraId="185E115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07358" w:rsidRPr="00E07358" w14:paraId="56BB2084" w14:textId="77777777" w:rsidTr="00E3347F">
        <w:trPr>
          <w:jc w:val="center"/>
        </w:trPr>
        <w:tc>
          <w:tcPr>
            <w:tcW w:w="14176" w:type="dxa"/>
            <w:gridSpan w:val="5"/>
            <w:vAlign w:val="center"/>
          </w:tcPr>
          <w:p w14:paraId="457C905D" w14:textId="214644C1" w:rsidR="00E07358" w:rsidRPr="00E07358" w:rsidRDefault="00E07358" w:rsidP="00E0735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b/>
                <w:bCs/>
                <w:sz w:val="24"/>
                <w:szCs w:val="24"/>
                <w:lang w:val="ru-RU"/>
              </w:rPr>
              <w:t>Здоровый образ жизни</w:t>
            </w:r>
          </w:p>
        </w:tc>
      </w:tr>
      <w:tr w:rsidR="00DE1B63" w:rsidRPr="00A568BB" w14:paraId="5D57B7B3" w14:textId="6BCB0B51" w:rsidTr="00B9599C">
        <w:trPr>
          <w:jc w:val="center"/>
        </w:trPr>
        <w:tc>
          <w:tcPr>
            <w:tcW w:w="5349" w:type="dxa"/>
            <w:vAlign w:val="center"/>
          </w:tcPr>
          <w:p w14:paraId="102C11CA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Неделя здоровых привычек</w:t>
            </w:r>
          </w:p>
        </w:tc>
        <w:tc>
          <w:tcPr>
            <w:tcW w:w="850" w:type="dxa"/>
            <w:vAlign w:val="center"/>
          </w:tcPr>
          <w:p w14:paraId="05B32B5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4592112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Ноябрь 2026 года; март 2027 года</w:t>
            </w:r>
          </w:p>
        </w:tc>
        <w:tc>
          <w:tcPr>
            <w:tcW w:w="2977" w:type="dxa"/>
            <w:vAlign w:val="center"/>
          </w:tcPr>
          <w:p w14:paraId="0FA8E4A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Педагог-психолог; учитель физической культуры</w:t>
            </w:r>
          </w:p>
        </w:tc>
        <w:tc>
          <w:tcPr>
            <w:tcW w:w="3582" w:type="dxa"/>
          </w:tcPr>
          <w:p w14:paraId="677E19C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E07358" w:rsidRPr="00E07358" w14:paraId="019E114F" w14:textId="77777777" w:rsidTr="003E1FFE">
        <w:trPr>
          <w:jc w:val="center"/>
        </w:trPr>
        <w:tc>
          <w:tcPr>
            <w:tcW w:w="14176" w:type="dxa"/>
            <w:gridSpan w:val="5"/>
            <w:vAlign w:val="center"/>
          </w:tcPr>
          <w:p w14:paraId="726757BE" w14:textId="76D9AF67" w:rsidR="00E07358" w:rsidRPr="00E07358" w:rsidRDefault="00E07358" w:rsidP="00E0735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Профилактика травматизма</w:t>
            </w:r>
          </w:p>
        </w:tc>
      </w:tr>
      <w:tr w:rsidR="00DE1B63" w:rsidRPr="00E07358" w14:paraId="6BA67AC4" w14:textId="6BB01B7E" w:rsidTr="00B9599C">
        <w:trPr>
          <w:jc w:val="center"/>
        </w:trPr>
        <w:tc>
          <w:tcPr>
            <w:tcW w:w="5349" w:type="dxa"/>
            <w:vAlign w:val="center"/>
          </w:tcPr>
          <w:p w14:paraId="092F253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Инструктажи перед каникулами и выездными мероприятиями</w:t>
            </w:r>
          </w:p>
        </w:tc>
        <w:tc>
          <w:tcPr>
            <w:tcW w:w="850" w:type="dxa"/>
            <w:vAlign w:val="center"/>
          </w:tcPr>
          <w:p w14:paraId="70B4A5D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5D4B460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Перед каждыми каникулами и выездом</w:t>
            </w:r>
          </w:p>
        </w:tc>
        <w:tc>
          <w:tcPr>
            <w:tcW w:w="2977" w:type="dxa"/>
            <w:vAlign w:val="center"/>
          </w:tcPr>
          <w:p w14:paraId="2BC97BF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582" w:type="dxa"/>
          </w:tcPr>
          <w:p w14:paraId="5E1BAB0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07358" w:rsidRPr="00E07358" w14:paraId="2316ADBF" w14:textId="77777777" w:rsidTr="00E07358">
        <w:trPr>
          <w:jc w:val="center"/>
        </w:trPr>
        <w:tc>
          <w:tcPr>
            <w:tcW w:w="14176" w:type="dxa"/>
            <w:gridSpan w:val="5"/>
            <w:shd w:val="clear" w:color="auto" w:fill="FFFFFF" w:themeFill="background1"/>
            <w:vAlign w:val="center"/>
          </w:tcPr>
          <w:p w14:paraId="694F5256" w14:textId="2CFA6D75" w:rsidR="00E07358" w:rsidRPr="00E07358" w:rsidRDefault="00E07358" w:rsidP="00E0735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Профилактика суицидального поведения</w:t>
            </w:r>
          </w:p>
        </w:tc>
      </w:tr>
      <w:tr w:rsidR="00E07358" w:rsidRPr="00E07358" w14:paraId="55255777" w14:textId="77777777" w:rsidTr="00B9599C">
        <w:trPr>
          <w:jc w:val="center"/>
        </w:trPr>
        <w:tc>
          <w:tcPr>
            <w:tcW w:w="5349" w:type="dxa"/>
            <w:vAlign w:val="center"/>
          </w:tcPr>
          <w:p w14:paraId="668398FF" w14:textId="3E2044C3" w:rsidR="00E07358" w:rsidRPr="00E07358" w:rsidRDefault="00E07358" w:rsidP="00E0735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Профилактика суицидального поведения и обучение алгоритмам обращения за помощью</w:t>
            </w:r>
          </w:p>
        </w:tc>
        <w:tc>
          <w:tcPr>
            <w:tcW w:w="850" w:type="dxa"/>
            <w:vAlign w:val="center"/>
          </w:tcPr>
          <w:p w14:paraId="61914986" w14:textId="76FAC1A8" w:rsidR="00E07358" w:rsidRPr="00E07358" w:rsidRDefault="00E07358" w:rsidP="00E0735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7–9</w:t>
            </w:r>
          </w:p>
        </w:tc>
        <w:tc>
          <w:tcPr>
            <w:tcW w:w="1418" w:type="dxa"/>
            <w:vAlign w:val="center"/>
          </w:tcPr>
          <w:p w14:paraId="1DBE802F" w14:textId="0CE43B8D" w:rsidR="00E07358" w:rsidRPr="00E07358" w:rsidRDefault="00E07358" w:rsidP="00E0735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>По плану психологич</w:t>
            </w:r>
            <w:r w:rsidRPr="00E07358">
              <w:rPr>
                <w:rFonts w:cs="Times New Roman"/>
                <w:sz w:val="24"/>
                <w:szCs w:val="24"/>
              </w:rPr>
              <w:lastRenderedPageBreak/>
              <w:t>еской службы</w:t>
            </w:r>
          </w:p>
        </w:tc>
        <w:tc>
          <w:tcPr>
            <w:tcW w:w="2977" w:type="dxa"/>
            <w:vAlign w:val="center"/>
          </w:tcPr>
          <w:p w14:paraId="30485122" w14:textId="2ACD4AE5" w:rsidR="00E07358" w:rsidRPr="00E07358" w:rsidRDefault="00E07358" w:rsidP="00E07358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lastRenderedPageBreak/>
              <w:t>Педагог-психолог</w:t>
            </w:r>
          </w:p>
        </w:tc>
        <w:tc>
          <w:tcPr>
            <w:tcW w:w="3582" w:type="dxa"/>
          </w:tcPr>
          <w:p w14:paraId="615D58D2" w14:textId="77777777" w:rsidR="00E07358" w:rsidRPr="00E07358" w:rsidRDefault="00E07358" w:rsidP="00E0735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07358" w:rsidRPr="00E07358" w14:paraId="3589E1D7" w14:textId="667E22B5" w:rsidTr="00B9599C">
        <w:trPr>
          <w:jc w:val="center"/>
        </w:trPr>
        <w:tc>
          <w:tcPr>
            <w:tcW w:w="5349" w:type="dxa"/>
            <w:vAlign w:val="center"/>
          </w:tcPr>
          <w:p w14:paraId="6CC09395" w14:textId="77777777" w:rsidR="00E07358" w:rsidRPr="00E07358" w:rsidRDefault="00E07358" w:rsidP="00E0735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Информационная встреча «К кому обратиться за помощью»</w:t>
            </w:r>
          </w:p>
        </w:tc>
        <w:tc>
          <w:tcPr>
            <w:tcW w:w="850" w:type="dxa"/>
            <w:vAlign w:val="center"/>
          </w:tcPr>
          <w:p w14:paraId="32EAA800" w14:textId="77777777" w:rsidR="00E07358" w:rsidRPr="00E07358" w:rsidRDefault="00E07358" w:rsidP="00E0735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6F3BDEFD" w14:textId="77777777" w:rsidR="00E07358" w:rsidRPr="00E07358" w:rsidRDefault="00E07358" w:rsidP="00E0735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977" w:type="dxa"/>
            <w:vAlign w:val="center"/>
          </w:tcPr>
          <w:p w14:paraId="66E68BB1" w14:textId="77777777" w:rsidR="00E07358" w:rsidRPr="00E07358" w:rsidRDefault="00E07358" w:rsidP="00E07358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Педагог-психолог; социальный педагог</w:t>
            </w:r>
          </w:p>
        </w:tc>
        <w:tc>
          <w:tcPr>
            <w:tcW w:w="3582" w:type="dxa"/>
          </w:tcPr>
          <w:p w14:paraId="100665CE" w14:textId="77777777" w:rsidR="00E07358" w:rsidRPr="00E07358" w:rsidRDefault="00E07358" w:rsidP="00E0735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53E1E" w:rsidRPr="00E07358" w14:paraId="23A48D96" w14:textId="77777777" w:rsidTr="00EA27BD">
        <w:trPr>
          <w:jc w:val="center"/>
        </w:trPr>
        <w:tc>
          <w:tcPr>
            <w:tcW w:w="14176" w:type="dxa"/>
            <w:gridSpan w:val="5"/>
            <w:vAlign w:val="center"/>
          </w:tcPr>
          <w:p w14:paraId="7CBE17D0" w14:textId="37AE307E" w:rsidR="00053E1E" w:rsidRPr="00053E1E" w:rsidRDefault="00053E1E" w:rsidP="00053E1E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53E1E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Профилактика самовольных уходов</w:t>
            </w:r>
          </w:p>
        </w:tc>
      </w:tr>
      <w:tr w:rsidR="00CD6EBF" w:rsidRPr="00A568BB" w14:paraId="287E9818" w14:textId="77777777" w:rsidTr="00735489">
        <w:trPr>
          <w:jc w:val="center"/>
        </w:trPr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9F70" w14:textId="51E23F5A" w:rsidR="00CD6EBF" w:rsidRPr="00E07358" w:rsidRDefault="00CD6EBF" w:rsidP="00CD6EB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Разработка и распространение  памяток для педагогического коллектива, несовершеннолетних и родителей по вопросам правового и нравственного воспитания.</w:t>
            </w:r>
          </w:p>
        </w:tc>
        <w:tc>
          <w:tcPr>
            <w:tcW w:w="850" w:type="dxa"/>
            <w:vAlign w:val="center"/>
          </w:tcPr>
          <w:p w14:paraId="18557603" w14:textId="61937665" w:rsidR="00CD6EBF" w:rsidRPr="00E07358" w:rsidRDefault="00053E1E" w:rsidP="00CD6EB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2144" w14:textId="2F389E7B" w:rsidR="00CD6EBF" w:rsidRPr="00E07358" w:rsidRDefault="00CD6EBF" w:rsidP="00CD6EB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49426" w14:textId="77777777" w:rsidR="00CD6EBF" w:rsidRPr="00103968" w:rsidRDefault="00CD6EBF" w:rsidP="00CD6EBF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Зам.директора по УВР</w:t>
            </w:r>
          </w:p>
          <w:p w14:paraId="585449E0" w14:textId="77777777" w:rsidR="00CD6EBF" w:rsidRPr="00103968" w:rsidRDefault="00CD6EBF" w:rsidP="00CD6EBF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Заргарян С.В.</w:t>
            </w:r>
          </w:p>
          <w:p w14:paraId="34A2E893" w14:textId="77777777" w:rsidR="00CD6EBF" w:rsidRPr="00103968" w:rsidRDefault="00CD6EBF" w:rsidP="00CD6EBF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Социальный педагог</w:t>
            </w:r>
          </w:p>
          <w:p w14:paraId="68C10CD7" w14:textId="77777777" w:rsidR="00CD6EBF" w:rsidRPr="00103968" w:rsidRDefault="00CD6EBF" w:rsidP="00CD6EBF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Федотова И.А.</w:t>
            </w:r>
          </w:p>
          <w:p w14:paraId="51169236" w14:textId="77777777" w:rsidR="00CD6EBF" w:rsidRPr="00103968" w:rsidRDefault="00CD6EBF" w:rsidP="00CD6EBF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Педагог-психолог</w:t>
            </w:r>
          </w:p>
          <w:p w14:paraId="69F3EFFD" w14:textId="77777777" w:rsidR="00CD6EBF" w:rsidRPr="00103968" w:rsidRDefault="00CD6EBF" w:rsidP="00CD6EBF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Мин Н.О.</w:t>
            </w:r>
          </w:p>
          <w:p w14:paraId="4E4ABCF6" w14:textId="77777777" w:rsidR="00CD6EBF" w:rsidRPr="00103968" w:rsidRDefault="00CD6EBF" w:rsidP="00CD6EBF">
            <w:pPr>
              <w:jc w:val="center"/>
              <w:rPr>
                <w:sz w:val="24"/>
                <w:szCs w:val="24"/>
                <w:lang w:val="ru-RU"/>
              </w:rPr>
            </w:pPr>
          </w:p>
          <w:p w14:paraId="24401378" w14:textId="77777777" w:rsidR="00CD6EBF" w:rsidRPr="00103968" w:rsidRDefault="00CD6EBF" w:rsidP="00CD6EBF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Инспектор ПДН</w:t>
            </w:r>
          </w:p>
          <w:p w14:paraId="2411EED1" w14:textId="49379DDD" w:rsidR="00CD6EBF" w:rsidRPr="00CD6EBF" w:rsidRDefault="00CD6EBF" w:rsidP="00CD6EBF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03968">
              <w:rPr>
                <w:sz w:val="24"/>
                <w:szCs w:val="24"/>
                <w:lang w:val="ru-RU"/>
              </w:rPr>
              <w:t>Рогожина А.В.</w:t>
            </w:r>
          </w:p>
        </w:tc>
        <w:tc>
          <w:tcPr>
            <w:tcW w:w="3582" w:type="dxa"/>
          </w:tcPr>
          <w:p w14:paraId="5F039BD8" w14:textId="77777777" w:rsidR="00CD6EBF" w:rsidRPr="00CD6EBF" w:rsidRDefault="00CD6EBF" w:rsidP="00CD6EBF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209CD" w:rsidRPr="00A568BB" w14:paraId="56F358EE" w14:textId="77777777" w:rsidTr="00966D23">
        <w:trPr>
          <w:jc w:val="center"/>
        </w:trPr>
        <w:tc>
          <w:tcPr>
            <w:tcW w:w="14176" w:type="dxa"/>
            <w:gridSpan w:val="5"/>
            <w:shd w:val="clear" w:color="auto" w:fill="FF0000"/>
          </w:tcPr>
          <w:p w14:paraId="56FA2F3F" w14:textId="1E0B2580" w:rsidR="001209CD" w:rsidRPr="00CD6EBF" w:rsidRDefault="001209CD" w:rsidP="001209C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  <w:t>Профилактика половой неприкосновенности, домашнего</w:t>
            </w:r>
            <w:r w:rsidRPr="002F18C6"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  <w:r w:rsidRPr="002F18C6">
              <w:rPr>
                <w:rFonts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  <w:t>насилия и жестокого обращения</w:t>
            </w:r>
          </w:p>
        </w:tc>
      </w:tr>
      <w:tr w:rsidR="001209CD" w:rsidRPr="00A568BB" w14:paraId="68F982B0" w14:textId="77777777" w:rsidTr="00670AFF">
        <w:trPr>
          <w:jc w:val="center"/>
        </w:trPr>
        <w:tc>
          <w:tcPr>
            <w:tcW w:w="5349" w:type="dxa"/>
          </w:tcPr>
          <w:p w14:paraId="0A304587" w14:textId="00C1BF1D" w:rsidR="001209CD" w:rsidRPr="00103968" w:rsidRDefault="001209CD" w:rsidP="001209CD">
            <w:pPr>
              <w:rPr>
                <w:sz w:val="24"/>
                <w:szCs w:val="24"/>
                <w:lang w:val="ru-RU"/>
              </w:rPr>
            </w:pPr>
            <w:r w:rsidRPr="00103968">
              <w:rPr>
                <w:color w:val="000000"/>
                <w:sz w:val="24"/>
                <w:szCs w:val="24"/>
                <w:lang w:val="ru-RU"/>
              </w:rPr>
              <w:t>МО классных руководителей по теме «Профилактика жестокого обращения в семье»</w:t>
            </w:r>
          </w:p>
        </w:tc>
        <w:tc>
          <w:tcPr>
            <w:tcW w:w="850" w:type="dxa"/>
            <w:vAlign w:val="center"/>
          </w:tcPr>
          <w:p w14:paraId="78E80895" w14:textId="77777777" w:rsidR="001209CD" w:rsidRDefault="001209CD" w:rsidP="001209C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89E3356" w14:textId="23CD5EC1" w:rsidR="001209CD" w:rsidRDefault="001209CD" w:rsidP="001209CD">
            <w:pPr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8B8D3D4" w14:textId="77777777" w:rsidR="001209CD" w:rsidRPr="00103968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 по УВР</w:t>
            </w:r>
          </w:p>
          <w:p w14:paraId="05A33676" w14:textId="77777777" w:rsidR="001209CD" w:rsidRPr="00103968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Заргарян С.В.</w:t>
            </w:r>
          </w:p>
          <w:p w14:paraId="616CFECE" w14:textId="77777777" w:rsidR="001209CD" w:rsidRPr="00103968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  <w:p w14:paraId="68246A25" w14:textId="2D78144B" w:rsidR="001209CD" w:rsidRPr="00103968" w:rsidRDefault="001209CD" w:rsidP="001209CD">
            <w:pPr>
              <w:jc w:val="center"/>
              <w:rPr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Коваленко Л.Б.</w:t>
            </w:r>
          </w:p>
        </w:tc>
        <w:tc>
          <w:tcPr>
            <w:tcW w:w="3582" w:type="dxa"/>
          </w:tcPr>
          <w:p w14:paraId="5808E9AD" w14:textId="77777777" w:rsidR="001209CD" w:rsidRPr="00CD6EBF" w:rsidRDefault="001209CD" w:rsidP="001209C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209CD" w:rsidRPr="00A568BB" w14:paraId="34E99614" w14:textId="77777777" w:rsidTr="00670AFF">
        <w:trPr>
          <w:jc w:val="center"/>
        </w:trPr>
        <w:tc>
          <w:tcPr>
            <w:tcW w:w="5349" w:type="dxa"/>
          </w:tcPr>
          <w:p w14:paraId="4E4665E4" w14:textId="72AF4F2B" w:rsidR="001209CD" w:rsidRPr="00103968" w:rsidRDefault="001209CD" w:rsidP="001209CD">
            <w:pPr>
              <w:rPr>
                <w:sz w:val="24"/>
                <w:szCs w:val="24"/>
                <w:lang w:val="ru-RU"/>
              </w:rPr>
            </w:pPr>
            <w:r w:rsidRPr="00103968">
              <w:rPr>
                <w:color w:val="000000"/>
                <w:sz w:val="24"/>
                <w:szCs w:val="24"/>
                <w:lang w:val="ru-RU"/>
              </w:rPr>
              <w:t xml:space="preserve">Методическое совещание: «Насилие в школе. </w:t>
            </w:r>
            <w:r>
              <w:rPr>
                <w:color w:val="000000"/>
                <w:sz w:val="24"/>
                <w:szCs w:val="24"/>
              </w:rPr>
              <w:t>Травля»</w:t>
            </w:r>
          </w:p>
        </w:tc>
        <w:tc>
          <w:tcPr>
            <w:tcW w:w="850" w:type="dxa"/>
            <w:vAlign w:val="center"/>
          </w:tcPr>
          <w:p w14:paraId="7DBFC240" w14:textId="77777777" w:rsidR="001209CD" w:rsidRDefault="001209CD" w:rsidP="001209C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08C1D11" w14:textId="4A7D213A" w:rsidR="001209CD" w:rsidRDefault="001209CD" w:rsidP="001209CD">
            <w:pPr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D708A9B" w14:textId="77777777" w:rsidR="001209CD" w:rsidRPr="00103968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 по УВР</w:t>
            </w:r>
          </w:p>
          <w:p w14:paraId="218242AA" w14:textId="77777777" w:rsidR="001209CD" w:rsidRPr="00103968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Заргарян С.В.</w:t>
            </w:r>
          </w:p>
          <w:p w14:paraId="1D442BE2" w14:textId="77777777" w:rsidR="001209CD" w:rsidRPr="00103968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Социальный педагог Федотова И.А.</w:t>
            </w:r>
          </w:p>
          <w:p w14:paraId="5B543273" w14:textId="77777777" w:rsidR="001209CD" w:rsidRPr="00103968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103968">
              <w:rPr>
                <w:rFonts w:cs="Times New Roman"/>
                <w:color w:val="000000"/>
                <w:sz w:val="24"/>
                <w:szCs w:val="24"/>
                <w:lang w:val="ru-RU"/>
              </w:rPr>
              <w:t>Педагог-психолог Мин Н.О.</w:t>
            </w:r>
          </w:p>
          <w:p w14:paraId="5A43ECEA" w14:textId="77777777" w:rsidR="001209CD" w:rsidRPr="00103968" w:rsidRDefault="001209CD" w:rsidP="001209CD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82" w:type="dxa"/>
          </w:tcPr>
          <w:p w14:paraId="7AE4C1BE" w14:textId="77777777" w:rsidR="001209CD" w:rsidRPr="00CD6EBF" w:rsidRDefault="001209CD" w:rsidP="001209C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209CD" w:rsidRPr="00A568BB" w14:paraId="2EDA6F8C" w14:textId="77777777" w:rsidTr="00670AFF">
        <w:trPr>
          <w:jc w:val="center"/>
        </w:trPr>
        <w:tc>
          <w:tcPr>
            <w:tcW w:w="53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BE00183" w14:textId="48204C34" w:rsidR="001209CD" w:rsidRPr="00103968" w:rsidRDefault="001209CD" w:rsidP="001209CD">
            <w:pPr>
              <w:rPr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Рассмотрение на Совете профилактики: «Проблемы обучающихся, попавших в трудную жизненную ситуацию, по фактам выявления случаев жестокого обращения»</w:t>
            </w:r>
          </w:p>
        </w:tc>
        <w:tc>
          <w:tcPr>
            <w:tcW w:w="850" w:type="dxa"/>
            <w:vAlign w:val="center"/>
          </w:tcPr>
          <w:p w14:paraId="0BA6F368" w14:textId="77777777" w:rsidR="001209CD" w:rsidRDefault="001209CD" w:rsidP="001209C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A184C59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  <w:p w14:paraId="3135A390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  <w:p w14:paraId="1ED49727" w14:textId="71D08BC0" w:rsidR="001209CD" w:rsidRDefault="001209CD" w:rsidP="001209CD">
            <w:pPr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111111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88E26AE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Администрация школы</w:t>
            </w:r>
          </w:p>
          <w:p w14:paraId="306ECAA3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Инспектор ПДН </w:t>
            </w:r>
          </w:p>
          <w:p w14:paraId="2560987F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Рогожина А.В.</w:t>
            </w:r>
          </w:p>
          <w:p w14:paraId="5CB779C0" w14:textId="77777777" w:rsidR="001209CD" w:rsidRPr="00103968" w:rsidRDefault="001209CD" w:rsidP="001209CD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82" w:type="dxa"/>
          </w:tcPr>
          <w:p w14:paraId="05C698A4" w14:textId="77777777" w:rsidR="001209CD" w:rsidRPr="00CD6EBF" w:rsidRDefault="001209CD" w:rsidP="001209C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209CD" w:rsidRPr="00CD6EBF" w14:paraId="2C6C29E7" w14:textId="77777777" w:rsidTr="00670AFF">
        <w:trPr>
          <w:jc w:val="center"/>
        </w:trPr>
        <w:tc>
          <w:tcPr>
            <w:tcW w:w="53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AE370A3" w14:textId="05C70C58" w:rsidR="001209CD" w:rsidRPr="00103968" w:rsidRDefault="001209CD" w:rsidP="001209CD">
            <w:pPr>
              <w:rPr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Выявление случаев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жестокого обращения с детьми в семье и в школе</w:t>
            </w:r>
          </w:p>
        </w:tc>
        <w:tc>
          <w:tcPr>
            <w:tcW w:w="850" w:type="dxa"/>
            <w:vAlign w:val="center"/>
          </w:tcPr>
          <w:p w14:paraId="32651879" w14:textId="77777777" w:rsidR="001209CD" w:rsidRDefault="001209CD" w:rsidP="001209C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B68AC27" w14:textId="40313508" w:rsidR="001209CD" w:rsidRDefault="001209CD" w:rsidP="001209CD">
            <w:pPr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ACC3C10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 по УВР</w:t>
            </w:r>
          </w:p>
          <w:p w14:paraId="48290894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Заргарян С.В.</w:t>
            </w:r>
          </w:p>
          <w:p w14:paraId="693AFCA4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Социальный педагог Федотова И.А.</w:t>
            </w:r>
          </w:p>
          <w:p w14:paraId="16FB087B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Педагог-психолог </w:t>
            </w:r>
          </w:p>
          <w:p w14:paraId="3781158D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Мин Н.О.</w:t>
            </w:r>
          </w:p>
          <w:p w14:paraId="6E2484E8" w14:textId="77777777" w:rsidR="001209CD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14:paraId="29A137F9" w14:textId="0A0BAB73" w:rsidR="001209CD" w:rsidRPr="00103968" w:rsidRDefault="001209CD" w:rsidP="001209CD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1-11 классов.</w:t>
            </w:r>
          </w:p>
        </w:tc>
        <w:tc>
          <w:tcPr>
            <w:tcW w:w="3582" w:type="dxa"/>
          </w:tcPr>
          <w:p w14:paraId="28ED2333" w14:textId="77777777" w:rsidR="001209CD" w:rsidRPr="00CD6EBF" w:rsidRDefault="001209CD" w:rsidP="001209C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209CD" w:rsidRPr="00A568BB" w14:paraId="737E3566" w14:textId="77777777" w:rsidTr="00670AFF">
        <w:trPr>
          <w:jc w:val="center"/>
        </w:trPr>
        <w:tc>
          <w:tcPr>
            <w:tcW w:w="53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02FC6CC" w14:textId="7CBD154B" w:rsidR="001209CD" w:rsidRPr="00103968" w:rsidRDefault="001209CD" w:rsidP="001209CD">
            <w:pPr>
              <w:rPr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lastRenderedPageBreak/>
              <w:t>Работа с обращениями, жалобами участников образовательного процесса.</w:t>
            </w:r>
          </w:p>
        </w:tc>
        <w:tc>
          <w:tcPr>
            <w:tcW w:w="850" w:type="dxa"/>
            <w:vAlign w:val="center"/>
          </w:tcPr>
          <w:p w14:paraId="43EA36E2" w14:textId="77777777" w:rsidR="001209CD" w:rsidRDefault="001209CD" w:rsidP="001209C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B484D7B" w14:textId="7CE6D920" w:rsidR="001209CD" w:rsidRDefault="001209CD" w:rsidP="001209CD">
            <w:pPr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ru-RU"/>
              </w:rPr>
              <w:t>При возникновении ситуации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F249CA2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 по УВР</w:t>
            </w:r>
          </w:p>
          <w:p w14:paraId="7A99BE00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Заргарян С.В.</w:t>
            </w:r>
          </w:p>
          <w:p w14:paraId="771B0D51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Социальный педагог Федотова И.А.</w:t>
            </w:r>
          </w:p>
          <w:p w14:paraId="63DADE6D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  <w:p w14:paraId="5E93DB21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Мин Н.О.</w:t>
            </w:r>
          </w:p>
          <w:p w14:paraId="6FD10D38" w14:textId="77777777" w:rsidR="001209CD" w:rsidRPr="00103968" w:rsidRDefault="001209CD" w:rsidP="001209CD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82" w:type="dxa"/>
          </w:tcPr>
          <w:p w14:paraId="41F51D9F" w14:textId="77777777" w:rsidR="001209CD" w:rsidRPr="00CD6EBF" w:rsidRDefault="001209CD" w:rsidP="001209C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209CD" w:rsidRPr="00A568BB" w14:paraId="7EE7A9F6" w14:textId="77777777" w:rsidTr="00670AFF">
        <w:trPr>
          <w:jc w:val="center"/>
        </w:trPr>
        <w:tc>
          <w:tcPr>
            <w:tcW w:w="53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17B298C" w14:textId="694A7187" w:rsidR="001209CD" w:rsidRPr="00103968" w:rsidRDefault="001209CD" w:rsidP="001209CD">
            <w:pPr>
              <w:rPr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Проведение индивидуальной работы с детьми, проявляющими агрессивность среди сверстников, с семьями, где наблюдается насилие над детьми.</w:t>
            </w:r>
          </w:p>
        </w:tc>
        <w:tc>
          <w:tcPr>
            <w:tcW w:w="850" w:type="dxa"/>
            <w:vAlign w:val="center"/>
          </w:tcPr>
          <w:p w14:paraId="1CF5E516" w14:textId="77777777" w:rsidR="001209CD" w:rsidRDefault="001209CD" w:rsidP="001209C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0622EF9" w14:textId="67F24180" w:rsidR="001209CD" w:rsidRDefault="001209CD" w:rsidP="001209CD">
            <w:pPr>
              <w:jc w:val="center"/>
              <w:rPr>
                <w:sz w:val="24"/>
                <w:szCs w:val="24"/>
              </w:rPr>
            </w:pPr>
            <w:r w:rsidRPr="00591E47">
              <w:rPr>
                <w:rFonts w:cs="Times New Roman"/>
                <w:color w:val="000000"/>
                <w:sz w:val="24"/>
                <w:szCs w:val="24"/>
                <w:lang w:val="ru-RU"/>
              </w:rPr>
              <w:t>При возникновении ситуации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3C7B632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 по УВР</w:t>
            </w:r>
          </w:p>
          <w:p w14:paraId="2FA58F2E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Заргарян С.В.</w:t>
            </w:r>
          </w:p>
          <w:p w14:paraId="7D72AA94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Социальный педагог Федотова И.А.</w:t>
            </w:r>
          </w:p>
          <w:p w14:paraId="3306EBEC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  <w:p w14:paraId="2B9595D3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Мин Н.О.</w:t>
            </w:r>
          </w:p>
          <w:p w14:paraId="71B0BFD9" w14:textId="77777777" w:rsidR="001209CD" w:rsidRPr="00103968" w:rsidRDefault="001209CD" w:rsidP="001209CD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82" w:type="dxa"/>
          </w:tcPr>
          <w:p w14:paraId="24BCED48" w14:textId="77777777" w:rsidR="001209CD" w:rsidRPr="00CD6EBF" w:rsidRDefault="001209CD" w:rsidP="001209C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209CD" w:rsidRPr="00A568BB" w14:paraId="6DA7F29E" w14:textId="77777777" w:rsidTr="00670AFF">
        <w:trPr>
          <w:jc w:val="center"/>
        </w:trPr>
        <w:tc>
          <w:tcPr>
            <w:tcW w:w="53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FE805EB" w14:textId="24A1985F" w:rsidR="001209CD" w:rsidRPr="00103968" w:rsidRDefault="001209CD" w:rsidP="001209CD">
            <w:pPr>
              <w:rPr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Консультации родителей по вопросам профилактики жестокого обращения в семье и школе</w:t>
            </w:r>
          </w:p>
        </w:tc>
        <w:tc>
          <w:tcPr>
            <w:tcW w:w="850" w:type="dxa"/>
            <w:vAlign w:val="center"/>
          </w:tcPr>
          <w:p w14:paraId="2337CCDC" w14:textId="77777777" w:rsidR="001209CD" w:rsidRDefault="001209CD" w:rsidP="001209C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EBAC826" w14:textId="665F2A62" w:rsidR="001209CD" w:rsidRDefault="001209CD" w:rsidP="001209CD">
            <w:pPr>
              <w:jc w:val="center"/>
              <w:rPr>
                <w:sz w:val="24"/>
                <w:szCs w:val="24"/>
              </w:rPr>
            </w:pPr>
            <w:r w:rsidRPr="00591E47">
              <w:rPr>
                <w:rFonts w:cs="Times New Roman"/>
                <w:color w:val="000000"/>
                <w:sz w:val="24"/>
                <w:szCs w:val="24"/>
                <w:lang w:val="ru-RU"/>
              </w:rPr>
              <w:t>При возникновении ситуации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BE9E271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 по УВР</w:t>
            </w:r>
          </w:p>
          <w:p w14:paraId="06A0F806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Заргарян С.В.</w:t>
            </w:r>
          </w:p>
          <w:p w14:paraId="6857B21A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Социальный педагог Федотова И.А.</w:t>
            </w:r>
          </w:p>
          <w:p w14:paraId="07588AEE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  <w:p w14:paraId="6AD68D1F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Мин Н.О.</w:t>
            </w:r>
          </w:p>
          <w:p w14:paraId="4E9D246F" w14:textId="77777777" w:rsidR="001209CD" w:rsidRPr="00103968" w:rsidRDefault="001209CD" w:rsidP="001209CD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82" w:type="dxa"/>
          </w:tcPr>
          <w:p w14:paraId="7D8B8CDD" w14:textId="77777777" w:rsidR="001209CD" w:rsidRPr="00CD6EBF" w:rsidRDefault="001209CD" w:rsidP="001209C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209CD" w:rsidRPr="00A568BB" w14:paraId="24FD6298" w14:textId="77777777" w:rsidTr="00670AFF">
        <w:trPr>
          <w:jc w:val="center"/>
        </w:trPr>
        <w:tc>
          <w:tcPr>
            <w:tcW w:w="53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79B9B6B" w14:textId="43F0D519" w:rsidR="001209CD" w:rsidRPr="00103968" w:rsidRDefault="001209CD" w:rsidP="001209CD">
            <w:pPr>
              <w:rPr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Сотрудничество с КДН, ПДН, службами опеки в работе с несовершеннолетними, молодежью по профилактике семейного неблагополучия, безнадзорности детей, правонарушений.</w:t>
            </w:r>
          </w:p>
        </w:tc>
        <w:tc>
          <w:tcPr>
            <w:tcW w:w="850" w:type="dxa"/>
            <w:vAlign w:val="center"/>
          </w:tcPr>
          <w:p w14:paraId="67A622F2" w14:textId="77777777" w:rsidR="001209CD" w:rsidRDefault="001209CD" w:rsidP="001209C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92BFD39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  <w:p w14:paraId="779E1EB6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  <w:p w14:paraId="6B979E44" w14:textId="080D365D" w:rsidR="001209CD" w:rsidRDefault="001209CD" w:rsidP="001209CD">
            <w:pPr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111111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DEB4634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Администрация школы</w:t>
            </w:r>
          </w:p>
          <w:p w14:paraId="45F1307A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Инспектор ПДН </w:t>
            </w:r>
          </w:p>
          <w:p w14:paraId="50DD8E43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Рогожина А.В.</w:t>
            </w:r>
          </w:p>
          <w:p w14:paraId="329F7650" w14:textId="77777777" w:rsidR="001209CD" w:rsidRPr="00103968" w:rsidRDefault="001209CD" w:rsidP="001209CD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82" w:type="dxa"/>
          </w:tcPr>
          <w:p w14:paraId="2A8AAC36" w14:textId="77777777" w:rsidR="001209CD" w:rsidRPr="00CD6EBF" w:rsidRDefault="001209CD" w:rsidP="001209C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209CD" w:rsidRPr="00A568BB" w14:paraId="3BF30B7C" w14:textId="77777777" w:rsidTr="00670AFF">
        <w:trPr>
          <w:jc w:val="center"/>
        </w:trPr>
        <w:tc>
          <w:tcPr>
            <w:tcW w:w="53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8C031CD" w14:textId="2351E365" w:rsidR="001209CD" w:rsidRPr="00103968" w:rsidRDefault="001209CD" w:rsidP="001209CD">
            <w:pPr>
              <w:rPr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Рассмотрение на Совете профилактики: «Проблемы обучающихся, попавших в трудную жизненную ситуацию, по фактам выявления случаев жестокого обращения»</w:t>
            </w:r>
          </w:p>
        </w:tc>
        <w:tc>
          <w:tcPr>
            <w:tcW w:w="850" w:type="dxa"/>
            <w:vAlign w:val="center"/>
          </w:tcPr>
          <w:p w14:paraId="50432F48" w14:textId="77777777" w:rsidR="001209CD" w:rsidRDefault="001209CD" w:rsidP="001209C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78D50C4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  <w:p w14:paraId="23603616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</w:p>
          <w:p w14:paraId="3C79C4A2" w14:textId="3D07BD63" w:rsidR="001209CD" w:rsidRDefault="001209CD" w:rsidP="001209CD">
            <w:pPr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111111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CF95F2C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Администрация школы</w:t>
            </w:r>
          </w:p>
          <w:p w14:paraId="35C4FD84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Инспектор ПДН </w:t>
            </w:r>
          </w:p>
          <w:p w14:paraId="613E8565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Рогожина А.В.</w:t>
            </w:r>
          </w:p>
          <w:p w14:paraId="26794EC6" w14:textId="77777777" w:rsidR="001209CD" w:rsidRPr="00103968" w:rsidRDefault="001209CD" w:rsidP="001209CD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82" w:type="dxa"/>
          </w:tcPr>
          <w:p w14:paraId="16CFC631" w14:textId="77777777" w:rsidR="001209CD" w:rsidRPr="00CD6EBF" w:rsidRDefault="001209CD" w:rsidP="001209C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209CD" w:rsidRPr="00CD6EBF" w14:paraId="49A5BBFE" w14:textId="77777777" w:rsidTr="00670AFF">
        <w:trPr>
          <w:jc w:val="center"/>
        </w:trPr>
        <w:tc>
          <w:tcPr>
            <w:tcW w:w="53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BAC75B6" w14:textId="369068BB" w:rsidR="001209CD" w:rsidRPr="00103968" w:rsidRDefault="001209CD" w:rsidP="001209CD">
            <w:pPr>
              <w:rPr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Выявление случаев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жестокого обращения с </w:t>
            </w: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lastRenderedPageBreak/>
              <w:t>детьми в семье и в школе</w:t>
            </w:r>
          </w:p>
        </w:tc>
        <w:tc>
          <w:tcPr>
            <w:tcW w:w="850" w:type="dxa"/>
            <w:vAlign w:val="center"/>
          </w:tcPr>
          <w:p w14:paraId="022CAD8C" w14:textId="77777777" w:rsidR="001209CD" w:rsidRDefault="001209CD" w:rsidP="001209C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70A92F4" w14:textId="5D0E9D22" w:rsidR="001209CD" w:rsidRDefault="001209CD" w:rsidP="001209CD">
            <w:pPr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4AEFAF8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 по УВР</w:t>
            </w:r>
          </w:p>
          <w:p w14:paraId="17DEB8DD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lastRenderedPageBreak/>
              <w:t>Заргарян С.В.</w:t>
            </w:r>
          </w:p>
          <w:p w14:paraId="5666B5AC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Социальный педагог Федотова И.А.</w:t>
            </w:r>
          </w:p>
          <w:p w14:paraId="3D547AF3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 xml:space="preserve">Педагог-психолог </w:t>
            </w:r>
          </w:p>
          <w:p w14:paraId="6CFD9298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Мин Н.О.</w:t>
            </w:r>
          </w:p>
          <w:p w14:paraId="56EDB4A6" w14:textId="77777777" w:rsidR="001209CD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14:paraId="3BB44BDF" w14:textId="78381FA4" w:rsidR="001209CD" w:rsidRPr="00103968" w:rsidRDefault="001209CD" w:rsidP="001209CD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1-11 классов.</w:t>
            </w:r>
          </w:p>
        </w:tc>
        <w:tc>
          <w:tcPr>
            <w:tcW w:w="3582" w:type="dxa"/>
          </w:tcPr>
          <w:p w14:paraId="0ECF8172" w14:textId="77777777" w:rsidR="001209CD" w:rsidRPr="00CD6EBF" w:rsidRDefault="001209CD" w:rsidP="001209C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209CD" w:rsidRPr="00A568BB" w14:paraId="25C4C1AE" w14:textId="77777777" w:rsidTr="00670AFF">
        <w:trPr>
          <w:jc w:val="center"/>
        </w:trPr>
        <w:tc>
          <w:tcPr>
            <w:tcW w:w="53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826E914" w14:textId="1C22C087" w:rsidR="001209CD" w:rsidRPr="00103968" w:rsidRDefault="001209CD" w:rsidP="001209CD">
            <w:pPr>
              <w:rPr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lastRenderedPageBreak/>
              <w:t>Работа с обращениями, жалобами участников образовательного процесса.</w:t>
            </w:r>
          </w:p>
        </w:tc>
        <w:tc>
          <w:tcPr>
            <w:tcW w:w="850" w:type="dxa"/>
            <w:vAlign w:val="center"/>
          </w:tcPr>
          <w:p w14:paraId="77C8696C" w14:textId="77777777" w:rsidR="001209CD" w:rsidRDefault="001209CD" w:rsidP="001209C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E81472C" w14:textId="7C40CEE2" w:rsidR="001209CD" w:rsidRDefault="001209CD" w:rsidP="001209CD">
            <w:pPr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ru-RU"/>
              </w:rPr>
              <w:t>При возникновении ситуации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D4DBE1E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 по УВР</w:t>
            </w:r>
          </w:p>
          <w:p w14:paraId="0A837538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Заргарян С.В.</w:t>
            </w:r>
          </w:p>
          <w:p w14:paraId="7034A388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Социальный педагог Федотова И.А.</w:t>
            </w:r>
          </w:p>
          <w:p w14:paraId="2E728F78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  <w:p w14:paraId="7BF6BA31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Мин Н.О.</w:t>
            </w:r>
          </w:p>
          <w:p w14:paraId="20945567" w14:textId="77777777" w:rsidR="001209CD" w:rsidRPr="00103968" w:rsidRDefault="001209CD" w:rsidP="001209CD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82" w:type="dxa"/>
          </w:tcPr>
          <w:p w14:paraId="759D11E7" w14:textId="77777777" w:rsidR="001209CD" w:rsidRPr="00CD6EBF" w:rsidRDefault="001209CD" w:rsidP="001209C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1209CD" w:rsidRPr="00A568BB" w14:paraId="412DBF1E" w14:textId="77777777" w:rsidTr="00670AFF">
        <w:trPr>
          <w:jc w:val="center"/>
        </w:trPr>
        <w:tc>
          <w:tcPr>
            <w:tcW w:w="53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0647D76" w14:textId="4351F491" w:rsidR="001209CD" w:rsidRPr="00103968" w:rsidRDefault="001209CD" w:rsidP="001209CD">
            <w:pPr>
              <w:rPr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Проведение индивидуальной работы с детьми, проявляющими агрессивность среди сверстников, с семьями, где наблюдается насилие над детьми.</w:t>
            </w:r>
          </w:p>
        </w:tc>
        <w:tc>
          <w:tcPr>
            <w:tcW w:w="850" w:type="dxa"/>
            <w:vAlign w:val="center"/>
          </w:tcPr>
          <w:p w14:paraId="1A2DDF94" w14:textId="77777777" w:rsidR="001209CD" w:rsidRDefault="001209CD" w:rsidP="001209CD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CE6DDB8" w14:textId="3A2047CD" w:rsidR="001209CD" w:rsidRDefault="001209CD" w:rsidP="001209CD">
            <w:pPr>
              <w:jc w:val="center"/>
              <w:rPr>
                <w:sz w:val="24"/>
                <w:szCs w:val="24"/>
              </w:rPr>
            </w:pPr>
            <w:r w:rsidRPr="00591E47">
              <w:rPr>
                <w:rFonts w:cs="Times New Roman"/>
                <w:color w:val="000000"/>
                <w:sz w:val="24"/>
                <w:szCs w:val="24"/>
                <w:lang w:val="ru-RU"/>
              </w:rPr>
              <w:t>При возникновении ситуации</w:t>
            </w:r>
          </w:p>
        </w:tc>
        <w:tc>
          <w:tcPr>
            <w:tcW w:w="29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36F573F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Зам.директора по УВР</w:t>
            </w:r>
          </w:p>
          <w:p w14:paraId="6172C235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Заргарян С.В.</w:t>
            </w:r>
          </w:p>
          <w:p w14:paraId="0A915F8C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Социальный педагог Федотова И.А.</w:t>
            </w:r>
          </w:p>
          <w:p w14:paraId="060B2DBE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  <w:p w14:paraId="75E6881E" w14:textId="77777777" w:rsidR="001209CD" w:rsidRPr="002F18C6" w:rsidRDefault="001209CD" w:rsidP="001209CD">
            <w:pPr>
              <w:jc w:val="center"/>
              <w:rPr>
                <w:rFonts w:cs="Times New Roman"/>
                <w:color w:val="000000"/>
                <w:sz w:val="24"/>
                <w:szCs w:val="24"/>
                <w:lang w:val="ru-RU"/>
              </w:rPr>
            </w:pPr>
            <w:r w:rsidRPr="002F18C6">
              <w:rPr>
                <w:rFonts w:cs="Times New Roman"/>
                <w:color w:val="000000"/>
                <w:sz w:val="24"/>
                <w:szCs w:val="24"/>
                <w:lang w:val="ru-RU"/>
              </w:rPr>
              <w:t>Мин Н.О.</w:t>
            </w:r>
          </w:p>
          <w:p w14:paraId="6FD4DB72" w14:textId="77777777" w:rsidR="001209CD" w:rsidRPr="00103968" w:rsidRDefault="001209CD" w:rsidP="001209CD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82" w:type="dxa"/>
          </w:tcPr>
          <w:p w14:paraId="53F38B24" w14:textId="77777777" w:rsidR="001209CD" w:rsidRPr="00CD6EBF" w:rsidRDefault="001209CD" w:rsidP="001209CD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05A9B519" w14:textId="77777777" w:rsidR="00226F36" w:rsidRPr="00CD6EBF" w:rsidRDefault="00226F36">
      <w:pPr>
        <w:spacing w:after="0"/>
        <w:rPr>
          <w:rFonts w:cs="Times New Roman"/>
          <w:sz w:val="24"/>
          <w:szCs w:val="24"/>
          <w:lang w:val="ru-RU"/>
        </w:rPr>
      </w:pPr>
    </w:p>
    <w:p w14:paraId="5A953834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</w:rPr>
      </w:pPr>
      <w:r w:rsidRPr="00E07358">
        <w:rPr>
          <w:rFonts w:cs="Times New Roman"/>
          <w:b/>
          <w:sz w:val="24"/>
          <w:szCs w:val="24"/>
        </w:rPr>
        <w:t>МОДУЛЬ «СОЦИАЛЬНОЕ ПАРТНЁРСТВО»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67"/>
        <w:gridCol w:w="850"/>
        <w:gridCol w:w="1418"/>
        <w:gridCol w:w="2977"/>
        <w:gridCol w:w="3599"/>
      </w:tblGrid>
      <w:tr w:rsidR="00DE1B63" w:rsidRPr="00E07358" w14:paraId="2E4FE898" w14:textId="7AFC7AFC" w:rsidTr="00B9599C">
        <w:trPr>
          <w:tblHeader/>
          <w:jc w:val="center"/>
        </w:trPr>
        <w:tc>
          <w:tcPr>
            <w:tcW w:w="5367" w:type="dxa"/>
            <w:shd w:val="clear" w:color="auto" w:fill="D9EAF7"/>
            <w:vAlign w:val="center"/>
          </w:tcPr>
          <w:p w14:paraId="2999FE9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13C9406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418" w:type="dxa"/>
            <w:shd w:val="clear" w:color="auto" w:fill="D9EAF7"/>
            <w:vAlign w:val="center"/>
          </w:tcPr>
          <w:p w14:paraId="2AB761F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977" w:type="dxa"/>
            <w:shd w:val="clear" w:color="auto" w:fill="D9EAF7"/>
            <w:vAlign w:val="center"/>
          </w:tcPr>
          <w:p w14:paraId="5836185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599" w:type="dxa"/>
            <w:shd w:val="clear" w:color="auto" w:fill="D9EAF7"/>
          </w:tcPr>
          <w:p w14:paraId="4307179F" w14:textId="58C9D937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E1B63" w:rsidRPr="00A568BB" w14:paraId="781DBBDE" w14:textId="02221531" w:rsidTr="00B9599C">
        <w:trPr>
          <w:jc w:val="center"/>
        </w:trPr>
        <w:tc>
          <w:tcPr>
            <w:tcW w:w="5367" w:type="dxa"/>
            <w:vAlign w:val="center"/>
          </w:tcPr>
          <w:p w14:paraId="4A9ACAC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Совместный читательский проект с муниципальной библиотекой</w:t>
            </w:r>
          </w:p>
        </w:tc>
        <w:tc>
          <w:tcPr>
            <w:tcW w:w="850" w:type="dxa"/>
            <w:vAlign w:val="center"/>
          </w:tcPr>
          <w:p w14:paraId="2F626A5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6D9780D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 течение учебного года по согласованному плану</w:t>
            </w:r>
          </w:p>
        </w:tc>
        <w:tc>
          <w:tcPr>
            <w:tcW w:w="2977" w:type="dxa"/>
            <w:vAlign w:val="center"/>
          </w:tcPr>
          <w:p w14:paraId="6835EEF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Школьный библиотекарь; сотрудники библиотеки — по согласованию</w:t>
            </w:r>
          </w:p>
        </w:tc>
        <w:tc>
          <w:tcPr>
            <w:tcW w:w="3599" w:type="dxa"/>
          </w:tcPr>
          <w:p w14:paraId="7093B7E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2BC1F957" w14:textId="6E027D6B" w:rsidTr="00B9599C">
        <w:trPr>
          <w:jc w:val="center"/>
        </w:trPr>
        <w:tc>
          <w:tcPr>
            <w:tcW w:w="5367" w:type="dxa"/>
            <w:vAlign w:val="center"/>
          </w:tcPr>
          <w:p w14:paraId="27BD25B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Экскурсионные и образовательные программы краеведческого музея</w:t>
            </w:r>
          </w:p>
        </w:tc>
        <w:tc>
          <w:tcPr>
            <w:tcW w:w="850" w:type="dxa"/>
            <w:vAlign w:val="center"/>
          </w:tcPr>
          <w:p w14:paraId="1E5BBC7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4059C77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 xml:space="preserve">Ноябрь 2026 года; </w:t>
            </w:r>
            <w:r w:rsidRPr="00E07358">
              <w:rPr>
                <w:rFonts w:cs="Times New Roman"/>
                <w:sz w:val="24"/>
                <w:szCs w:val="24"/>
              </w:rPr>
              <w:lastRenderedPageBreak/>
              <w:t>апрель 2027 года</w:t>
            </w:r>
          </w:p>
        </w:tc>
        <w:tc>
          <w:tcPr>
            <w:tcW w:w="2977" w:type="dxa"/>
            <w:vAlign w:val="center"/>
          </w:tcPr>
          <w:p w14:paraId="4F452C5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Классные руководители; сотрудники музея — по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согласованию</w:t>
            </w:r>
          </w:p>
        </w:tc>
        <w:tc>
          <w:tcPr>
            <w:tcW w:w="3599" w:type="dxa"/>
          </w:tcPr>
          <w:p w14:paraId="70926FA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4B9BEBDD" w14:textId="3CD318CA" w:rsidTr="00B9599C">
        <w:trPr>
          <w:jc w:val="center"/>
        </w:trPr>
        <w:tc>
          <w:tcPr>
            <w:tcW w:w="5367" w:type="dxa"/>
            <w:vAlign w:val="center"/>
          </w:tcPr>
          <w:p w14:paraId="4B87573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Встречи с сотрудниками МЧС и Госавтоинспекции</w:t>
            </w:r>
          </w:p>
        </w:tc>
        <w:tc>
          <w:tcPr>
            <w:tcW w:w="850" w:type="dxa"/>
            <w:vAlign w:val="center"/>
          </w:tcPr>
          <w:p w14:paraId="222AE12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620C8A2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согласованному графику</w:t>
            </w:r>
          </w:p>
        </w:tc>
        <w:tc>
          <w:tcPr>
            <w:tcW w:w="2977" w:type="dxa"/>
            <w:vAlign w:val="center"/>
          </w:tcPr>
          <w:p w14:paraId="161C029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Ответственный за комплексную безопасность</w:t>
            </w:r>
          </w:p>
        </w:tc>
        <w:tc>
          <w:tcPr>
            <w:tcW w:w="3599" w:type="dxa"/>
          </w:tcPr>
          <w:p w14:paraId="096AC83D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32616CBC" w14:textId="6090913E" w:rsidTr="00B9599C">
        <w:trPr>
          <w:jc w:val="center"/>
        </w:trPr>
        <w:tc>
          <w:tcPr>
            <w:tcW w:w="5367" w:type="dxa"/>
            <w:vAlign w:val="center"/>
          </w:tcPr>
          <w:p w14:paraId="37B4600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Спортивные мастер-классы с тренерами детско-юношеской спортивной школы</w:t>
            </w:r>
          </w:p>
        </w:tc>
        <w:tc>
          <w:tcPr>
            <w:tcW w:w="850" w:type="dxa"/>
            <w:vAlign w:val="center"/>
          </w:tcPr>
          <w:p w14:paraId="1DD548E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1A5ACDF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977" w:type="dxa"/>
            <w:vAlign w:val="center"/>
          </w:tcPr>
          <w:p w14:paraId="289D375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Учитель физической культуры; тренеры — по согласованию</w:t>
            </w:r>
          </w:p>
        </w:tc>
        <w:tc>
          <w:tcPr>
            <w:tcW w:w="3599" w:type="dxa"/>
          </w:tcPr>
          <w:p w14:paraId="2520E37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5673EBE0" w14:textId="79C44F28" w:rsidTr="00B9599C">
        <w:trPr>
          <w:jc w:val="center"/>
        </w:trPr>
        <w:tc>
          <w:tcPr>
            <w:tcW w:w="5367" w:type="dxa"/>
            <w:vAlign w:val="center"/>
          </w:tcPr>
          <w:p w14:paraId="5E95377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Проекты с учреждениями дополнительного образования и художественными школами</w:t>
            </w:r>
          </w:p>
        </w:tc>
        <w:tc>
          <w:tcPr>
            <w:tcW w:w="850" w:type="dxa"/>
            <w:vAlign w:val="center"/>
          </w:tcPr>
          <w:p w14:paraId="1D7EDCC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6E794E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плану партнёров</w:t>
            </w:r>
          </w:p>
        </w:tc>
        <w:tc>
          <w:tcPr>
            <w:tcW w:w="2977" w:type="dxa"/>
            <w:vAlign w:val="center"/>
          </w:tcPr>
          <w:p w14:paraId="1D47617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Педагог-организатор; представители организаций — по согласованию</w:t>
            </w:r>
          </w:p>
        </w:tc>
        <w:tc>
          <w:tcPr>
            <w:tcW w:w="3599" w:type="dxa"/>
          </w:tcPr>
          <w:p w14:paraId="7B1DB16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5519FC42" w14:textId="3D2CCB90" w:rsidTr="00B9599C">
        <w:trPr>
          <w:jc w:val="center"/>
        </w:trPr>
        <w:tc>
          <w:tcPr>
            <w:tcW w:w="5367" w:type="dxa"/>
            <w:vAlign w:val="center"/>
          </w:tcPr>
          <w:p w14:paraId="382CC6B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Встречи с ветеранами педагогического труда и представителями общественных организаций</w:t>
            </w:r>
          </w:p>
        </w:tc>
        <w:tc>
          <w:tcPr>
            <w:tcW w:w="850" w:type="dxa"/>
            <w:vAlign w:val="center"/>
          </w:tcPr>
          <w:p w14:paraId="28CF57B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35657C3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Октябрь 2026 года; май 2027 года</w:t>
            </w:r>
          </w:p>
        </w:tc>
        <w:tc>
          <w:tcPr>
            <w:tcW w:w="2977" w:type="dxa"/>
            <w:vAlign w:val="center"/>
          </w:tcPr>
          <w:p w14:paraId="115A6D26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Руководитель школьного музея (при наличии); приглашённые лица — по согласованию</w:t>
            </w:r>
          </w:p>
        </w:tc>
        <w:tc>
          <w:tcPr>
            <w:tcW w:w="3599" w:type="dxa"/>
          </w:tcPr>
          <w:p w14:paraId="7A8A1DDD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37502F30" w14:textId="1FA89D39" w:rsidTr="00B9599C">
        <w:trPr>
          <w:jc w:val="center"/>
        </w:trPr>
        <w:tc>
          <w:tcPr>
            <w:tcW w:w="5367" w:type="dxa"/>
            <w:vAlign w:val="center"/>
          </w:tcPr>
          <w:p w14:paraId="60EF455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Профориентационные встречи с родителями и представителями организаций</w:t>
            </w:r>
          </w:p>
        </w:tc>
        <w:tc>
          <w:tcPr>
            <w:tcW w:w="850" w:type="dxa"/>
            <w:vAlign w:val="center"/>
          </w:tcPr>
          <w:p w14:paraId="5643305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6AA2FD8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977" w:type="dxa"/>
            <w:vAlign w:val="center"/>
          </w:tcPr>
          <w:p w14:paraId="09E52885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руководители; приглашённые специалисты — по согласованию</w:t>
            </w:r>
          </w:p>
        </w:tc>
        <w:tc>
          <w:tcPr>
            <w:tcW w:w="3599" w:type="dxa"/>
          </w:tcPr>
          <w:p w14:paraId="22A469F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41008B47" w14:textId="18816BBE" w:rsidTr="00B9599C">
        <w:trPr>
          <w:jc w:val="center"/>
        </w:trPr>
        <w:tc>
          <w:tcPr>
            <w:tcW w:w="5367" w:type="dxa"/>
            <w:vAlign w:val="center"/>
          </w:tcPr>
          <w:p w14:paraId="1A2F191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Медико-просветительские мероприятия по формированию здорового образа жизни</w:t>
            </w:r>
          </w:p>
        </w:tc>
        <w:tc>
          <w:tcPr>
            <w:tcW w:w="850" w:type="dxa"/>
            <w:vAlign w:val="center"/>
          </w:tcPr>
          <w:p w14:paraId="1BE3046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6F2C332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согласованному графику</w:t>
            </w:r>
          </w:p>
        </w:tc>
        <w:tc>
          <w:tcPr>
            <w:tcW w:w="2977" w:type="dxa"/>
            <w:vAlign w:val="center"/>
          </w:tcPr>
          <w:p w14:paraId="0DB3AD0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Медицинский работник (при наличии); представители медицинской организации — по согласованию</w:t>
            </w:r>
          </w:p>
        </w:tc>
        <w:tc>
          <w:tcPr>
            <w:tcW w:w="3599" w:type="dxa"/>
          </w:tcPr>
          <w:p w14:paraId="380F110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4CEBF810" w14:textId="77777777" w:rsidR="00226F36" w:rsidRPr="00E07358" w:rsidRDefault="00226F36">
      <w:pPr>
        <w:spacing w:after="0"/>
        <w:rPr>
          <w:rFonts w:cs="Times New Roman"/>
          <w:sz w:val="24"/>
          <w:szCs w:val="24"/>
          <w:lang w:val="ru-RU"/>
        </w:rPr>
      </w:pPr>
    </w:p>
    <w:p w14:paraId="13984C6A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</w:rPr>
      </w:pPr>
      <w:r w:rsidRPr="00E07358">
        <w:rPr>
          <w:rFonts w:cs="Times New Roman"/>
          <w:b/>
          <w:sz w:val="24"/>
          <w:szCs w:val="24"/>
        </w:rPr>
        <w:t>МОДУЛЬ «ПРОФОРИЕНТАЦИЯ»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8"/>
        <w:gridCol w:w="850"/>
        <w:gridCol w:w="1418"/>
        <w:gridCol w:w="2977"/>
        <w:gridCol w:w="3620"/>
      </w:tblGrid>
      <w:tr w:rsidR="00DE1B63" w:rsidRPr="00E07358" w14:paraId="705A8AA4" w14:textId="0E4AF196" w:rsidTr="00B9599C">
        <w:trPr>
          <w:tblHeader/>
          <w:jc w:val="center"/>
        </w:trPr>
        <w:tc>
          <w:tcPr>
            <w:tcW w:w="5388" w:type="dxa"/>
            <w:shd w:val="clear" w:color="auto" w:fill="D9EAF7"/>
            <w:vAlign w:val="center"/>
          </w:tcPr>
          <w:p w14:paraId="54B846B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3C7E9E6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418" w:type="dxa"/>
            <w:shd w:val="clear" w:color="auto" w:fill="D9EAF7"/>
            <w:vAlign w:val="center"/>
          </w:tcPr>
          <w:p w14:paraId="608F6B7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977" w:type="dxa"/>
            <w:shd w:val="clear" w:color="auto" w:fill="D9EAF7"/>
            <w:vAlign w:val="center"/>
          </w:tcPr>
          <w:p w14:paraId="7919DDA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620" w:type="dxa"/>
            <w:shd w:val="clear" w:color="auto" w:fill="D9EAF7"/>
          </w:tcPr>
          <w:p w14:paraId="6C22B32C" w14:textId="529EF79C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E1B63" w:rsidRPr="00E07358" w14:paraId="78B0EC9C" w14:textId="0A409B38" w:rsidTr="00B9599C">
        <w:trPr>
          <w:jc w:val="center"/>
        </w:trPr>
        <w:tc>
          <w:tcPr>
            <w:tcW w:w="5388" w:type="dxa"/>
            <w:vAlign w:val="center"/>
          </w:tcPr>
          <w:p w14:paraId="5C85B06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Игровой цикл «Профессии вокруг нас»</w:t>
            </w:r>
          </w:p>
        </w:tc>
        <w:tc>
          <w:tcPr>
            <w:tcW w:w="850" w:type="dxa"/>
            <w:vAlign w:val="center"/>
          </w:tcPr>
          <w:p w14:paraId="0FCC94B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1–2</w:t>
            </w:r>
          </w:p>
        </w:tc>
        <w:tc>
          <w:tcPr>
            <w:tcW w:w="1418" w:type="dxa"/>
            <w:vAlign w:val="center"/>
          </w:tcPr>
          <w:p w14:paraId="367206A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месяц</w:t>
            </w:r>
          </w:p>
        </w:tc>
        <w:tc>
          <w:tcPr>
            <w:tcW w:w="2977" w:type="dxa"/>
            <w:vAlign w:val="center"/>
          </w:tcPr>
          <w:p w14:paraId="4F75E3CC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620" w:type="dxa"/>
          </w:tcPr>
          <w:p w14:paraId="6B8F6D1C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72C68B2D" w14:textId="7859CD18" w:rsidTr="00B9599C">
        <w:trPr>
          <w:jc w:val="center"/>
        </w:trPr>
        <w:tc>
          <w:tcPr>
            <w:tcW w:w="5388" w:type="dxa"/>
            <w:vAlign w:val="center"/>
          </w:tcPr>
          <w:p w14:paraId="3672254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lastRenderedPageBreak/>
              <w:t>Курс-путешествие «Мир профессий»</w:t>
            </w:r>
          </w:p>
        </w:tc>
        <w:tc>
          <w:tcPr>
            <w:tcW w:w="850" w:type="dxa"/>
            <w:vAlign w:val="center"/>
          </w:tcPr>
          <w:p w14:paraId="540C80A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7EAFCC5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Два раза в четверть</w:t>
            </w:r>
          </w:p>
        </w:tc>
        <w:tc>
          <w:tcPr>
            <w:tcW w:w="2977" w:type="dxa"/>
            <w:vAlign w:val="center"/>
          </w:tcPr>
          <w:p w14:paraId="39404C9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620" w:type="dxa"/>
          </w:tcPr>
          <w:p w14:paraId="281E10B9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5B880C00" w14:textId="24745E8D" w:rsidTr="00B9599C">
        <w:trPr>
          <w:jc w:val="center"/>
        </w:trPr>
        <w:tc>
          <w:tcPr>
            <w:tcW w:w="5388" w:type="dxa"/>
            <w:vAlign w:val="center"/>
          </w:tcPr>
          <w:p w14:paraId="45D62D2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Встречи «Профессии моей семьи»</w:t>
            </w:r>
          </w:p>
        </w:tc>
        <w:tc>
          <w:tcPr>
            <w:tcW w:w="850" w:type="dxa"/>
            <w:vAlign w:val="center"/>
          </w:tcPr>
          <w:p w14:paraId="448E983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2D72638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977" w:type="dxa"/>
            <w:vAlign w:val="center"/>
          </w:tcPr>
          <w:p w14:paraId="1860FAF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руководители; родители — по согласованию</w:t>
            </w:r>
          </w:p>
        </w:tc>
        <w:tc>
          <w:tcPr>
            <w:tcW w:w="3620" w:type="dxa"/>
          </w:tcPr>
          <w:p w14:paraId="1F5C1CC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030D2E6A" w14:textId="2BC95BDC" w:rsidTr="00B9599C">
        <w:trPr>
          <w:jc w:val="center"/>
        </w:trPr>
        <w:tc>
          <w:tcPr>
            <w:tcW w:w="5388" w:type="dxa"/>
            <w:vAlign w:val="center"/>
          </w:tcPr>
          <w:p w14:paraId="0D41400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Виртуальные экскурсии «Как работают люди разных профессий»</w:t>
            </w:r>
          </w:p>
        </w:tc>
        <w:tc>
          <w:tcPr>
            <w:tcW w:w="850" w:type="dxa"/>
            <w:vAlign w:val="center"/>
          </w:tcPr>
          <w:p w14:paraId="1B42393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5698CED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977" w:type="dxa"/>
            <w:vAlign w:val="center"/>
          </w:tcPr>
          <w:p w14:paraId="3F42DC60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620" w:type="dxa"/>
          </w:tcPr>
          <w:p w14:paraId="66D5BEAB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3A9FE3BF" w14:textId="3100855B" w:rsidTr="00B9599C">
        <w:trPr>
          <w:jc w:val="center"/>
        </w:trPr>
        <w:tc>
          <w:tcPr>
            <w:tcW w:w="5388" w:type="dxa"/>
            <w:vAlign w:val="center"/>
          </w:tcPr>
          <w:p w14:paraId="2BBA3C5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Творческий проект «Кем я хочу стать»</w:t>
            </w:r>
          </w:p>
        </w:tc>
        <w:tc>
          <w:tcPr>
            <w:tcW w:w="850" w:type="dxa"/>
            <w:vAlign w:val="center"/>
          </w:tcPr>
          <w:p w14:paraId="22A90F4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1–2</w:t>
            </w:r>
          </w:p>
        </w:tc>
        <w:tc>
          <w:tcPr>
            <w:tcW w:w="1418" w:type="dxa"/>
            <w:vAlign w:val="center"/>
          </w:tcPr>
          <w:p w14:paraId="4ABAE59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Февраль–март 2027 года</w:t>
            </w:r>
          </w:p>
        </w:tc>
        <w:tc>
          <w:tcPr>
            <w:tcW w:w="2977" w:type="dxa"/>
            <w:vAlign w:val="center"/>
          </w:tcPr>
          <w:p w14:paraId="7F069570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620" w:type="dxa"/>
          </w:tcPr>
          <w:p w14:paraId="7C08C8B9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46025620" w14:textId="78096B26" w:rsidTr="00B9599C">
        <w:trPr>
          <w:jc w:val="center"/>
        </w:trPr>
        <w:tc>
          <w:tcPr>
            <w:tcW w:w="5388" w:type="dxa"/>
            <w:vAlign w:val="center"/>
          </w:tcPr>
          <w:p w14:paraId="22F0EC2F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Мини-проект «Профессии будущего»</w:t>
            </w:r>
          </w:p>
        </w:tc>
        <w:tc>
          <w:tcPr>
            <w:tcW w:w="850" w:type="dxa"/>
            <w:vAlign w:val="center"/>
          </w:tcPr>
          <w:p w14:paraId="0FA179B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40C7A65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Март 2027 года</w:t>
            </w:r>
          </w:p>
        </w:tc>
        <w:tc>
          <w:tcPr>
            <w:tcW w:w="2977" w:type="dxa"/>
            <w:vAlign w:val="center"/>
          </w:tcPr>
          <w:p w14:paraId="464451C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руководители; педагог дополнительного образования (при наличии)</w:t>
            </w:r>
          </w:p>
        </w:tc>
        <w:tc>
          <w:tcPr>
            <w:tcW w:w="3620" w:type="dxa"/>
          </w:tcPr>
          <w:p w14:paraId="1C607A15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2406EF53" w14:textId="3C38330C" w:rsidTr="00B9599C">
        <w:trPr>
          <w:jc w:val="center"/>
        </w:trPr>
        <w:tc>
          <w:tcPr>
            <w:tcW w:w="5388" w:type="dxa"/>
            <w:vAlign w:val="center"/>
          </w:tcPr>
          <w:p w14:paraId="62AED5C0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Профориентационный квест «Город мастеров»</w:t>
            </w:r>
          </w:p>
        </w:tc>
        <w:tc>
          <w:tcPr>
            <w:tcW w:w="850" w:type="dxa"/>
            <w:vAlign w:val="center"/>
          </w:tcPr>
          <w:p w14:paraId="684B159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23874E5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Апрель 2027 года</w:t>
            </w:r>
          </w:p>
        </w:tc>
        <w:tc>
          <w:tcPr>
            <w:tcW w:w="2977" w:type="dxa"/>
            <w:vAlign w:val="center"/>
          </w:tcPr>
          <w:p w14:paraId="18D44FD2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Педагог-организатор; педагог-психолог</w:t>
            </w:r>
          </w:p>
        </w:tc>
        <w:tc>
          <w:tcPr>
            <w:tcW w:w="3620" w:type="dxa"/>
          </w:tcPr>
          <w:p w14:paraId="530B2EC5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70D2C2A6" w14:textId="6F0E2C7B" w:rsidTr="00B9599C">
        <w:trPr>
          <w:jc w:val="center"/>
        </w:trPr>
        <w:tc>
          <w:tcPr>
            <w:tcW w:w="5388" w:type="dxa"/>
            <w:vAlign w:val="center"/>
          </w:tcPr>
          <w:p w14:paraId="39181A4B" w14:textId="4D523A99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Экскурсия на предприятие или в организацию </w:t>
            </w:r>
            <w:r w:rsidR="00E07358" w:rsidRPr="00E07358">
              <w:rPr>
                <w:rFonts w:cs="Times New Roman"/>
                <w:sz w:val="24"/>
                <w:szCs w:val="24"/>
                <w:lang w:val="ru-RU"/>
              </w:rPr>
              <w:t>города</w:t>
            </w:r>
          </w:p>
        </w:tc>
        <w:tc>
          <w:tcPr>
            <w:tcW w:w="850" w:type="dxa"/>
            <w:vAlign w:val="center"/>
          </w:tcPr>
          <w:p w14:paraId="6CB5929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0CC5F23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Один раз в учебном году, по согласованию</w:t>
            </w:r>
          </w:p>
        </w:tc>
        <w:tc>
          <w:tcPr>
            <w:tcW w:w="2977" w:type="dxa"/>
            <w:vAlign w:val="center"/>
          </w:tcPr>
          <w:p w14:paraId="20EAF55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руководители; представители организации — по согласованию</w:t>
            </w:r>
          </w:p>
        </w:tc>
        <w:tc>
          <w:tcPr>
            <w:tcW w:w="3620" w:type="dxa"/>
          </w:tcPr>
          <w:p w14:paraId="0DCD60A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60825569" w14:textId="77777777" w:rsidR="00226F36" w:rsidRPr="00E07358" w:rsidRDefault="00226F36">
      <w:pPr>
        <w:spacing w:after="0"/>
        <w:rPr>
          <w:rFonts w:cs="Times New Roman"/>
          <w:sz w:val="24"/>
          <w:szCs w:val="24"/>
          <w:lang w:val="ru-RU"/>
        </w:rPr>
      </w:pPr>
    </w:p>
    <w:p w14:paraId="031387C6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>ВАРИАТИВНЫЙ МОДУЛЬ «ДЕТСКИЕ ОБЩЕСТВЕННЫЕ ОБЪЕДИНЕНИЯ»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67"/>
        <w:gridCol w:w="850"/>
        <w:gridCol w:w="1418"/>
        <w:gridCol w:w="2977"/>
        <w:gridCol w:w="3685"/>
      </w:tblGrid>
      <w:tr w:rsidR="00DE1B63" w:rsidRPr="00E07358" w14:paraId="74F5B3C6" w14:textId="16DB5DA9" w:rsidTr="00B9599C">
        <w:trPr>
          <w:tblHeader/>
          <w:jc w:val="center"/>
        </w:trPr>
        <w:tc>
          <w:tcPr>
            <w:tcW w:w="5367" w:type="dxa"/>
            <w:shd w:val="clear" w:color="auto" w:fill="D9EAF7"/>
            <w:vAlign w:val="center"/>
          </w:tcPr>
          <w:p w14:paraId="1F4C564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4E95AC3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418" w:type="dxa"/>
            <w:shd w:val="clear" w:color="auto" w:fill="D9EAF7"/>
            <w:vAlign w:val="center"/>
          </w:tcPr>
          <w:p w14:paraId="5EFDB2F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977" w:type="dxa"/>
            <w:shd w:val="clear" w:color="auto" w:fill="D9EAF7"/>
            <w:vAlign w:val="center"/>
          </w:tcPr>
          <w:p w14:paraId="45C6C16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685" w:type="dxa"/>
            <w:shd w:val="clear" w:color="auto" w:fill="D9EAF7"/>
          </w:tcPr>
          <w:p w14:paraId="78A4E2D3" w14:textId="378DF357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E1B63" w:rsidRPr="00A568BB" w14:paraId="33EA8CF7" w14:textId="689EAEF6" w:rsidTr="00B9599C">
        <w:trPr>
          <w:jc w:val="center"/>
        </w:trPr>
        <w:tc>
          <w:tcPr>
            <w:tcW w:w="5367" w:type="dxa"/>
            <w:vAlign w:val="center"/>
          </w:tcPr>
          <w:p w14:paraId="10FEB7B5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Реализация программы «Орлята России»</w:t>
            </w:r>
          </w:p>
        </w:tc>
        <w:tc>
          <w:tcPr>
            <w:tcW w:w="850" w:type="dxa"/>
            <w:vAlign w:val="center"/>
          </w:tcPr>
          <w:p w14:paraId="16DA492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4F3487E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 течение учебного года по программе</w:t>
            </w:r>
          </w:p>
        </w:tc>
        <w:tc>
          <w:tcPr>
            <w:tcW w:w="2977" w:type="dxa"/>
            <w:vAlign w:val="center"/>
          </w:tcPr>
          <w:p w14:paraId="2D4E67A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руководители;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685" w:type="dxa"/>
          </w:tcPr>
          <w:p w14:paraId="2AAB0C6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5E2DB547" w14:textId="7F06A61F" w:rsidTr="00B9599C">
        <w:trPr>
          <w:jc w:val="center"/>
        </w:trPr>
        <w:tc>
          <w:tcPr>
            <w:tcW w:w="5367" w:type="dxa"/>
            <w:vAlign w:val="center"/>
          </w:tcPr>
          <w:p w14:paraId="482EB4C6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Торжественное открытие треков программы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«Орлята России»</w:t>
            </w:r>
          </w:p>
        </w:tc>
        <w:tc>
          <w:tcPr>
            <w:tcW w:w="850" w:type="dxa"/>
            <w:vAlign w:val="center"/>
          </w:tcPr>
          <w:p w14:paraId="42D9EFF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lastRenderedPageBreak/>
              <w:t>1–4</w:t>
            </w:r>
          </w:p>
        </w:tc>
        <w:tc>
          <w:tcPr>
            <w:tcW w:w="1418" w:type="dxa"/>
            <w:vAlign w:val="center"/>
          </w:tcPr>
          <w:p w14:paraId="3DD8918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Сентябрь–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октябрь 2026 года, по методическим материалам программы</w:t>
            </w:r>
          </w:p>
        </w:tc>
        <w:tc>
          <w:tcPr>
            <w:tcW w:w="2977" w:type="dxa"/>
            <w:vAlign w:val="center"/>
          </w:tcPr>
          <w:p w14:paraId="3852DE7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Советник директора по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воспитанию и взаимодействию с детскими общественными объединениями</w:t>
            </w:r>
          </w:p>
        </w:tc>
        <w:tc>
          <w:tcPr>
            <w:tcW w:w="3685" w:type="dxa"/>
          </w:tcPr>
          <w:p w14:paraId="3D1FFF0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5CF0828A" w14:textId="0F869A10" w:rsidTr="00B9599C">
        <w:trPr>
          <w:jc w:val="center"/>
        </w:trPr>
        <w:tc>
          <w:tcPr>
            <w:tcW w:w="5367" w:type="dxa"/>
            <w:vAlign w:val="center"/>
          </w:tcPr>
          <w:p w14:paraId="1A903F2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Участие в деятельности первичного отделения Движения Первых на добровольной основе</w:t>
            </w:r>
          </w:p>
        </w:tc>
        <w:tc>
          <w:tcPr>
            <w:tcW w:w="850" w:type="dxa"/>
            <w:vAlign w:val="center"/>
          </w:tcPr>
          <w:p w14:paraId="2AD3BD9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418" w:type="dxa"/>
            <w:vAlign w:val="center"/>
          </w:tcPr>
          <w:p w14:paraId="181E394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 течение учебного года, по плану первичного отделения</w:t>
            </w:r>
          </w:p>
        </w:tc>
        <w:tc>
          <w:tcPr>
            <w:tcW w:w="2977" w:type="dxa"/>
            <w:vAlign w:val="center"/>
          </w:tcPr>
          <w:p w14:paraId="5A89362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685" w:type="dxa"/>
          </w:tcPr>
          <w:p w14:paraId="39D1235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033890FB" w14:textId="27459E0B" w:rsidTr="00B9599C">
        <w:trPr>
          <w:jc w:val="center"/>
        </w:trPr>
        <w:tc>
          <w:tcPr>
            <w:tcW w:w="5367" w:type="dxa"/>
            <w:vAlign w:val="center"/>
          </w:tcPr>
          <w:p w14:paraId="11CCBD5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Акция «Спасибо учителю»</w:t>
            </w:r>
          </w:p>
        </w:tc>
        <w:tc>
          <w:tcPr>
            <w:tcW w:w="850" w:type="dxa"/>
            <w:vAlign w:val="center"/>
          </w:tcPr>
          <w:p w14:paraId="7688072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5B87092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Октябрь 2026 года</w:t>
            </w:r>
          </w:p>
        </w:tc>
        <w:tc>
          <w:tcPr>
            <w:tcW w:w="2977" w:type="dxa"/>
            <w:vAlign w:val="center"/>
          </w:tcPr>
          <w:p w14:paraId="667720F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685" w:type="dxa"/>
          </w:tcPr>
          <w:p w14:paraId="34CCD2E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3E021A5F" w14:textId="30C2D522" w:rsidTr="00B9599C">
        <w:trPr>
          <w:jc w:val="center"/>
        </w:trPr>
        <w:tc>
          <w:tcPr>
            <w:tcW w:w="5367" w:type="dxa"/>
            <w:vAlign w:val="center"/>
          </w:tcPr>
          <w:p w14:paraId="2C1E9A38" w14:textId="37A37A61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</w:rPr>
              <w:t xml:space="preserve">Фестиваль </w:t>
            </w:r>
            <w:r w:rsidR="00E07358" w:rsidRPr="00E07358">
              <w:rPr>
                <w:rFonts w:cs="Times New Roman"/>
                <w:sz w:val="24"/>
                <w:szCs w:val="24"/>
                <w:lang w:val="ru-RU"/>
              </w:rPr>
              <w:t>«150 культур Дона»</w:t>
            </w:r>
          </w:p>
        </w:tc>
        <w:tc>
          <w:tcPr>
            <w:tcW w:w="850" w:type="dxa"/>
            <w:vAlign w:val="center"/>
          </w:tcPr>
          <w:p w14:paraId="2D0F103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6CD4F70F" w14:textId="77777777" w:rsidR="00E07358" w:rsidRPr="00E07358" w:rsidRDefault="00E07358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Сентябрь-октябрь</w:t>
            </w:r>
          </w:p>
          <w:p w14:paraId="35ECFAF9" w14:textId="4BDCB33D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2026 года</w:t>
            </w:r>
          </w:p>
        </w:tc>
        <w:tc>
          <w:tcPr>
            <w:tcW w:w="2977" w:type="dxa"/>
            <w:vAlign w:val="center"/>
          </w:tcPr>
          <w:p w14:paraId="5F64EDC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объединениями; педагог-организатор</w:t>
            </w:r>
          </w:p>
        </w:tc>
        <w:tc>
          <w:tcPr>
            <w:tcW w:w="3685" w:type="dxa"/>
          </w:tcPr>
          <w:p w14:paraId="3D77598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43FCA1A2" w14:textId="26B3A57B" w:rsidTr="00B9599C">
        <w:trPr>
          <w:jc w:val="center"/>
        </w:trPr>
        <w:tc>
          <w:tcPr>
            <w:tcW w:w="5367" w:type="dxa"/>
            <w:vAlign w:val="center"/>
          </w:tcPr>
          <w:p w14:paraId="71BA81C1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День добрых дел</w:t>
            </w:r>
          </w:p>
        </w:tc>
        <w:tc>
          <w:tcPr>
            <w:tcW w:w="850" w:type="dxa"/>
            <w:vAlign w:val="center"/>
          </w:tcPr>
          <w:p w14:paraId="1B10C1C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418" w:type="dxa"/>
            <w:vAlign w:val="center"/>
          </w:tcPr>
          <w:p w14:paraId="6CE5A74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По календарю Движения Первых или отдельному плану школы</w:t>
            </w:r>
          </w:p>
        </w:tc>
        <w:tc>
          <w:tcPr>
            <w:tcW w:w="2977" w:type="dxa"/>
            <w:vAlign w:val="center"/>
          </w:tcPr>
          <w:p w14:paraId="4150634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685" w:type="dxa"/>
          </w:tcPr>
          <w:p w14:paraId="54E0340D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73E3EE71" w14:textId="3839C4CB" w:rsidTr="00B9599C">
        <w:trPr>
          <w:jc w:val="center"/>
        </w:trPr>
        <w:tc>
          <w:tcPr>
            <w:tcW w:w="5367" w:type="dxa"/>
            <w:vAlign w:val="center"/>
          </w:tcPr>
          <w:p w14:paraId="4DD1A8B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Итоговая встреча активистов</w:t>
            </w:r>
          </w:p>
        </w:tc>
        <w:tc>
          <w:tcPr>
            <w:tcW w:w="850" w:type="dxa"/>
            <w:vAlign w:val="center"/>
          </w:tcPr>
          <w:p w14:paraId="7F41EDF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1F52D7C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 xml:space="preserve">Май 2027 </w:t>
            </w:r>
            <w:r w:rsidRPr="00E07358">
              <w:rPr>
                <w:rFonts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977" w:type="dxa"/>
            <w:vAlign w:val="center"/>
          </w:tcPr>
          <w:p w14:paraId="482CA5DD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Советник директора по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воспитанию и взаимодействию с детскими общественными объединениями</w:t>
            </w:r>
          </w:p>
        </w:tc>
        <w:tc>
          <w:tcPr>
            <w:tcW w:w="3685" w:type="dxa"/>
          </w:tcPr>
          <w:p w14:paraId="1B3F731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0A3F591E" w14:textId="77777777" w:rsidR="00226F36" w:rsidRPr="00E07358" w:rsidRDefault="00226F36">
      <w:pPr>
        <w:spacing w:after="0"/>
        <w:rPr>
          <w:rFonts w:cs="Times New Roman"/>
          <w:sz w:val="24"/>
          <w:szCs w:val="24"/>
          <w:lang w:val="ru-RU"/>
        </w:rPr>
      </w:pPr>
    </w:p>
    <w:p w14:paraId="3B4A9550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>ВАРИАТИВНЫЙ МОДУЛЬ «ШКОЛЬНЫЕ МЕДИА» (ПРИ НАЛИЧИИ)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6"/>
        <w:gridCol w:w="850"/>
        <w:gridCol w:w="1418"/>
        <w:gridCol w:w="2977"/>
        <w:gridCol w:w="3930"/>
      </w:tblGrid>
      <w:tr w:rsidR="00DE1B63" w:rsidRPr="00E07358" w14:paraId="7A526579" w14:textId="3029C3CB" w:rsidTr="00E07358">
        <w:trPr>
          <w:tblHeader/>
          <w:jc w:val="center"/>
        </w:trPr>
        <w:tc>
          <w:tcPr>
            <w:tcW w:w="5246" w:type="dxa"/>
            <w:shd w:val="clear" w:color="auto" w:fill="D9EAF7"/>
            <w:vAlign w:val="center"/>
          </w:tcPr>
          <w:p w14:paraId="374EE77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0" w:type="dxa"/>
            <w:shd w:val="clear" w:color="auto" w:fill="D9EAF7"/>
            <w:vAlign w:val="center"/>
          </w:tcPr>
          <w:p w14:paraId="6913A6E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418" w:type="dxa"/>
            <w:shd w:val="clear" w:color="auto" w:fill="D9EAF7"/>
            <w:vAlign w:val="center"/>
          </w:tcPr>
          <w:p w14:paraId="31F7263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977" w:type="dxa"/>
            <w:shd w:val="clear" w:color="auto" w:fill="D9EAF7"/>
            <w:vAlign w:val="center"/>
          </w:tcPr>
          <w:p w14:paraId="7180EEB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930" w:type="dxa"/>
            <w:shd w:val="clear" w:color="auto" w:fill="D9EAF7"/>
          </w:tcPr>
          <w:p w14:paraId="4D491ADC" w14:textId="5BBD1803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E1B63" w:rsidRPr="00E07358" w14:paraId="6C4FECA1" w14:textId="08985B24" w:rsidTr="00E07358">
        <w:trPr>
          <w:jc w:val="center"/>
        </w:trPr>
        <w:tc>
          <w:tcPr>
            <w:tcW w:w="5246" w:type="dxa"/>
            <w:vAlign w:val="center"/>
          </w:tcPr>
          <w:p w14:paraId="460BDD59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Формирование детской редколлегии</w:t>
            </w:r>
          </w:p>
        </w:tc>
        <w:tc>
          <w:tcPr>
            <w:tcW w:w="850" w:type="dxa"/>
            <w:vAlign w:val="center"/>
          </w:tcPr>
          <w:p w14:paraId="50378C0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7E04BE1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 2026 года</w:t>
            </w:r>
          </w:p>
        </w:tc>
        <w:tc>
          <w:tcPr>
            <w:tcW w:w="2977" w:type="dxa"/>
            <w:vAlign w:val="center"/>
          </w:tcPr>
          <w:p w14:paraId="16FC68DF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Ответственный за школьный медиацентр</w:t>
            </w:r>
          </w:p>
        </w:tc>
        <w:tc>
          <w:tcPr>
            <w:tcW w:w="3930" w:type="dxa"/>
          </w:tcPr>
          <w:p w14:paraId="57ED3929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674F910E" w14:textId="42B6C5DE" w:rsidTr="00E07358">
        <w:trPr>
          <w:jc w:val="center"/>
        </w:trPr>
        <w:tc>
          <w:tcPr>
            <w:tcW w:w="5246" w:type="dxa"/>
            <w:vAlign w:val="center"/>
          </w:tcPr>
          <w:p w14:paraId="5135D07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Выпуск классной или школьной газеты</w:t>
            </w:r>
          </w:p>
        </w:tc>
        <w:tc>
          <w:tcPr>
            <w:tcW w:w="850" w:type="dxa"/>
            <w:vAlign w:val="center"/>
          </w:tcPr>
          <w:p w14:paraId="188BB90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434714A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выпуск в четверть</w:t>
            </w:r>
          </w:p>
        </w:tc>
        <w:tc>
          <w:tcPr>
            <w:tcW w:w="2977" w:type="dxa"/>
            <w:vAlign w:val="center"/>
          </w:tcPr>
          <w:p w14:paraId="18F0C20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школьный медиацентр; классные руководители</w:t>
            </w:r>
          </w:p>
        </w:tc>
        <w:tc>
          <w:tcPr>
            <w:tcW w:w="3930" w:type="dxa"/>
          </w:tcPr>
          <w:p w14:paraId="78D1A5A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4168D164" w14:textId="1DCD9107" w:rsidTr="00E07358">
        <w:trPr>
          <w:jc w:val="center"/>
        </w:trPr>
        <w:tc>
          <w:tcPr>
            <w:tcW w:w="5246" w:type="dxa"/>
            <w:vAlign w:val="center"/>
          </w:tcPr>
          <w:p w14:paraId="727CA71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Практикум «Как написать короткую заметку»</w:t>
            </w:r>
          </w:p>
        </w:tc>
        <w:tc>
          <w:tcPr>
            <w:tcW w:w="850" w:type="dxa"/>
            <w:vAlign w:val="center"/>
          </w:tcPr>
          <w:p w14:paraId="33240C5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08FACC9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Октябрь 2026 года</w:t>
            </w:r>
          </w:p>
        </w:tc>
        <w:tc>
          <w:tcPr>
            <w:tcW w:w="2977" w:type="dxa"/>
            <w:vAlign w:val="center"/>
          </w:tcPr>
          <w:p w14:paraId="1888567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ответственный за школьный медиацентр</w:t>
            </w:r>
          </w:p>
        </w:tc>
        <w:tc>
          <w:tcPr>
            <w:tcW w:w="3930" w:type="dxa"/>
          </w:tcPr>
          <w:p w14:paraId="72416F6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20AE94C7" w14:textId="535C2659" w:rsidTr="00E07358">
        <w:trPr>
          <w:jc w:val="center"/>
        </w:trPr>
        <w:tc>
          <w:tcPr>
            <w:tcW w:w="5246" w:type="dxa"/>
            <w:vAlign w:val="center"/>
          </w:tcPr>
          <w:p w14:paraId="6D35C6D6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Мастерская школьной фотографии: композиция, этика съёмки, согласие на публикацию</w:t>
            </w:r>
          </w:p>
        </w:tc>
        <w:tc>
          <w:tcPr>
            <w:tcW w:w="850" w:type="dxa"/>
            <w:vAlign w:val="center"/>
          </w:tcPr>
          <w:p w14:paraId="4319F3F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55B0CD5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Ноябрь 2026 года</w:t>
            </w:r>
          </w:p>
        </w:tc>
        <w:tc>
          <w:tcPr>
            <w:tcW w:w="2977" w:type="dxa"/>
            <w:vAlign w:val="center"/>
          </w:tcPr>
          <w:p w14:paraId="7AC2DD3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Ответственный за школьный медиацентр</w:t>
            </w:r>
          </w:p>
        </w:tc>
        <w:tc>
          <w:tcPr>
            <w:tcW w:w="3930" w:type="dxa"/>
          </w:tcPr>
          <w:p w14:paraId="1138137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721BD068" w14:textId="2F4F0AEE" w:rsidTr="00E07358">
        <w:trPr>
          <w:jc w:val="center"/>
        </w:trPr>
        <w:tc>
          <w:tcPr>
            <w:tcW w:w="5246" w:type="dxa"/>
            <w:vAlign w:val="center"/>
          </w:tcPr>
          <w:p w14:paraId="648E5681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Занятие «Как брать интервью»</w:t>
            </w:r>
          </w:p>
        </w:tc>
        <w:tc>
          <w:tcPr>
            <w:tcW w:w="850" w:type="dxa"/>
            <w:vAlign w:val="center"/>
          </w:tcPr>
          <w:p w14:paraId="4399864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73C03AF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Январь 2027 года</w:t>
            </w:r>
          </w:p>
        </w:tc>
        <w:tc>
          <w:tcPr>
            <w:tcW w:w="2977" w:type="dxa"/>
            <w:vAlign w:val="center"/>
          </w:tcPr>
          <w:p w14:paraId="30A2D6E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школьный медиацентр; приглашённый специалист — по согласованию</w:t>
            </w:r>
          </w:p>
        </w:tc>
        <w:tc>
          <w:tcPr>
            <w:tcW w:w="3930" w:type="dxa"/>
          </w:tcPr>
          <w:p w14:paraId="0663125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06F74C60" w14:textId="21C48C0C" w:rsidTr="00E07358">
        <w:trPr>
          <w:jc w:val="center"/>
        </w:trPr>
        <w:tc>
          <w:tcPr>
            <w:tcW w:w="5246" w:type="dxa"/>
            <w:vAlign w:val="center"/>
          </w:tcPr>
          <w:p w14:paraId="30171A3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Создание фото- и видеоматериалов о школьных проектах под руководством педагога</w:t>
            </w:r>
          </w:p>
        </w:tc>
        <w:tc>
          <w:tcPr>
            <w:tcW w:w="850" w:type="dxa"/>
            <w:vAlign w:val="center"/>
          </w:tcPr>
          <w:p w14:paraId="0155BAA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50E73AA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977" w:type="dxa"/>
            <w:vAlign w:val="center"/>
          </w:tcPr>
          <w:p w14:paraId="51C17D78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Ответственный за школьный медиацентр</w:t>
            </w:r>
          </w:p>
        </w:tc>
        <w:tc>
          <w:tcPr>
            <w:tcW w:w="3930" w:type="dxa"/>
          </w:tcPr>
          <w:p w14:paraId="0C3D716B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1AD8E25E" w14:textId="2C34CD2B" w:rsidTr="00E07358">
        <w:trPr>
          <w:jc w:val="center"/>
        </w:trPr>
        <w:tc>
          <w:tcPr>
            <w:tcW w:w="5246" w:type="dxa"/>
            <w:vAlign w:val="center"/>
          </w:tcPr>
          <w:p w14:paraId="5839A1F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Итоговый медиапроект «Наш учебный год»</w:t>
            </w:r>
          </w:p>
        </w:tc>
        <w:tc>
          <w:tcPr>
            <w:tcW w:w="850" w:type="dxa"/>
            <w:vAlign w:val="center"/>
          </w:tcPr>
          <w:p w14:paraId="360674B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418" w:type="dxa"/>
            <w:vAlign w:val="center"/>
          </w:tcPr>
          <w:p w14:paraId="30B7717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Май 2027 года</w:t>
            </w:r>
          </w:p>
        </w:tc>
        <w:tc>
          <w:tcPr>
            <w:tcW w:w="2977" w:type="dxa"/>
            <w:vAlign w:val="center"/>
          </w:tcPr>
          <w:p w14:paraId="08896AF5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Ответственный за школьный медиацентр</w:t>
            </w:r>
          </w:p>
        </w:tc>
        <w:tc>
          <w:tcPr>
            <w:tcW w:w="3930" w:type="dxa"/>
          </w:tcPr>
          <w:p w14:paraId="00AFC66A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0D70EDD1" w14:textId="77777777" w:rsidR="00226F36" w:rsidRPr="00E07358" w:rsidRDefault="00226F36">
      <w:pPr>
        <w:spacing w:after="0"/>
        <w:rPr>
          <w:rFonts w:cs="Times New Roman"/>
          <w:sz w:val="24"/>
          <w:szCs w:val="24"/>
        </w:rPr>
      </w:pPr>
    </w:p>
    <w:p w14:paraId="40603135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</w:rPr>
      </w:pPr>
      <w:r w:rsidRPr="00E07358">
        <w:rPr>
          <w:rFonts w:cs="Times New Roman"/>
          <w:b/>
          <w:sz w:val="24"/>
          <w:szCs w:val="24"/>
        </w:rPr>
        <w:t>ВАРИАТИВНЫЙ МОДУЛЬ «ЭКСКУРСИИ, ПОХОДЫ»</w:t>
      </w:r>
    </w:p>
    <w:tbl>
      <w:tblPr>
        <w:tblStyle w:val="aff0"/>
        <w:tblW w:w="14536" w:type="dxa"/>
        <w:jc w:val="center"/>
        <w:tblLayout w:type="fixed"/>
        <w:tblLook w:val="04A0" w:firstRow="1" w:lastRow="0" w:firstColumn="1" w:lastColumn="0" w:noHBand="0" w:noVBand="1"/>
      </w:tblPr>
      <w:tblGrid>
        <w:gridCol w:w="5387"/>
        <w:gridCol w:w="851"/>
        <w:gridCol w:w="1559"/>
        <w:gridCol w:w="2835"/>
        <w:gridCol w:w="3904"/>
      </w:tblGrid>
      <w:tr w:rsidR="00DE1B63" w:rsidRPr="00E07358" w14:paraId="59F157E0" w14:textId="319466DE" w:rsidTr="00B9599C">
        <w:trPr>
          <w:tblHeader/>
          <w:jc w:val="center"/>
        </w:trPr>
        <w:tc>
          <w:tcPr>
            <w:tcW w:w="5387" w:type="dxa"/>
            <w:shd w:val="clear" w:color="auto" w:fill="D9EAF7"/>
            <w:vAlign w:val="center"/>
          </w:tcPr>
          <w:p w14:paraId="454CA6A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lastRenderedPageBreak/>
              <w:t>Дела, события, мероприятия</w:t>
            </w:r>
          </w:p>
        </w:tc>
        <w:tc>
          <w:tcPr>
            <w:tcW w:w="851" w:type="dxa"/>
            <w:shd w:val="clear" w:color="auto" w:fill="D9EAF7"/>
            <w:vAlign w:val="center"/>
          </w:tcPr>
          <w:p w14:paraId="28A1494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shd w:val="clear" w:color="auto" w:fill="D9EAF7"/>
            <w:vAlign w:val="center"/>
          </w:tcPr>
          <w:p w14:paraId="4E85EE8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031BBB6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904" w:type="dxa"/>
            <w:shd w:val="clear" w:color="auto" w:fill="D9EAF7"/>
          </w:tcPr>
          <w:p w14:paraId="253B2B4A" w14:textId="004F08E7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E1B63" w:rsidRPr="00E07358" w14:paraId="12EFFAE0" w14:textId="69F88B26" w:rsidTr="00B9599C">
        <w:trPr>
          <w:jc w:val="center"/>
        </w:trPr>
        <w:tc>
          <w:tcPr>
            <w:tcW w:w="5387" w:type="dxa"/>
            <w:vAlign w:val="center"/>
          </w:tcPr>
          <w:p w14:paraId="1AC5171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Прогулка-наблюдение «Осень в родном крае»</w:t>
            </w:r>
          </w:p>
        </w:tc>
        <w:tc>
          <w:tcPr>
            <w:tcW w:w="851" w:type="dxa"/>
            <w:vAlign w:val="center"/>
          </w:tcPr>
          <w:p w14:paraId="1613178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1–2</w:t>
            </w:r>
          </w:p>
        </w:tc>
        <w:tc>
          <w:tcPr>
            <w:tcW w:w="1559" w:type="dxa"/>
            <w:vAlign w:val="center"/>
          </w:tcPr>
          <w:p w14:paraId="757B92C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Сентябрь–октябрь 2026 года</w:t>
            </w:r>
          </w:p>
        </w:tc>
        <w:tc>
          <w:tcPr>
            <w:tcW w:w="2835" w:type="dxa"/>
            <w:vAlign w:val="center"/>
          </w:tcPr>
          <w:p w14:paraId="20B9CCBC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3904" w:type="dxa"/>
          </w:tcPr>
          <w:p w14:paraId="7EFF25C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2436506F" w14:textId="1D58BECD" w:rsidTr="00B9599C">
        <w:trPr>
          <w:jc w:val="center"/>
        </w:trPr>
        <w:tc>
          <w:tcPr>
            <w:tcW w:w="5387" w:type="dxa"/>
            <w:vAlign w:val="center"/>
          </w:tcPr>
          <w:p w14:paraId="1B782E2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Экскурсия в библиотеку «Царство книг»</w:t>
            </w:r>
          </w:p>
        </w:tc>
        <w:tc>
          <w:tcPr>
            <w:tcW w:w="851" w:type="dxa"/>
            <w:vAlign w:val="center"/>
          </w:tcPr>
          <w:p w14:paraId="6C8F72A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1–3</w:t>
            </w:r>
          </w:p>
        </w:tc>
        <w:tc>
          <w:tcPr>
            <w:tcW w:w="1559" w:type="dxa"/>
            <w:vAlign w:val="center"/>
          </w:tcPr>
          <w:p w14:paraId="562E140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Октябрь 2026 года</w:t>
            </w:r>
          </w:p>
        </w:tc>
        <w:tc>
          <w:tcPr>
            <w:tcW w:w="2835" w:type="dxa"/>
            <w:vAlign w:val="center"/>
          </w:tcPr>
          <w:p w14:paraId="40C36CEB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Школьный библиотекарь; классные руководители</w:t>
            </w:r>
          </w:p>
        </w:tc>
        <w:tc>
          <w:tcPr>
            <w:tcW w:w="3904" w:type="dxa"/>
          </w:tcPr>
          <w:p w14:paraId="709C75D8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1E3654FA" w14:textId="3D61C23A" w:rsidTr="00B9599C">
        <w:trPr>
          <w:jc w:val="center"/>
        </w:trPr>
        <w:tc>
          <w:tcPr>
            <w:tcW w:w="5387" w:type="dxa"/>
            <w:vAlign w:val="center"/>
          </w:tcPr>
          <w:p w14:paraId="52B87CB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Экскурсия в краеведческий музей «История родного края»</w:t>
            </w:r>
          </w:p>
        </w:tc>
        <w:tc>
          <w:tcPr>
            <w:tcW w:w="851" w:type="dxa"/>
            <w:vAlign w:val="center"/>
          </w:tcPr>
          <w:p w14:paraId="0A95D39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559" w:type="dxa"/>
            <w:vAlign w:val="center"/>
          </w:tcPr>
          <w:p w14:paraId="30E2666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Ноябрь 2026 года или апрель 2027 года</w:t>
            </w:r>
          </w:p>
        </w:tc>
        <w:tc>
          <w:tcPr>
            <w:tcW w:w="2835" w:type="dxa"/>
            <w:vAlign w:val="center"/>
          </w:tcPr>
          <w:p w14:paraId="787E3EA6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руководители; музейные работники — по согласованию</w:t>
            </w:r>
          </w:p>
        </w:tc>
        <w:tc>
          <w:tcPr>
            <w:tcW w:w="3904" w:type="dxa"/>
          </w:tcPr>
          <w:p w14:paraId="6A64EE2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5086E290" w14:textId="3D1057A2" w:rsidTr="00B9599C">
        <w:trPr>
          <w:jc w:val="center"/>
        </w:trPr>
        <w:tc>
          <w:tcPr>
            <w:tcW w:w="5387" w:type="dxa"/>
            <w:vAlign w:val="center"/>
          </w:tcPr>
          <w:p w14:paraId="2566B93D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Экскурсия в пожарно-спасательное подразделение «Профессия — спасатель»</w:t>
            </w:r>
          </w:p>
        </w:tc>
        <w:tc>
          <w:tcPr>
            <w:tcW w:w="851" w:type="dxa"/>
            <w:vAlign w:val="center"/>
          </w:tcPr>
          <w:p w14:paraId="70DD186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559" w:type="dxa"/>
            <w:vAlign w:val="center"/>
          </w:tcPr>
          <w:p w14:paraId="6CFDE69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По согласованию, один раз в учебном году</w:t>
            </w:r>
          </w:p>
        </w:tc>
        <w:tc>
          <w:tcPr>
            <w:tcW w:w="2835" w:type="dxa"/>
            <w:vAlign w:val="center"/>
          </w:tcPr>
          <w:p w14:paraId="6383C0C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за комплексную безопасность; классные руководители</w:t>
            </w:r>
          </w:p>
        </w:tc>
        <w:tc>
          <w:tcPr>
            <w:tcW w:w="3904" w:type="dxa"/>
          </w:tcPr>
          <w:p w14:paraId="36FEAE0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41D83BB8" w14:textId="63681E82" w:rsidTr="00B9599C">
        <w:trPr>
          <w:jc w:val="center"/>
        </w:trPr>
        <w:tc>
          <w:tcPr>
            <w:tcW w:w="5387" w:type="dxa"/>
            <w:vAlign w:val="center"/>
          </w:tcPr>
          <w:p w14:paraId="61AE937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Виртуальная экскурсия по музеям России</w:t>
            </w:r>
          </w:p>
        </w:tc>
        <w:tc>
          <w:tcPr>
            <w:tcW w:w="851" w:type="dxa"/>
            <w:vAlign w:val="center"/>
          </w:tcPr>
          <w:p w14:paraId="015C1E5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4603B3F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Январь 2027 года</w:t>
            </w:r>
          </w:p>
        </w:tc>
        <w:tc>
          <w:tcPr>
            <w:tcW w:w="2835" w:type="dxa"/>
            <w:vAlign w:val="center"/>
          </w:tcPr>
          <w:p w14:paraId="171CAAF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школьный библиотекарь</w:t>
            </w:r>
          </w:p>
        </w:tc>
        <w:tc>
          <w:tcPr>
            <w:tcW w:w="3904" w:type="dxa"/>
          </w:tcPr>
          <w:p w14:paraId="2C674FB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12DE9032" w14:textId="126B2928" w:rsidTr="00B9599C">
        <w:trPr>
          <w:jc w:val="center"/>
        </w:trPr>
        <w:tc>
          <w:tcPr>
            <w:tcW w:w="5387" w:type="dxa"/>
            <w:vAlign w:val="center"/>
          </w:tcPr>
          <w:p w14:paraId="1F77E83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Краеведческая прогулка «Улицы нашего населённого пункта»</w:t>
            </w:r>
          </w:p>
        </w:tc>
        <w:tc>
          <w:tcPr>
            <w:tcW w:w="851" w:type="dxa"/>
            <w:vAlign w:val="center"/>
          </w:tcPr>
          <w:p w14:paraId="5613A4A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559" w:type="dxa"/>
            <w:vAlign w:val="center"/>
          </w:tcPr>
          <w:p w14:paraId="4AA0500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Апрель 2027 года</w:t>
            </w:r>
          </w:p>
        </w:tc>
        <w:tc>
          <w:tcPr>
            <w:tcW w:w="2835" w:type="dxa"/>
            <w:vAlign w:val="center"/>
          </w:tcPr>
          <w:p w14:paraId="032A8FE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руководитель школьного музея (при наличии)</w:t>
            </w:r>
          </w:p>
        </w:tc>
        <w:tc>
          <w:tcPr>
            <w:tcW w:w="3904" w:type="dxa"/>
          </w:tcPr>
          <w:p w14:paraId="3416A40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28068820" w14:textId="63A022E5" w:rsidTr="00B9599C">
        <w:trPr>
          <w:jc w:val="center"/>
        </w:trPr>
        <w:tc>
          <w:tcPr>
            <w:tcW w:w="5387" w:type="dxa"/>
            <w:vAlign w:val="center"/>
          </w:tcPr>
          <w:p w14:paraId="7F4E7F6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Экологическая тропа «Пробуждение природы»</w:t>
            </w:r>
          </w:p>
        </w:tc>
        <w:tc>
          <w:tcPr>
            <w:tcW w:w="851" w:type="dxa"/>
            <w:vAlign w:val="center"/>
          </w:tcPr>
          <w:p w14:paraId="017A1D2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44BC7A4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Апрель–май 2027 года</w:t>
            </w:r>
          </w:p>
        </w:tc>
        <w:tc>
          <w:tcPr>
            <w:tcW w:w="2835" w:type="dxa"/>
            <w:vAlign w:val="center"/>
          </w:tcPr>
          <w:p w14:paraId="0DAC5A07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3904" w:type="dxa"/>
          </w:tcPr>
          <w:p w14:paraId="1167906C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594C4908" w14:textId="4D1C41EC" w:rsidTr="00B9599C">
        <w:trPr>
          <w:jc w:val="center"/>
        </w:trPr>
        <w:tc>
          <w:tcPr>
            <w:tcW w:w="5387" w:type="dxa"/>
            <w:vAlign w:val="center"/>
          </w:tcPr>
          <w:p w14:paraId="1DA0F55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Однодневный туристский выход при наличии необходимых условий и подготовленных ответственных специалистов</w:t>
            </w:r>
          </w:p>
        </w:tc>
        <w:tc>
          <w:tcPr>
            <w:tcW w:w="851" w:type="dxa"/>
            <w:vAlign w:val="center"/>
          </w:tcPr>
          <w:p w14:paraId="42F0C98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559" w:type="dxa"/>
            <w:vAlign w:val="center"/>
          </w:tcPr>
          <w:p w14:paraId="2A70C98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Сентябрь 2026 года или май 2027 года, по отдельному приказу</w:t>
            </w:r>
          </w:p>
        </w:tc>
        <w:tc>
          <w:tcPr>
            <w:tcW w:w="2835" w:type="dxa"/>
            <w:vAlign w:val="center"/>
          </w:tcPr>
          <w:p w14:paraId="43EF95A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Ответственный педагогический работник; классные руководители</w:t>
            </w:r>
          </w:p>
        </w:tc>
        <w:tc>
          <w:tcPr>
            <w:tcW w:w="3904" w:type="dxa"/>
          </w:tcPr>
          <w:p w14:paraId="5019C78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5E9AA84C" w14:textId="77777777" w:rsidR="00226F36" w:rsidRPr="00E07358" w:rsidRDefault="00226F36">
      <w:pPr>
        <w:spacing w:after="0"/>
        <w:rPr>
          <w:rFonts w:cs="Times New Roman"/>
          <w:sz w:val="24"/>
          <w:szCs w:val="24"/>
          <w:lang w:val="ru-RU"/>
        </w:rPr>
      </w:pPr>
    </w:p>
    <w:p w14:paraId="6E375721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>ВАРИАТИВНЫЙ МОДУЛЬ «АДАПТАЦИЯ И СОЦИОКУЛЬТУРНАЯ ИНТЕГРАЦИЯ ОБУЧАЮЩИХСЯ С МИГРАЦИОННОЙ ИСТОРИЕЙ» (ПРИ НАЛИЧИИ ПОТРЕБНОСТИ)</w:t>
      </w:r>
    </w:p>
    <w:tbl>
      <w:tblPr>
        <w:tblStyle w:val="aff0"/>
        <w:tblW w:w="14707" w:type="dxa"/>
        <w:jc w:val="center"/>
        <w:tblLayout w:type="fixed"/>
        <w:tblLook w:val="04A0" w:firstRow="1" w:lastRow="0" w:firstColumn="1" w:lastColumn="0" w:noHBand="0" w:noVBand="1"/>
      </w:tblPr>
      <w:tblGrid>
        <w:gridCol w:w="5473"/>
        <w:gridCol w:w="851"/>
        <w:gridCol w:w="1559"/>
        <w:gridCol w:w="2835"/>
        <w:gridCol w:w="3989"/>
      </w:tblGrid>
      <w:tr w:rsidR="00DE1B63" w:rsidRPr="00E07358" w14:paraId="299002CC" w14:textId="16CA3B74" w:rsidTr="00B9599C">
        <w:trPr>
          <w:tblHeader/>
          <w:jc w:val="center"/>
        </w:trPr>
        <w:tc>
          <w:tcPr>
            <w:tcW w:w="5473" w:type="dxa"/>
            <w:shd w:val="clear" w:color="auto" w:fill="D9EAF7"/>
            <w:vAlign w:val="center"/>
          </w:tcPr>
          <w:p w14:paraId="5C167FE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lastRenderedPageBreak/>
              <w:t>Дела, события, мероприятия</w:t>
            </w:r>
          </w:p>
        </w:tc>
        <w:tc>
          <w:tcPr>
            <w:tcW w:w="851" w:type="dxa"/>
            <w:shd w:val="clear" w:color="auto" w:fill="D9EAF7"/>
            <w:vAlign w:val="center"/>
          </w:tcPr>
          <w:p w14:paraId="6636998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shd w:val="clear" w:color="auto" w:fill="D9EAF7"/>
            <w:vAlign w:val="center"/>
          </w:tcPr>
          <w:p w14:paraId="57AC1E7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0118A57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989" w:type="dxa"/>
            <w:shd w:val="clear" w:color="auto" w:fill="D9EAF7"/>
          </w:tcPr>
          <w:p w14:paraId="67577F98" w14:textId="73154947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E1B63" w:rsidRPr="00A568BB" w14:paraId="07D6501D" w14:textId="22C6DBBD" w:rsidTr="00B9599C">
        <w:trPr>
          <w:jc w:val="center"/>
        </w:trPr>
        <w:tc>
          <w:tcPr>
            <w:tcW w:w="5473" w:type="dxa"/>
            <w:vAlign w:val="center"/>
          </w:tcPr>
          <w:p w14:paraId="14C813A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Первичное изучение образовательных и языковых потребностей</w:t>
            </w:r>
          </w:p>
        </w:tc>
        <w:tc>
          <w:tcPr>
            <w:tcW w:w="851" w:type="dxa"/>
            <w:vAlign w:val="center"/>
          </w:tcPr>
          <w:p w14:paraId="5AA7580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60E80E7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Сентябрь 2026 года; далее по необходимости</w:t>
            </w:r>
          </w:p>
        </w:tc>
        <w:tc>
          <w:tcPr>
            <w:tcW w:w="2835" w:type="dxa"/>
            <w:vAlign w:val="center"/>
          </w:tcPr>
          <w:p w14:paraId="4180DE2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педагог-психолог</w:t>
            </w:r>
          </w:p>
        </w:tc>
        <w:tc>
          <w:tcPr>
            <w:tcW w:w="3989" w:type="dxa"/>
          </w:tcPr>
          <w:p w14:paraId="41E89C4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08D16A73" w14:textId="13BF451B" w:rsidTr="00B9599C">
        <w:trPr>
          <w:jc w:val="center"/>
        </w:trPr>
        <w:tc>
          <w:tcPr>
            <w:tcW w:w="5473" w:type="dxa"/>
            <w:vAlign w:val="center"/>
          </w:tcPr>
          <w:p w14:paraId="43CC1DE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Занятия по развитию русского языка как языка обучения</w:t>
            </w:r>
          </w:p>
        </w:tc>
        <w:tc>
          <w:tcPr>
            <w:tcW w:w="851" w:type="dxa"/>
            <w:vAlign w:val="center"/>
          </w:tcPr>
          <w:p w14:paraId="08A34D8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7BE2197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По результатам диагностики, по отдельной программе</w:t>
            </w:r>
          </w:p>
        </w:tc>
        <w:tc>
          <w:tcPr>
            <w:tcW w:w="2835" w:type="dxa"/>
            <w:vAlign w:val="center"/>
          </w:tcPr>
          <w:p w14:paraId="2BF8F4B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специалист по русскому языку как иностранному — при наличии</w:t>
            </w:r>
          </w:p>
        </w:tc>
        <w:tc>
          <w:tcPr>
            <w:tcW w:w="3989" w:type="dxa"/>
          </w:tcPr>
          <w:p w14:paraId="2BCAC7F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23A804EF" w14:textId="1D66408D" w:rsidTr="00B9599C">
        <w:trPr>
          <w:jc w:val="center"/>
        </w:trPr>
        <w:tc>
          <w:tcPr>
            <w:tcW w:w="5473" w:type="dxa"/>
            <w:vAlign w:val="center"/>
          </w:tcPr>
          <w:p w14:paraId="64ED805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Социокультурный курс «Учимся жить и учиться вместе»</w:t>
            </w:r>
          </w:p>
        </w:tc>
        <w:tc>
          <w:tcPr>
            <w:tcW w:w="851" w:type="dxa"/>
            <w:vAlign w:val="center"/>
          </w:tcPr>
          <w:p w14:paraId="0660624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3AA799E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Октябрь 2026 года — апрель 2027 года</w:t>
            </w:r>
          </w:p>
        </w:tc>
        <w:tc>
          <w:tcPr>
            <w:tcW w:w="2835" w:type="dxa"/>
            <w:vAlign w:val="center"/>
          </w:tcPr>
          <w:p w14:paraId="4AC932A0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Педагог-психолог; социальный педагог</w:t>
            </w:r>
          </w:p>
        </w:tc>
        <w:tc>
          <w:tcPr>
            <w:tcW w:w="3989" w:type="dxa"/>
          </w:tcPr>
          <w:p w14:paraId="76C71153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3CF898C1" w14:textId="4DF08E85" w:rsidTr="00B9599C">
        <w:trPr>
          <w:jc w:val="center"/>
        </w:trPr>
        <w:tc>
          <w:tcPr>
            <w:tcW w:w="5473" w:type="dxa"/>
            <w:vAlign w:val="center"/>
          </w:tcPr>
          <w:p w14:paraId="7FD2125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Игровые занятия «Как знакомиться, общаться и просить о помощи»</w:t>
            </w:r>
          </w:p>
        </w:tc>
        <w:tc>
          <w:tcPr>
            <w:tcW w:w="851" w:type="dxa"/>
            <w:vAlign w:val="center"/>
          </w:tcPr>
          <w:p w14:paraId="3917C6A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1–2</w:t>
            </w:r>
          </w:p>
        </w:tc>
        <w:tc>
          <w:tcPr>
            <w:tcW w:w="1559" w:type="dxa"/>
            <w:vAlign w:val="center"/>
          </w:tcPr>
          <w:p w14:paraId="602C4C6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Ноябрь 2026 года; март 2027 года</w:t>
            </w:r>
          </w:p>
        </w:tc>
        <w:tc>
          <w:tcPr>
            <w:tcW w:w="2835" w:type="dxa"/>
            <w:vAlign w:val="center"/>
          </w:tcPr>
          <w:p w14:paraId="1E7D0369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989" w:type="dxa"/>
          </w:tcPr>
          <w:p w14:paraId="2098576A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2210594E" w14:textId="0F5E41D9" w:rsidTr="00B9599C">
        <w:trPr>
          <w:jc w:val="center"/>
        </w:trPr>
        <w:tc>
          <w:tcPr>
            <w:tcW w:w="5473" w:type="dxa"/>
            <w:vAlign w:val="center"/>
          </w:tcPr>
          <w:p w14:paraId="2808F423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Проект «Культура моей семьи»</w:t>
            </w:r>
          </w:p>
        </w:tc>
        <w:tc>
          <w:tcPr>
            <w:tcW w:w="851" w:type="dxa"/>
            <w:vAlign w:val="center"/>
          </w:tcPr>
          <w:p w14:paraId="7A8ABC4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3764E5C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Апрель 2027 года</w:t>
            </w:r>
          </w:p>
        </w:tc>
        <w:tc>
          <w:tcPr>
            <w:tcW w:w="2835" w:type="dxa"/>
            <w:vAlign w:val="center"/>
          </w:tcPr>
          <w:p w14:paraId="34CFC6F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3989" w:type="dxa"/>
          </w:tcPr>
          <w:p w14:paraId="2E10C81F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627712D8" w14:textId="54DA2022" w:rsidTr="00B9599C">
        <w:trPr>
          <w:jc w:val="center"/>
        </w:trPr>
        <w:tc>
          <w:tcPr>
            <w:tcW w:w="5473" w:type="dxa"/>
            <w:vAlign w:val="center"/>
          </w:tcPr>
          <w:p w14:paraId="683ED6E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Консультации для родителей по вопросам адаптации ребёнка</w:t>
            </w:r>
          </w:p>
        </w:tc>
        <w:tc>
          <w:tcPr>
            <w:tcW w:w="851" w:type="dxa"/>
            <w:vAlign w:val="center"/>
          </w:tcPr>
          <w:p w14:paraId="4DC8613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1B47803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запросу</w:t>
            </w:r>
          </w:p>
        </w:tc>
        <w:tc>
          <w:tcPr>
            <w:tcW w:w="2835" w:type="dxa"/>
            <w:vAlign w:val="center"/>
          </w:tcPr>
          <w:p w14:paraId="210F492D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руководители; педагог-психолог</w:t>
            </w:r>
          </w:p>
        </w:tc>
        <w:tc>
          <w:tcPr>
            <w:tcW w:w="3989" w:type="dxa"/>
          </w:tcPr>
          <w:p w14:paraId="4F0F8E25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0D1ADDF6" w14:textId="77777777" w:rsidR="00226F36" w:rsidRPr="00E07358" w:rsidRDefault="00226F36">
      <w:pPr>
        <w:spacing w:after="0"/>
        <w:rPr>
          <w:rFonts w:cs="Times New Roman"/>
          <w:sz w:val="24"/>
          <w:szCs w:val="24"/>
        </w:rPr>
      </w:pPr>
    </w:p>
    <w:p w14:paraId="5AC1D2A6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</w:rPr>
      </w:pPr>
      <w:r w:rsidRPr="00E07358">
        <w:rPr>
          <w:rFonts w:cs="Times New Roman"/>
          <w:b/>
          <w:sz w:val="24"/>
          <w:szCs w:val="24"/>
        </w:rPr>
        <w:t>ВАРИАТИВНЫЙ МОДУЛЬ «ТРУДОВАЯ ДЕЯТЕЛЬНОСТЬ»</w:t>
      </w:r>
    </w:p>
    <w:tbl>
      <w:tblPr>
        <w:tblStyle w:val="aff0"/>
        <w:tblW w:w="14758" w:type="dxa"/>
        <w:jc w:val="center"/>
        <w:tblLayout w:type="fixed"/>
        <w:tblLook w:val="04A0" w:firstRow="1" w:lastRow="0" w:firstColumn="1" w:lastColumn="0" w:noHBand="0" w:noVBand="1"/>
      </w:tblPr>
      <w:tblGrid>
        <w:gridCol w:w="5498"/>
        <w:gridCol w:w="851"/>
        <w:gridCol w:w="1559"/>
        <w:gridCol w:w="2835"/>
        <w:gridCol w:w="4015"/>
      </w:tblGrid>
      <w:tr w:rsidR="00DE1B63" w:rsidRPr="00E07358" w14:paraId="01442B09" w14:textId="06DE2B6D" w:rsidTr="00B9599C">
        <w:trPr>
          <w:tblHeader/>
          <w:jc w:val="center"/>
        </w:trPr>
        <w:tc>
          <w:tcPr>
            <w:tcW w:w="5498" w:type="dxa"/>
            <w:shd w:val="clear" w:color="auto" w:fill="D9EAF7"/>
            <w:vAlign w:val="center"/>
          </w:tcPr>
          <w:p w14:paraId="58BB118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1" w:type="dxa"/>
            <w:shd w:val="clear" w:color="auto" w:fill="D9EAF7"/>
            <w:vAlign w:val="center"/>
          </w:tcPr>
          <w:p w14:paraId="1B9D59F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shd w:val="clear" w:color="auto" w:fill="D9EAF7"/>
            <w:vAlign w:val="center"/>
          </w:tcPr>
          <w:p w14:paraId="7E91295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21EC4C9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4015" w:type="dxa"/>
            <w:shd w:val="clear" w:color="auto" w:fill="D9EAF7"/>
          </w:tcPr>
          <w:p w14:paraId="143496B2" w14:textId="12A90DF3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E1B63" w:rsidRPr="00E07358" w14:paraId="0C899D08" w14:textId="4085DC14" w:rsidTr="00B9599C">
        <w:trPr>
          <w:jc w:val="center"/>
        </w:trPr>
        <w:tc>
          <w:tcPr>
            <w:tcW w:w="5498" w:type="dxa"/>
            <w:vAlign w:val="center"/>
          </w:tcPr>
          <w:p w14:paraId="2F339F6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Беседа-практикум «Почему труд важен»</w:t>
            </w:r>
          </w:p>
        </w:tc>
        <w:tc>
          <w:tcPr>
            <w:tcW w:w="851" w:type="dxa"/>
            <w:vAlign w:val="center"/>
          </w:tcPr>
          <w:p w14:paraId="6A76456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1–2</w:t>
            </w:r>
          </w:p>
        </w:tc>
        <w:tc>
          <w:tcPr>
            <w:tcW w:w="1559" w:type="dxa"/>
            <w:vAlign w:val="center"/>
          </w:tcPr>
          <w:p w14:paraId="5651346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 2026 года</w:t>
            </w:r>
          </w:p>
        </w:tc>
        <w:tc>
          <w:tcPr>
            <w:tcW w:w="2835" w:type="dxa"/>
            <w:vAlign w:val="center"/>
          </w:tcPr>
          <w:p w14:paraId="045358FD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4015" w:type="dxa"/>
          </w:tcPr>
          <w:p w14:paraId="6A58D04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07789E1E" w14:textId="6C3C2B2E" w:rsidTr="00B9599C">
        <w:trPr>
          <w:jc w:val="center"/>
        </w:trPr>
        <w:tc>
          <w:tcPr>
            <w:tcW w:w="5498" w:type="dxa"/>
            <w:vAlign w:val="center"/>
          </w:tcPr>
          <w:p w14:paraId="1659FB73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Проект «Профессии моей семьи»</w:t>
            </w:r>
          </w:p>
        </w:tc>
        <w:tc>
          <w:tcPr>
            <w:tcW w:w="851" w:type="dxa"/>
            <w:vAlign w:val="center"/>
          </w:tcPr>
          <w:p w14:paraId="15101F7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559" w:type="dxa"/>
            <w:vAlign w:val="center"/>
          </w:tcPr>
          <w:p w14:paraId="2693733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Октябрь 2026 года</w:t>
            </w:r>
          </w:p>
        </w:tc>
        <w:tc>
          <w:tcPr>
            <w:tcW w:w="2835" w:type="dxa"/>
            <w:vAlign w:val="center"/>
          </w:tcPr>
          <w:p w14:paraId="01B7E92A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4015" w:type="dxa"/>
          </w:tcPr>
          <w:p w14:paraId="5B5184A9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2ADC3C96" w14:textId="615B3876" w:rsidTr="00B9599C">
        <w:trPr>
          <w:jc w:val="center"/>
        </w:trPr>
        <w:tc>
          <w:tcPr>
            <w:tcW w:w="5498" w:type="dxa"/>
            <w:vAlign w:val="center"/>
          </w:tcPr>
          <w:p w14:paraId="39569EA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Творческие мастерские с природными материалами</w:t>
            </w:r>
          </w:p>
        </w:tc>
        <w:tc>
          <w:tcPr>
            <w:tcW w:w="851" w:type="dxa"/>
            <w:vAlign w:val="center"/>
          </w:tcPr>
          <w:p w14:paraId="4B11F8A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0B7DEB5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Сентябрь–октябрь 2026 года</w:t>
            </w:r>
          </w:p>
        </w:tc>
        <w:tc>
          <w:tcPr>
            <w:tcW w:w="2835" w:type="dxa"/>
            <w:vAlign w:val="center"/>
          </w:tcPr>
          <w:p w14:paraId="78BAA1C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учитель изобразительного искусства</w:t>
            </w:r>
          </w:p>
        </w:tc>
        <w:tc>
          <w:tcPr>
            <w:tcW w:w="4015" w:type="dxa"/>
          </w:tcPr>
          <w:p w14:paraId="0391E46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45969896" w14:textId="0EF32B18" w:rsidTr="00B9599C">
        <w:trPr>
          <w:jc w:val="center"/>
        </w:trPr>
        <w:tc>
          <w:tcPr>
            <w:tcW w:w="5498" w:type="dxa"/>
            <w:vAlign w:val="center"/>
          </w:tcPr>
          <w:p w14:paraId="5E0D077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Изготовление закладок, открыток, кормушек и других полезных изделий</w:t>
            </w:r>
          </w:p>
        </w:tc>
        <w:tc>
          <w:tcPr>
            <w:tcW w:w="851" w:type="dxa"/>
            <w:vAlign w:val="center"/>
          </w:tcPr>
          <w:p w14:paraId="34E3D97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559" w:type="dxa"/>
            <w:vAlign w:val="center"/>
          </w:tcPr>
          <w:p w14:paraId="241B5CE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Ноябрь–декабрь 2026 года</w:t>
            </w:r>
          </w:p>
        </w:tc>
        <w:tc>
          <w:tcPr>
            <w:tcW w:w="2835" w:type="dxa"/>
            <w:vAlign w:val="center"/>
          </w:tcPr>
          <w:p w14:paraId="48C841F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педагог дополнительного образования (при наличии)</w:t>
            </w:r>
          </w:p>
        </w:tc>
        <w:tc>
          <w:tcPr>
            <w:tcW w:w="4015" w:type="dxa"/>
          </w:tcPr>
          <w:p w14:paraId="21C8E0A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75136857" w14:textId="325E6112" w:rsidTr="00B9599C">
        <w:trPr>
          <w:jc w:val="center"/>
        </w:trPr>
        <w:tc>
          <w:tcPr>
            <w:tcW w:w="5498" w:type="dxa"/>
            <w:vAlign w:val="center"/>
          </w:tcPr>
          <w:p w14:paraId="3D688AC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Поддержание порядка на личном рабочем месте и уход за комнатными растениями</w:t>
            </w:r>
          </w:p>
        </w:tc>
        <w:tc>
          <w:tcPr>
            <w:tcW w:w="851" w:type="dxa"/>
            <w:vAlign w:val="center"/>
          </w:tcPr>
          <w:p w14:paraId="6EA00D4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0D29CCE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 течение учебного года, в безопасных возрастосообразных формах</w:t>
            </w:r>
          </w:p>
        </w:tc>
        <w:tc>
          <w:tcPr>
            <w:tcW w:w="2835" w:type="dxa"/>
            <w:vAlign w:val="center"/>
          </w:tcPr>
          <w:p w14:paraId="17A6CD01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4015" w:type="dxa"/>
          </w:tcPr>
          <w:p w14:paraId="69BECE8C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0428DC67" w14:textId="5806B6FC" w:rsidTr="00B9599C">
        <w:trPr>
          <w:jc w:val="center"/>
        </w:trPr>
        <w:tc>
          <w:tcPr>
            <w:tcW w:w="5498" w:type="dxa"/>
            <w:vAlign w:val="center"/>
          </w:tcPr>
          <w:p w14:paraId="0496CEA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Экологическая акция «Зелёный школьный двор»: посадка и уход за растениями</w:t>
            </w:r>
          </w:p>
        </w:tc>
        <w:tc>
          <w:tcPr>
            <w:tcW w:w="851" w:type="dxa"/>
            <w:vAlign w:val="center"/>
          </w:tcPr>
          <w:p w14:paraId="2883096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559" w:type="dxa"/>
            <w:vAlign w:val="center"/>
          </w:tcPr>
          <w:p w14:paraId="460B9BD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Апрель–май 2027 года</w:t>
            </w:r>
          </w:p>
        </w:tc>
        <w:tc>
          <w:tcPr>
            <w:tcW w:w="2835" w:type="dxa"/>
            <w:vAlign w:val="center"/>
          </w:tcPr>
          <w:p w14:paraId="46674E0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Учителя начальных классов; ответственный работник школы</w:t>
            </w:r>
          </w:p>
        </w:tc>
        <w:tc>
          <w:tcPr>
            <w:tcW w:w="4015" w:type="dxa"/>
          </w:tcPr>
          <w:p w14:paraId="14A6D17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24C808BC" w14:textId="5EBF907C" w:rsidTr="00B9599C">
        <w:trPr>
          <w:jc w:val="center"/>
        </w:trPr>
        <w:tc>
          <w:tcPr>
            <w:tcW w:w="5498" w:type="dxa"/>
            <w:vAlign w:val="center"/>
          </w:tcPr>
          <w:p w14:paraId="2E9C12F1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Выставка «Сделано своими руками»</w:t>
            </w:r>
          </w:p>
        </w:tc>
        <w:tc>
          <w:tcPr>
            <w:tcW w:w="851" w:type="dxa"/>
            <w:vAlign w:val="center"/>
          </w:tcPr>
          <w:p w14:paraId="348F71E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7E10A5C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Март 2027 года</w:t>
            </w:r>
          </w:p>
        </w:tc>
        <w:tc>
          <w:tcPr>
            <w:tcW w:w="2835" w:type="dxa"/>
            <w:vAlign w:val="center"/>
          </w:tcPr>
          <w:p w14:paraId="5FB45905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Учитель изобразительного искусства; педагог-организатор</w:t>
            </w:r>
          </w:p>
        </w:tc>
        <w:tc>
          <w:tcPr>
            <w:tcW w:w="4015" w:type="dxa"/>
          </w:tcPr>
          <w:p w14:paraId="7616CA5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2903C7B3" w14:textId="77777777" w:rsidR="00226F36" w:rsidRPr="00E07358" w:rsidRDefault="00226F36">
      <w:pPr>
        <w:spacing w:after="0"/>
        <w:rPr>
          <w:rFonts w:cs="Times New Roman"/>
          <w:sz w:val="24"/>
          <w:szCs w:val="24"/>
          <w:lang w:val="ru-RU"/>
        </w:rPr>
      </w:pPr>
    </w:p>
    <w:p w14:paraId="1110E8BC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>ВАРИАТИВНЫЙ МОДУЛЬ «ШКОЛЬНЫЙ ТЕАТР» (ПРИ НАЛИЧИИ)</w:t>
      </w:r>
    </w:p>
    <w:tbl>
      <w:tblPr>
        <w:tblStyle w:val="aff0"/>
        <w:tblW w:w="14847" w:type="dxa"/>
        <w:jc w:val="center"/>
        <w:tblLayout w:type="fixed"/>
        <w:tblLook w:val="04A0" w:firstRow="1" w:lastRow="0" w:firstColumn="1" w:lastColumn="0" w:noHBand="0" w:noVBand="1"/>
      </w:tblPr>
      <w:tblGrid>
        <w:gridCol w:w="5543"/>
        <w:gridCol w:w="851"/>
        <w:gridCol w:w="1559"/>
        <w:gridCol w:w="2835"/>
        <w:gridCol w:w="4059"/>
      </w:tblGrid>
      <w:tr w:rsidR="00DE1B63" w:rsidRPr="00E07358" w14:paraId="564BAA6D" w14:textId="0E4DAE0C" w:rsidTr="00681439">
        <w:trPr>
          <w:tblHeader/>
          <w:jc w:val="center"/>
        </w:trPr>
        <w:tc>
          <w:tcPr>
            <w:tcW w:w="5543" w:type="dxa"/>
            <w:shd w:val="clear" w:color="auto" w:fill="D9EAF7"/>
            <w:vAlign w:val="center"/>
          </w:tcPr>
          <w:p w14:paraId="50BD2B7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1" w:type="dxa"/>
            <w:shd w:val="clear" w:color="auto" w:fill="D9EAF7"/>
            <w:vAlign w:val="center"/>
          </w:tcPr>
          <w:p w14:paraId="0438824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shd w:val="clear" w:color="auto" w:fill="D9EAF7"/>
            <w:vAlign w:val="center"/>
          </w:tcPr>
          <w:p w14:paraId="06EA39F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62BF0C6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4059" w:type="dxa"/>
            <w:shd w:val="clear" w:color="auto" w:fill="D9EAF7"/>
          </w:tcPr>
          <w:p w14:paraId="551ACB6A" w14:textId="7A88ED61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E1B63" w:rsidRPr="00E07358" w14:paraId="672C73A6" w14:textId="7FFA7F2A" w:rsidTr="00681439">
        <w:trPr>
          <w:jc w:val="center"/>
        </w:trPr>
        <w:tc>
          <w:tcPr>
            <w:tcW w:w="5543" w:type="dxa"/>
            <w:vAlign w:val="center"/>
          </w:tcPr>
          <w:p w14:paraId="2FD5FDB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Набор и организационные встречи театральной студии</w:t>
            </w:r>
          </w:p>
        </w:tc>
        <w:tc>
          <w:tcPr>
            <w:tcW w:w="851" w:type="dxa"/>
            <w:vAlign w:val="center"/>
          </w:tcPr>
          <w:p w14:paraId="3F73922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4FBAA3E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 2026 года</w:t>
            </w:r>
          </w:p>
        </w:tc>
        <w:tc>
          <w:tcPr>
            <w:tcW w:w="2835" w:type="dxa"/>
            <w:vAlign w:val="center"/>
          </w:tcPr>
          <w:p w14:paraId="462DD40B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Руководитель школьного театра</w:t>
            </w:r>
          </w:p>
        </w:tc>
        <w:tc>
          <w:tcPr>
            <w:tcW w:w="4059" w:type="dxa"/>
          </w:tcPr>
          <w:p w14:paraId="47ED7068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6D8EB654" w14:textId="7AFE3340" w:rsidTr="00681439">
        <w:trPr>
          <w:jc w:val="center"/>
        </w:trPr>
        <w:tc>
          <w:tcPr>
            <w:tcW w:w="5543" w:type="dxa"/>
            <w:vAlign w:val="center"/>
          </w:tcPr>
          <w:p w14:paraId="2F5D965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Основы актёрского мастерства и сценической речи</w:t>
            </w:r>
          </w:p>
        </w:tc>
        <w:tc>
          <w:tcPr>
            <w:tcW w:w="851" w:type="dxa"/>
            <w:vAlign w:val="center"/>
          </w:tcPr>
          <w:p w14:paraId="345DB58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0A0952F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Еженедельно по расписанию</w:t>
            </w:r>
          </w:p>
        </w:tc>
        <w:tc>
          <w:tcPr>
            <w:tcW w:w="2835" w:type="dxa"/>
            <w:vAlign w:val="center"/>
          </w:tcPr>
          <w:p w14:paraId="22C152B5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Руководитель школьного театра; педагог дополнительного образования</w:t>
            </w:r>
          </w:p>
        </w:tc>
        <w:tc>
          <w:tcPr>
            <w:tcW w:w="4059" w:type="dxa"/>
          </w:tcPr>
          <w:p w14:paraId="0501068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2012B67D" w14:textId="13652312" w:rsidTr="00681439">
        <w:trPr>
          <w:jc w:val="center"/>
        </w:trPr>
        <w:tc>
          <w:tcPr>
            <w:tcW w:w="5543" w:type="dxa"/>
            <w:vAlign w:val="center"/>
          </w:tcPr>
          <w:p w14:paraId="16F5A6C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Выбор репертуара на основе сказок и произведений народов России</w:t>
            </w:r>
          </w:p>
        </w:tc>
        <w:tc>
          <w:tcPr>
            <w:tcW w:w="851" w:type="dxa"/>
            <w:vAlign w:val="center"/>
          </w:tcPr>
          <w:p w14:paraId="690C20A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114D398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Октябрь 2026 года</w:t>
            </w:r>
          </w:p>
        </w:tc>
        <w:tc>
          <w:tcPr>
            <w:tcW w:w="2835" w:type="dxa"/>
            <w:vAlign w:val="center"/>
          </w:tcPr>
          <w:p w14:paraId="5AA5A75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Руководитель школьного театра; учителя начальных классов</w:t>
            </w:r>
          </w:p>
        </w:tc>
        <w:tc>
          <w:tcPr>
            <w:tcW w:w="4059" w:type="dxa"/>
          </w:tcPr>
          <w:p w14:paraId="29FF26D5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17FA07C4" w14:textId="3C81832F" w:rsidTr="00681439">
        <w:trPr>
          <w:jc w:val="center"/>
        </w:trPr>
        <w:tc>
          <w:tcPr>
            <w:tcW w:w="5543" w:type="dxa"/>
            <w:vAlign w:val="center"/>
          </w:tcPr>
          <w:p w14:paraId="08EF9E2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Подготовка и показ зимней постановки</w:t>
            </w:r>
          </w:p>
        </w:tc>
        <w:tc>
          <w:tcPr>
            <w:tcW w:w="851" w:type="dxa"/>
            <w:vAlign w:val="center"/>
          </w:tcPr>
          <w:p w14:paraId="6B91D46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548DE4F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 xml:space="preserve">Ноябрь–декабрь </w:t>
            </w:r>
            <w:r w:rsidRPr="00E07358">
              <w:rPr>
                <w:rFonts w:cs="Times New Roman"/>
                <w:sz w:val="24"/>
                <w:szCs w:val="24"/>
              </w:rPr>
              <w:lastRenderedPageBreak/>
              <w:t>2026 года</w:t>
            </w:r>
          </w:p>
        </w:tc>
        <w:tc>
          <w:tcPr>
            <w:tcW w:w="2835" w:type="dxa"/>
            <w:vAlign w:val="center"/>
          </w:tcPr>
          <w:p w14:paraId="629562B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lastRenderedPageBreak/>
              <w:t>Руководитель школьного театра</w:t>
            </w:r>
          </w:p>
        </w:tc>
        <w:tc>
          <w:tcPr>
            <w:tcW w:w="4059" w:type="dxa"/>
          </w:tcPr>
          <w:p w14:paraId="4F9278B1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3C4C5D04" w14:textId="412CF73E" w:rsidTr="00681439">
        <w:trPr>
          <w:jc w:val="center"/>
        </w:trPr>
        <w:tc>
          <w:tcPr>
            <w:tcW w:w="5543" w:type="dxa"/>
            <w:vAlign w:val="center"/>
          </w:tcPr>
          <w:p w14:paraId="6E089D8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Театральная постановка к весеннему празднику</w:t>
            </w:r>
          </w:p>
        </w:tc>
        <w:tc>
          <w:tcPr>
            <w:tcW w:w="851" w:type="dxa"/>
            <w:vAlign w:val="center"/>
          </w:tcPr>
          <w:p w14:paraId="5B902E2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4546FCB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Март 2027 года</w:t>
            </w:r>
          </w:p>
        </w:tc>
        <w:tc>
          <w:tcPr>
            <w:tcW w:w="2835" w:type="dxa"/>
            <w:vAlign w:val="center"/>
          </w:tcPr>
          <w:p w14:paraId="4F599F98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Руководитель школьного театра</w:t>
            </w:r>
          </w:p>
        </w:tc>
        <w:tc>
          <w:tcPr>
            <w:tcW w:w="4059" w:type="dxa"/>
          </w:tcPr>
          <w:p w14:paraId="7515D04D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053509B1" w14:textId="60E4FE73" w:rsidTr="00681439">
        <w:trPr>
          <w:jc w:val="center"/>
        </w:trPr>
        <w:tc>
          <w:tcPr>
            <w:tcW w:w="5543" w:type="dxa"/>
            <w:vAlign w:val="center"/>
          </w:tcPr>
          <w:p w14:paraId="58993147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Школьный театральный фестиваль</w:t>
            </w:r>
          </w:p>
        </w:tc>
        <w:tc>
          <w:tcPr>
            <w:tcW w:w="851" w:type="dxa"/>
            <w:vAlign w:val="center"/>
          </w:tcPr>
          <w:p w14:paraId="08044DE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282E74D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Апрель 2027 года</w:t>
            </w:r>
          </w:p>
        </w:tc>
        <w:tc>
          <w:tcPr>
            <w:tcW w:w="2835" w:type="dxa"/>
            <w:vAlign w:val="center"/>
          </w:tcPr>
          <w:p w14:paraId="1944F34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руководитель школьного театра</w:t>
            </w:r>
          </w:p>
        </w:tc>
        <w:tc>
          <w:tcPr>
            <w:tcW w:w="4059" w:type="dxa"/>
          </w:tcPr>
          <w:p w14:paraId="4C0271F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57FFE369" w14:textId="14DA2789" w:rsidTr="00681439">
        <w:trPr>
          <w:jc w:val="center"/>
        </w:trPr>
        <w:tc>
          <w:tcPr>
            <w:tcW w:w="5543" w:type="dxa"/>
            <w:vAlign w:val="center"/>
          </w:tcPr>
          <w:p w14:paraId="5EC16F3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Участие в муниципальном театральном конкурсе</w:t>
            </w:r>
          </w:p>
        </w:tc>
        <w:tc>
          <w:tcPr>
            <w:tcW w:w="851" w:type="dxa"/>
            <w:vAlign w:val="center"/>
          </w:tcPr>
          <w:p w14:paraId="3DD384D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559" w:type="dxa"/>
            <w:vAlign w:val="center"/>
          </w:tcPr>
          <w:p w14:paraId="769CF8D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календарю организаторов</w:t>
            </w:r>
          </w:p>
        </w:tc>
        <w:tc>
          <w:tcPr>
            <w:tcW w:w="2835" w:type="dxa"/>
            <w:vAlign w:val="center"/>
          </w:tcPr>
          <w:p w14:paraId="7F04034F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Руководитель школьного театра</w:t>
            </w:r>
          </w:p>
        </w:tc>
        <w:tc>
          <w:tcPr>
            <w:tcW w:w="4059" w:type="dxa"/>
          </w:tcPr>
          <w:p w14:paraId="102B6559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0EC41AC6" w14:textId="77777777" w:rsidR="00226F36" w:rsidRPr="00E07358" w:rsidRDefault="00226F36">
      <w:pPr>
        <w:spacing w:after="0"/>
        <w:rPr>
          <w:rFonts w:cs="Times New Roman"/>
          <w:sz w:val="24"/>
          <w:szCs w:val="24"/>
        </w:rPr>
      </w:pPr>
    </w:p>
    <w:p w14:paraId="1443D96D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>ВАРИАТИВНЫЙ МОДУЛЬ «ШКОЛЬНЫЙ МУЗЕЙ» (ПРИ НАЛИЧИИ)</w:t>
      </w:r>
    </w:p>
    <w:tbl>
      <w:tblPr>
        <w:tblStyle w:val="aff0"/>
        <w:tblW w:w="14776" w:type="dxa"/>
        <w:jc w:val="center"/>
        <w:tblLayout w:type="fixed"/>
        <w:tblLook w:val="04A0" w:firstRow="1" w:lastRow="0" w:firstColumn="1" w:lastColumn="0" w:noHBand="0" w:noVBand="1"/>
      </w:tblPr>
      <w:tblGrid>
        <w:gridCol w:w="5507"/>
        <w:gridCol w:w="851"/>
        <w:gridCol w:w="1559"/>
        <w:gridCol w:w="2835"/>
        <w:gridCol w:w="4024"/>
      </w:tblGrid>
      <w:tr w:rsidR="00DE1B63" w:rsidRPr="00E07358" w14:paraId="6D5B2946" w14:textId="3BF00837" w:rsidTr="00681439">
        <w:trPr>
          <w:tblHeader/>
          <w:jc w:val="center"/>
        </w:trPr>
        <w:tc>
          <w:tcPr>
            <w:tcW w:w="5507" w:type="dxa"/>
            <w:shd w:val="clear" w:color="auto" w:fill="D9EAF7"/>
            <w:vAlign w:val="center"/>
          </w:tcPr>
          <w:p w14:paraId="09F8E69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1" w:type="dxa"/>
            <w:shd w:val="clear" w:color="auto" w:fill="D9EAF7"/>
            <w:vAlign w:val="center"/>
          </w:tcPr>
          <w:p w14:paraId="2CB401D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shd w:val="clear" w:color="auto" w:fill="D9EAF7"/>
            <w:vAlign w:val="center"/>
          </w:tcPr>
          <w:p w14:paraId="10B7185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5B2D211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4024" w:type="dxa"/>
            <w:shd w:val="clear" w:color="auto" w:fill="D9EAF7"/>
          </w:tcPr>
          <w:p w14:paraId="0277ECA4" w14:textId="720794BA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E1B63" w:rsidRPr="00E07358" w14:paraId="1C701A3A" w14:textId="4DBE0E11" w:rsidTr="00681439">
        <w:trPr>
          <w:jc w:val="center"/>
        </w:trPr>
        <w:tc>
          <w:tcPr>
            <w:tcW w:w="5507" w:type="dxa"/>
            <w:vAlign w:val="center"/>
          </w:tcPr>
          <w:p w14:paraId="5D4B4BED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Обзорная экскурсия «Знакомство с нашим музеем»</w:t>
            </w:r>
          </w:p>
        </w:tc>
        <w:tc>
          <w:tcPr>
            <w:tcW w:w="851" w:type="dxa"/>
            <w:vAlign w:val="center"/>
          </w:tcPr>
          <w:p w14:paraId="2CACB9B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95D433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 2026 года</w:t>
            </w:r>
          </w:p>
        </w:tc>
        <w:tc>
          <w:tcPr>
            <w:tcW w:w="2835" w:type="dxa"/>
            <w:vAlign w:val="center"/>
          </w:tcPr>
          <w:p w14:paraId="09E7CB5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Руководитель школьного музея</w:t>
            </w:r>
          </w:p>
        </w:tc>
        <w:tc>
          <w:tcPr>
            <w:tcW w:w="4024" w:type="dxa"/>
          </w:tcPr>
          <w:p w14:paraId="0F2E8EC1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1E32ECA3" w14:textId="08272DCD" w:rsidTr="00681439">
        <w:trPr>
          <w:jc w:val="center"/>
        </w:trPr>
        <w:tc>
          <w:tcPr>
            <w:tcW w:w="5507" w:type="dxa"/>
            <w:vAlign w:val="center"/>
          </w:tcPr>
          <w:p w14:paraId="13AAEC3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Тематическая экскурсия «История нашей школы»</w:t>
            </w:r>
          </w:p>
        </w:tc>
        <w:tc>
          <w:tcPr>
            <w:tcW w:w="851" w:type="dxa"/>
            <w:vAlign w:val="center"/>
          </w:tcPr>
          <w:p w14:paraId="1F34452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559" w:type="dxa"/>
            <w:vAlign w:val="center"/>
          </w:tcPr>
          <w:p w14:paraId="334DE73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Октябрь 2026 года; март 2027 года</w:t>
            </w:r>
          </w:p>
        </w:tc>
        <w:tc>
          <w:tcPr>
            <w:tcW w:w="2835" w:type="dxa"/>
            <w:vAlign w:val="center"/>
          </w:tcPr>
          <w:p w14:paraId="4EAB56EF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Руководитель школьного музея</w:t>
            </w:r>
          </w:p>
        </w:tc>
        <w:tc>
          <w:tcPr>
            <w:tcW w:w="4024" w:type="dxa"/>
          </w:tcPr>
          <w:p w14:paraId="6214C0FA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00120C6F" w14:textId="513C16CD" w:rsidTr="00681439">
        <w:trPr>
          <w:jc w:val="center"/>
        </w:trPr>
        <w:tc>
          <w:tcPr>
            <w:tcW w:w="5507" w:type="dxa"/>
            <w:vAlign w:val="center"/>
          </w:tcPr>
          <w:p w14:paraId="22ACEC9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Краеведческий проект «История моего района»</w:t>
            </w:r>
          </w:p>
        </w:tc>
        <w:tc>
          <w:tcPr>
            <w:tcW w:w="851" w:type="dxa"/>
            <w:vAlign w:val="center"/>
          </w:tcPr>
          <w:p w14:paraId="5EFCA88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559" w:type="dxa"/>
            <w:vAlign w:val="center"/>
          </w:tcPr>
          <w:p w14:paraId="1DDB31A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 2026 года — май 2027 года</w:t>
            </w:r>
          </w:p>
        </w:tc>
        <w:tc>
          <w:tcPr>
            <w:tcW w:w="2835" w:type="dxa"/>
            <w:vAlign w:val="center"/>
          </w:tcPr>
          <w:p w14:paraId="7D0D3E0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Руководитель школьного музея; классные руководители</w:t>
            </w:r>
          </w:p>
        </w:tc>
        <w:tc>
          <w:tcPr>
            <w:tcW w:w="4024" w:type="dxa"/>
          </w:tcPr>
          <w:p w14:paraId="0943AA7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479FA35C" w14:textId="03EF519B" w:rsidTr="00681439">
        <w:trPr>
          <w:jc w:val="center"/>
        </w:trPr>
        <w:tc>
          <w:tcPr>
            <w:tcW w:w="5507" w:type="dxa"/>
            <w:vAlign w:val="center"/>
          </w:tcPr>
          <w:p w14:paraId="4F73A91C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Выставка «Старые школьные принадлежности»</w:t>
            </w:r>
          </w:p>
        </w:tc>
        <w:tc>
          <w:tcPr>
            <w:tcW w:w="851" w:type="dxa"/>
            <w:vAlign w:val="center"/>
          </w:tcPr>
          <w:p w14:paraId="232B662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52FA922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Декабрь 2026 года</w:t>
            </w:r>
          </w:p>
        </w:tc>
        <w:tc>
          <w:tcPr>
            <w:tcW w:w="2835" w:type="dxa"/>
            <w:vAlign w:val="center"/>
          </w:tcPr>
          <w:p w14:paraId="71C5AD8B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Руководитель школьного музея</w:t>
            </w:r>
          </w:p>
        </w:tc>
        <w:tc>
          <w:tcPr>
            <w:tcW w:w="4024" w:type="dxa"/>
          </w:tcPr>
          <w:p w14:paraId="0F1A4788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71E9FDFF" w14:textId="7E36E3ED" w:rsidTr="00681439">
        <w:trPr>
          <w:jc w:val="center"/>
        </w:trPr>
        <w:tc>
          <w:tcPr>
            <w:tcW w:w="5507" w:type="dxa"/>
            <w:vAlign w:val="center"/>
          </w:tcPr>
          <w:p w14:paraId="524ACF9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Проект «История одной семейной реликвии»</w:t>
            </w:r>
          </w:p>
        </w:tc>
        <w:tc>
          <w:tcPr>
            <w:tcW w:w="851" w:type="dxa"/>
            <w:vAlign w:val="center"/>
          </w:tcPr>
          <w:p w14:paraId="1B0BE06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559" w:type="dxa"/>
            <w:vAlign w:val="center"/>
          </w:tcPr>
          <w:p w14:paraId="31ABA60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Январь–март 2027 года</w:t>
            </w:r>
          </w:p>
        </w:tc>
        <w:tc>
          <w:tcPr>
            <w:tcW w:w="2835" w:type="dxa"/>
            <w:vAlign w:val="center"/>
          </w:tcPr>
          <w:p w14:paraId="210C5A1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Руководитель школьного музея</w:t>
            </w:r>
          </w:p>
        </w:tc>
        <w:tc>
          <w:tcPr>
            <w:tcW w:w="4024" w:type="dxa"/>
          </w:tcPr>
          <w:p w14:paraId="1AD2EBCB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687843F5" w14:textId="28AC856B" w:rsidTr="00681439">
        <w:trPr>
          <w:jc w:val="center"/>
        </w:trPr>
        <w:tc>
          <w:tcPr>
            <w:tcW w:w="5507" w:type="dxa"/>
            <w:vAlign w:val="center"/>
          </w:tcPr>
          <w:p w14:paraId="38C21C5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Выставка «Великая Отечественная война в семейных архивах»</w:t>
            </w:r>
          </w:p>
        </w:tc>
        <w:tc>
          <w:tcPr>
            <w:tcW w:w="851" w:type="dxa"/>
            <w:vAlign w:val="center"/>
          </w:tcPr>
          <w:p w14:paraId="09C532D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559" w:type="dxa"/>
            <w:vAlign w:val="center"/>
          </w:tcPr>
          <w:p w14:paraId="6D3CD6D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Апрель–май 2027 года</w:t>
            </w:r>
          </w:p>
        </w:tc>
        <w:tc>
          <w:tcPr>
            <w:tcW w:w="2835" w:type="dxa"/>
            <w:vAlign w:val="center"/>
          </w:tcPr>
          <w:p w14:paraId="520A1945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Руководитель школьного музея</w:t>
            </w:r>
          </w:p>
        </w:tc>
        <w:tc>
          <w:tcPr>
            <w:tcW w:w="4024" w:type="dxa"/>
          </w:tcPr>
          <w:p w14:paraId="7D8715F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7958414A" w14:textId="42627222" w:rsidTr="00681439">
        <w:trPr>
          <w:jc w:val="center"/>
        </w:trPr>
        <w:tc>
          <w:tcPr>
            <w:tcW w:w="5507" w:type="dxa"/>
            <w:vAlign w:val="center"/>
          </w:tcPr>
          <w:p w14:paraId="68D3EA5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Встреча с ветеранами педагогического труда и местными краеведами</w:t>
            </w:r>
          </w:p>
        </w:tc>
        <w:tc>
          <w:tcPr>
            <w:tcW w:w="851" w:type="dxa"/>
            <w:vAlign w:val="center"/>
          </w:tcPr>
          <w:p w14:paraId="24D0F6E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559" w:type="dxa"/>
            <w:vAlign w:val="center"/>
          </w:tcPr>
          <w:p w14:paraId="7F9BB3D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835" w:type="dxa"/>
            <w:vAlign w:val="center"/>
          </w:tcPr>
          <w:p w14:paraId="134FD983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Руководитель школьного музея</w:t>
            </w:r>
          </w:p>
        </w:tc>
        <w:tc>
          <w:tcPr>
            <w:tcW w:w="4024" w:type="dxa"/>
          </w:tcPr>
          <w:p w14:paraId="55C14E41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49CDB7C2" w14:textId="77777777" w:rsidR="00226F36" w:rsidRPr="00E07358" w:rsidRDefault="00226F36">
      <w:pPr>
        <w:spacing w:after="0"/>
        <w:rPr>
          <w:rFonts w:cs="Times New Roman"/>
          <w:sz w:val="24"/>
          <w:szCs w:val="24"/>
        </w:rPr>
      </w:pPr>
    </w:p>
    <w:p w14:paraId="740F5B53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>ВАРИАТИВНЫЙ МОДУЛЬ «ДОБРОВОЛЬЧЕСКАЯ ДЕЯТЕЛЬНОСТЬ (ВОЛОНТЁРСТВО)»</w:t>
      </w:r>
    </w:p>
    <w:tbl>
      <w:tblPr>
        <w:tblStyle w:val="aff0"/>
        <w:tblW w:w="14708" w:type="dxa"/>
        <w:jc w:val="center"/>
        <w:tblLayout w:type="fixed"/>
        <w:tblLook w:val="04A0" w:firstRow="1" w:lastRow="0" w:firstColumn="1" w:lastColumn="0" w:noHBand="0" w:noVBand="1"/>
      </w:tblPr>
      <w:tblGrid>
        <w:gridCol w:w="5473"/>
        <w:gridCol w:w="851"/>
        <w:gridCol w:w="1559"/>
        <w:gridCol w:w="2835"/>
        <w:gridCol w:w="3990"/>
      </w:tblGrid>
      <w:tr w:rsidR="00DE1B63" w:rsidRPr="00E07358" w14:paraId="303AE65F" w14:textId="2F5A17D0" w:rsidTr="00681439">
        <w:trPr>
          <w:tblHeader/>
          <w:jc w:val="center"/>
        </w:trPr>
        <w:tc>
          <w:tcPr>
            <w:tcW w:w="5473" w:type="dxa"/>
            <w:shd w:val="clear" w:color="auto" w:fill="D9EAF7"/>
            <w:vAlign w:val="center"/>
          </w:tcPr>
          <w:p w14:paraId="0C2F74C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1" w:type="dxa"/>
            <w:shd w:val="clear" w:color="auto" w:fill="D9EAF7"/>
            <w:vAlign w:val="center"/>
          </w:tcPr>
          <w:p w14:paraId="13A04A1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shd w:val="clear" w:color="auto" w:fill="D9EAF7"/>
            <w:vAlign w:val="center"/>
          </w:tcPr>
          <w:p w14:paraId="0748277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761F7791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990" w:type="dxa"/>
            <w:shd w:val="clear" w:color="auto" w:fill="D9EAF7"/>
          </w:tcPr>
          <w:p w14:paraId="2E504C3F" w14:textId="27E19264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E1B63" w:rsidRPr="00A568BB" w14:paraId="05C0B8AD" w14:textId="5989E3E1" w:rsidTr="00681439">
        <w:trPr>
          <w:jc w:val="center"/>
        </w:trPr>
        <w:tc>
          <w:tcPr>
            <w:tcW w:w="5473" w:type="dxa"/>
            <w:vAlign w:val="center"/>
          </w:tcPr>
          <w:p w14:paraId="5EA4852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Акция заботы о животных «Лапа помощи»</w:t>
            </w:r>
          </w:p>
        </w:tc>
        <w:tc>
          <w:tcPr>
            <w:tcW w:w="851" w:type="dxa"/>
            <w:vAlign w:val="center"/>
          </w:tcPr>
          <w:p w14:paraId="6896182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6129F705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Октябрь 2026 года; март 2027 года</w:t>
            </w:r>
          </w:p>
        </w:tc>
        <w:tc>
          <w:tcPr>
            <w:tcW w:w="2835" w:type="dxa"/>
            <w:vAlign w:val="center"/>
          </w:tcPr>
          <w:p w14:paraId="21F66D0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объединениями; социальный педагог</w:t>
            </w:r>
          </w:p>
        </w:tc>
        <w:tc>
          <w:tcPr>
            <w:tcW w:w="3990" w:type="dxa"/>
          </w:tcPr>
          <w:p w14:paraId="19F8042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3E49BEDA" w14:textId="5AC44F11" w:rsidTr="00681439">
        <w:trPr>
          <w:jc w:val="center"/>
        </w:trPr>
        <w:tc>
          <w:tcPr>
            <w:tcW w:w="5473" w:type="dxa"/>
            <w:vAlign w:val="center"/>
          </w:tcPr>
          <w:p w14:paraId="4D797B3F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Экологическая акция по раздельному сбору макулатуры и безопасного вторичного сырья</w:t>
            </w:r>
          </w:p>
        </w:tc>
        <w:tc>
          <w:tcPr>
            <w:tcW w:w="851" w:type="dxa"/>
            <w:vAlign w:val="center"/>
          </w:tcPr>
          <w:p w14:paraId="4879F4C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09B06EC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835" w:type="dxa"/>
            <w:vAlign w:val="center"/>
          </w:tcPr>
          <w:p w14:paraId="5096A52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Классные руководители; ответственный работник школы</w:t>
            </w:r>
          </w:p>
        </w:tc>
        <w:tc>
          <w:tcPr>
            <w:tcW w:w="3990" w:type="dxa"/>
          </w:tcPr>
          <w:p w14:paraId="381A258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7D2C83BE" w14:textId="5E1E8A87" w:rsidTr="00681439">
        <w:trPr>
          <w:jc w:val="center"/>
        </w:trPr>
        <w:tc>
          <w:tcPr>
            <w:tcW w:w="5473" w:type="dxa"/>
            <w:vAlign w:val="center"/>
          </w:tcPr>
          <w:p w14:paraId="2E2B7F3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Творческая акция «Открытка добра» для пожилых людей и ветеранов педагогического труда</w:t>
            </w:r>
          </w:p>
        </w:tc>
        <w:tc>
          <w:tcPr>
            <w:tcW w:w="851" w:type="dxa"/>
            <w:vAlign w:val="center"/>
          </w:tcPr>
          <w:p w14:paraId="55BB7E6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14EC013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Октябрь 2026 года; февраль–май 2027 года</w:t>
            </w:r>
          </w:p>
        </w:tc>
        <w:tc>
          <w:tcPr>
            <w:tcW w:w="2835" w:type="dxa"/>
            <w:vAlign w:val="center"/>
          </w:tcPr>
          <w:p w14:paraId="3CF77ABD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3990" w:type="dxa"/>
          </w:tcPr>
          <w:p w14:paraId="54B538C1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336F1CB3" w14:textId="474F2A8A" w:rsidTr="00681439">
        <w:trPr>
          <w:jc w:val="center"/>
        </w:trPr>
        <w:tc>
          <w:tcPr>
            <w:tcW w:w="5473" w:type="dxa"/>
            <w:vAlign w:val="center"/>
          </w:tcPr>
          <w:p w14:paraId="2FC6FD1F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Проект «Книжка в подарок»</w:t>
            </w:r>
          </w:p>
        </w:tc>
        <w:tc>
          <w:tcPr>
            <w:tcW w:w="851" w:type="dxa"/>
            <w:vAlign w:val="center"/>
          </w:tcPr>
          <w:p w14:paraId="7FE953B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353DA24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Декабрь 2026 года</w:t>
            </w:r>
          </w:p>
        </w:tc>
        <w:tc>
          <w:tcPr>
            <w:tcW w:w="2835" w:type="dxa"/>
            <w:vAlign w:val="center"/>
          </w:tcPr>
          <w:p w14:paraId="1887F92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Школьный библиотекарь; социальный педагог</w:t>
            </w:r>
          </w:p>
        </w:tc>
        <w:tc>
          <w:tcPr>
            <w:tcW w:w="3990" w:type="dxa"/>
          </w:tcPr>
          <w:p w14:paraId="431FD596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3A2A8413" w14:textId="3751B316" w:rsidTr="00681439">
        <w:trPr>
          <w:jc w:val="center"/>
        </w:trPr>
        <w:tc>
          <w:tcPr>
            <w:tcW w:w="5473" w:type="dxa"/>
            <w:vAlign w:val="center"/>
          </w:tcPr>
          <w:p w14:paraId="48ACC15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Благотворительная ярмарка детских творческих работ при наличии локального порядка</w:t>
            </w:r>
          </w:p>
        </w:tc>
        <w:tc>
          <w:tcPr>
            <w:tcW w:w="851" w:type="dxa"/>
            <w:vAlign w:val="center"/>
          </w:tcPr>
          <w:p w14:paraId="2681F6E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62EAD782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Декабрь 2026 года или апрель 2027 года</w:t>
            </w:r>
          </w:p>
        </w:tc>
        <w:tc>
          <w:tcPr>
            <w:tcW w:w="2835" w:type="dxa"/>
            <w:vAlign w:val="center"/>
          </w:tcPr>
          <w:p w14:paraId="665A884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Заместитель директора по воспитательной работе; педагог-организатор</w:t>
            </w:r>
          </w:p>
        </w:tc>
        <w:tc>
          <w:tcPr>
            <w:tcW w:w="3990" w:type="dxa"/>
          </w:tcPr>
          <w:p w14:paraId="5450136E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35B93BCC" w14:textId="1F0644E5" w:rsidTr="00681439">
        <w:trPr>
          <w:jc w:val="center"/>
        </w:trPr>
        <w:tc>
          <w:tcPr>
            <w:tcW w:w="5473" w:type="dxa"/>
            <w:vAlign w:val="center"/>
          </w:tcPr>
          <w:p w14:paraId="0C19B1E9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День добрых дел</w:t>
            </w:r>
          </w:p>
        </w:tc>
        <w:tc>
          <w:tcPr>
            <w:tcW w:w="851" w:type="dxa"/>
            <w:vAlign w:val="center"/>
          </w:tcPr>
          <w:p w14:paraId="50CAE56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12D05FC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календарю организаторов</w:t>
            </w:r>
          </w:p>
        </w:tc>
        <w:tc>
          <w:tcPr>
            <w:tcW w:w="2835" w:type="dxa"/>
            <w:vAlign w:val="center"/>
          </w:tcPr>
          <w:p w14:paraId="5EF69B86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3990" w:type="dxa"/>
          </w:tcPr>
          <w:p w14:paraId="4E8DC82D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373D9249" w14:textId="30454F06" w:rsidTr="00681439">
        <w:trPr>
          <w:jc w:val="center"/>
        </w:trPr>
        <w:tc>
          <w:tcPr>
            <w:tcW w:w="5473" w:type="dxa"/>
            <w:vAlign w:val="center"/>
          </w:tcPr>
          <w:p w14:paraId="1E37CBF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Итоговая встреча «Маленькие дела — большая помощь»</w:t>
            </w:r>
          </w:p>
        </w:tc>
        <w:tc>
          <w:tcPr>
            <w:tcW w:w="851" w:type="dxa"/>
            <w:vAlign w:val="center"/>
          </w:tcPr>
          <w:p w14:paraId="5D9887D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559" w:type="dxa"/>
            <w:vAlign w:val="center"/>
          </w:tcPr>
          <w:p w14:paraId="3F9F2289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Май 2027 года</w:t>
            </w:r>
          </w:p>
        </w:tc>
        <w:tc>
          <w:tcPr>
            <w:tcW w:w="2835" w:type="dxa"/>
            <w:vAlign w:val="center"/>
          </w:tcPr>
          <w:p w14:paraId="56FCB1C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 xml:space="preserve">Советник директора по воспитанию и взаимодействию с детскими общественными </w:t>
            </w:r>
            <w:r w:rsidRPr="00E07358">
              <w:rPr>
                <w:rFonts w:cs="Times New Roman"/>
                <w:sz w:val="24"/>
                <w:szCs w:val="24"/>
                <w:lang w:val="ru-RU"/>
              </w:rPr>
              <w:lastRenderedPageBreak/>
              <w:t>объединениями</w:t>
            </w:r>
          </w:p>
        </w:tc>
        <w:tc>
          <w:tcPr>
            <w:tcW w:w="3990" w:type="dxa"/>
          </w:tcPr>
          <w:p w14:paraId="6DF5698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5021D6AE" w14:textId="77777777" w:rsidR="00226F36" w:rsidRPr="00E07358" w:rsidRDefault="00226F36">
      <w:pPr>
        <w:spacing w:after="0"/>
        <w:rPr>
          <w:rFonts w:cs="Times New Roman"/>
          <w:sz w:val="24"/>
          <w:szCs w:val="24"/>
          <w:lang w:val="ru-RU"/>
        </w:rPr>
      </w:pPr>
    </w:p>
    <w:p w14:paraId="0452DC95" w14:textId="77777777" w:rsidR="00681439" w:rsidRPr="00E07358" w:rsidRDefault="00681439">
      <w:pPr>
        <w:spacing w:before="180" w:after="80"/>
        <w:jc w:val="center"/>
        <w:rPr>
          <w:rFonts w:cs="Times New Roman"/>
          <w:b/>
          <w:sz w:val="24"/>
          <w:szCs w:val="24"/>
          <w:lang w:val="ru-RU"/>
        </w:rPr>
      </w:pPr>
    </w:p>
    <w:p w14:paraId="5DBBC5FD" w14:textId="77777777" w:rsidR="00681439" w:rsidRPr="00E07358" w:rsidRDefault="00681439">
      <w:pPr>
        <w:spacing w:before="180" w:after="80"/>
        <w:jc w:val="center"/>
        <w:rPr>
          <w:rFonts w:cs="Times New Roman"/>
          <w:b/>
          <w:sz w:val="24"/>
          <w:szCs w:val="24"/>
          <w:lang w:val="ru-RU"/>
        </w:rPr>
      </w:pPr>
    </w:p>
    <w:p w14:paraId="3D35BB16" w14:textId="79E4E896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>ВАРИАТИВНЫЙ МОДУЛЬ «ШКОЛЬНЫЕ СПОРТИВНЫЕ КЛУБЫ» (ПРИ НАЛИЧИИ)</w:t>
      </w:r>
    </w:p>
    <w:tbl>
      <w:tblPr>
        <w:tblStyle w:val="aff0"/>
        <w:tblW w:w="14580" w:type="dxa"/>
        <w:jc w:val="center"/>
        <w:tblLayout w:type="fixed"/>
        <w:tblLook w:val="04A0" w:firstRow="1" w:lastRow="0" w:firstColumn="1" w:lastColumn="0" w:noHBand="0" w:noVBand="1"/>
      </w:tblPr>
      <w:tblGrid>
        <w:gridCol w:w="5409"/>
        <w:gridCol w:w="851"/>
        <w:gridCol w:w="1559"/>
        <w:gridCol w:w="2835"/>
        <w:gridCol w:w="3926"/>
      </w:tblGrid>
      <w:tr w:rsidR="00DE1B63" w:rsidRPr="00E07358" w14:paraId="06FACA06" w14:textId="00CDDB42" w:rsidTr="00681439">
        <w:trPr>
          <w:tblHeader/>
          <w:jc w:val="center"/>
        </w:trPr>
        <w:tc>
          <w:tcPr>
            <w:tcW w:w="5409" w:type="dxa"/>
            <w:shd w:val="clear" w:color="auto" w:fill="D9EAF7"/>
            <w:vAlign w:val="center"/>
          </w:tcPr>
          <w:p w14:paraId="515707B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851" w:type="dxa"/>
            <w:shd w:val="clear" w:color="auto" w:fill="D9EAF7"/>
            <w:vAlign w:val="center"/>
          </w:tcPr>
          <w:p w14:paraId="12CFF7B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shd w:val="clear" w:color="auto" w:fill="D9EAF7"/>
            <w:vAlign w:val="center"/>
          </w:tcPr>
          <w:p w14:paraId="4F5DC63F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5B8B384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926" w:type="dxa"/>
            <w:shd w:val="clear" w:color="auto" w:fill="D9EAF7"/>
          </w:tcPr>
          <w:p w14:paraId="74612B9F" w14:textId="13B9D2AF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E1B63" w:rsidRPr="00A568BB" w14:paraId="08A8317D" w14:textId="4ED358E4" w:rsidTr="00681439">
        <w:trPr>
          <w:jc w:val="center"/>
        </w:trPr>
        <w:tc>
          <w:tcPr>
            <w:tcW w:w="5409" w:type="dxa"/>
            <w:vAlign w:val="center"/>
          </w:tcPr>
          <w:p w14:paraId="5E24ED9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Работа спортивных секций школьного спортивного клуба</w:t>
            </w:r>
          </w:p>
        </w:tc>
        <w:tc>
          <w:tcPr>
            <w:tcW w:w="851" w:type="dxa"/>
            <w:vAlign w:val="center"/>
          </w:tcPr>
          <w:p w14:paraId="49BAC60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1D4B685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 течение учебного года по расписанию</w:t>
            </w:r>
          </w:p>
        </w:tc>
        <w:tc>
          <w:tcPr>
            <w:tcW w:w="2835" w:type="dxa"/>
            <w:vAlign w:val="center"/>
          </w:tcPr>
          <w:p w14:paraId="70EE7FC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Руководитель школьного спортивного клуба; учитель физической культуры</w:t>
            </w:r>
          </w:p>
        </w:tc>
        <w:tc>
          <w:tcPr>
            <w:tcW w:w="3926" w:type="dxa"/>
          </w:tcPr>
          <w:p w14:paraId="1D05F806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A568BB" w14:paraId="4307A3B3" w14:textId="0908C5D1" w:rsidTr="00681439">
        <w:trPr>
          <w:jc w:val="center"/>
        </w:trPr>
        <w:tc>
          <w:tcPr>
            <w:tcW w:w="5409" w:type="dxa"/>
            <w:vAlign w:val="center"/>
          </w:tcPr>
          <w:p w14:paraId="377F2D3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День здоровья «Движение — это жизнь»</w:t>
            </w:r>
          </w:p>
        </w:tc>
        <w:tc>
          <w:tcPr>
            <w:tcW w:w="851" w:type="dxa"/>
            <w:vAlign w:val="center"/>
          </w:tcPr>
          <w:p w14:paraId="24F5DE7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0765168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Сентябрь 2026 года; апрель 2027 года</w:t>
            </w:r>
          </w:p>
        </w:tc>
        <w:tc>
          <w:tcPr>
            <w:tcW w:w="2835" w:type="dxa"/>
            <w:vAlign w:val="center"/>
          </w:tcPr>
          <w:p w14:paraId="4C1E574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Учитель физической культуры; классные руководители</w:t>
            </w:r>
          </w:p>
        </w:tc>
        <w:tc>
          <w:tcPr>
            <w:tcW w:w="3926" w:type="dxa"/>
          </w:tcPr>
          <w:p w14:paraId="309988EA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6685CD68" w14:textId="0D26565F" w:rsidTr="00681439">
        <w:trPr>
          <w:jc w:val="center"/>
        </w:trPr>
        <w:tc>
          <w:tcPr>
            <w:tcW w:w="5409" w:type="dxa"/>
            <w:vAlign w:val="center"/>
          </w:tcPr>
          <w:p w14:paraId="171FE07F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Турнир по мини-футболу</w:t>
            </w:r>
          </w:p>
        </w:tc>
        <w:tc>
          <w:tcPr>
            <w:tcW w:w="851" w:type="dxa"/>
            <w:vAlign w:val="center"/>
          </w:tcPr>
          <w:p w14:paraId="3CF4332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559" w:type="dxa"/>
            <w:vAlign w:val="center"/>
          </w:tcPr>
          <w:p w14:paraId="7F5ABF1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Ноябрь 2026 года</w:t>
            </w:r>
          </w:p>
        </w:tc>
        <w:tc>
          <w:tcPr>
            <w:tcW w:w="2835" w:type="dxa"/>
            <w:vAlign w:val="center"/>
          </w:tcPr>
          <w:p w14:paraId="576205CF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3926" w:type="dxa"/>
          </w:tcPr>
          <w:p w14:paraId="12CC3A6E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01C9B997" w14:textId="3FEA3F1D" w:rsidTr="00681439">
        <w:trPr>
          <w:jc w:val="center"/>
        </w:trPr>
        <w:tc>
          <w:tcPr>
            <w:tcW w:w="5409" w:type="dxa"/>
            <w:vAlign w:val="center"/>
          </w:tcPr>
          <w:p w14:paraId="36260E9C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«Весёлые старты»</w:t>
            </w:r>
          </w:p>
        </w:tc>
        <w:tc>
          <w:tcPr>
            <w:tcW w:w="851" w:type="dxa"/>
            <w:vAlign w:val="center"/>
          </w:tcPr>
          <w:p w14:paraId="6D0B4BDD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656A4B4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Один раз в полугодие, по графику параллелей</w:t>
            </w:r>
          </w:p>
        </w:tc>
        <w:tc>
          <w:tcPr>
            <w:tcW w:w="2835" w:type="dxa"/>
            <w:vAlign w:val="center"/>
          </w:tcPr>
          <w:p w14:paraId="39D6D582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3926" w:type="dxa"/>
          </w:tcPr>
          <w:p w14:paraId="18841B5F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409343DB" w14:textId="1F1ACB34" w:rsidTr="00681439">
        <w:trPr>
          <w:jc w:val="center"/>
        </w:trPr>
        <w:tc>
          <w:tcPr>
            <w:tcW w:w="5409" w:type="dxa"/>
            <w:vAlign w:val="center"/>
          </w:tcPr>
          <w:p w14:paraId="32E195C5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Шахматный турнир</w:t>
            </w:r>
          </w:p>
        </w:tc>
        <w:tc>
          <w:tcPr>
            <w:tcW w:w="851" w:type="dxa"/>
            <w:vAlign w:val="center"/>
          </w:tcPr>
          <w:p w14:paraId="133B7E1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559" w:type="dxa"/>
            <w:vAlign w:val="center"/>
          </w:tcPr>
          <w:p w14:paraId="6C60E276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Март 2027 года</w:t>
            </w:r>
          </w:p>
        </w:tc>
        <w:tc>
          <w:tcPr>
            <w:tcW w:w="2835" w:type="dxa"/>
            <w:vAlign w:val="center"/>
          </w:tcPr>
          <w:p w14:paraId="5BDCCC37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Педагог дополнительного образования (при наличии)</w:t>
            </w:r>
          </w:p>
        </w:tc>
        <w:tc>
          <w:tcPr>
            <w:tcW w:w="3926" w:type="dxa"/>
          </w:tcPr>
          <w:p w14:paraId="61F24C8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3E2F7E4A" w14:textId="276DB6B3" w:rsidTr="00681439">
        <w:trPr>
          <w:jc w:val="center"/>
        </w:trPr>
        <w:tc>
          <w:tcPr>
            <w:tcW w:w="5409" w:type="dxa"/>
            <w:vAlign w:val="center"/>
          </w:tcPr>
          <w:p w14:paraId="6C9EF548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Подготовка и участие в мероприятиях комплекса ГТО с учётом возраста и медицинского допуска</w:t>
            </w:r>
          </w:p>
        </w:tc>
        <w:tc>
          <w:tcPr>
            <w:tcW w:w="851" w:type="dxa"/>
            <w:vAlign w:val="center"/>
          </w:tcPr>
          <w:p w14:paraId="2934CB5C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559" w:type="dxa"/>
            <w:vAlign w:val="center"/>
          </w:tcPr>
          <w:p w14:paraId="696A5A2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Апрель–май 2027 года</w:t>
            </w:r>
          </w:p>
        </w:tc>
        <w:tc>
          <w:tcPr>
            <w:tcW w:w="2835" w:type="dxa"/>
            <w:vAlign w:val="center"/>
          </w:tcPr>
          <w:p w14:paraId="301203FB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3926" w:type="dxa"/>
          </w:tcPr>
          <w:p w14:paraId="3706AF98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05DFF636" w14:textId="168B2766" w:rsidTr="00681439">
        <w:trPr>
          <w:jc w:val="center"/>
        </w:trPr>
        <w:tc>
          <w:tcPr>
            <w:tcW w:w="5409" w:type="dxa"/>
            <w:vAlign w:val="center"/>
          </w:tcPr>
          <w:p w14:paraId="3F0CA903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Спортивные мастер-классы с приглашёнными тренерами</w:t>
            </w:r>
          </w:p>
        </w:tc>
        <w:tc>
          <w:tcPr>
            <w:tcW w:w="851" w:type="dxa"/>
            <w:vAlign w:val="center"/>
          </w:tcPr>
          <w:p w14:paraId="63BCA08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5667E72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835" w:type="dxa"/>
            <w:vAlign w:val="center"/>
          </w:tcPr>
          <w:p w14:paraId="6B1B001B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Учитель физической культуры; тренеры — по согласованию</w:t>
            </w:r>
          </w:p>
        </w:tc>
        <w:tc>
          <w:tcPr>
            <w:tcW w:w="3926" w:type="dxa"/>
          </w:tcPr>
          <w:p w14:paraId="73732AF9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7BF52664" w14:textId="77777777" w:rsidR="00226F36" w:rsidRPr="00E07358" w:rsidRDefault="00226F36">
      <w:pPr>
        <w:spacing w:after="0"/>
        <w:rPr>
          <w:rFonts w:cs="Times New Roman"/>
          <w:sz w:val="24"/>
          <w:szCs w:val="24"/>
          <w:lang w:val="ru-RU"/>
        </w:rPr>
      </w:pPr>
    </w:p>
    <w:p w14:paraId="06CED40D" w14:textId="77777777" w:rsidR="00226F36" w:rsidRPr="00E07358" w:rsidRDefault="00FD266E">
      <w:pPr>
        <w:spacing w:before="180" w:after="80"/>
        <w:jc w:val="center"/>
        <w:rPr>
          <w:rFonts w:cs="Times New Roman"/>
          <w:sz w:val="24"/>
          <w:szCs w:val="24"/>
        </w:rPr>
      </w:pPr>
      <w:r w:rsidRPr="00E07358">
        <w:rPr>
          <w:rFonts w:cs="Times New Roman"/>
          <w:b/>
          <w:sz w:val="24"/>
          <w:szCs w:val="24"/>
        </w:rPr>
        <w:t>ВАРИАТИВНЫЙ МОДУЛЬ «НАСТАВНИЧЕСТВО»</w:t>
      </w:r>
    </w:p>
    <w:tbl>
      <w:tblPr>
        <w:tblStyle w:val="aff0"/>
        <w:tblW w:w="14528" w:type="dxa"/>
        <w:jc w:val="center"/>
        <w:tblLayout w:type="fixed"/>
        <w:tblLook w:val="04A0" w:firstRow="1" w:lastRow="0" w:firstColumn="1" w:lastColumn="0" w:noHBand="0" w:noVBand="1"/>
      </w:tblPr>
      <w:tblGrid>
        <w:gridCol w:w="5383"/>
        <w:gridCol w:w="851"/>
        <w:gridCol w:w="1559"/>
        <w:gridCol w:w="2835"/>
        <w:gridCol w:w="3900"/>
      </w:tblGrid>
      <w:tr w:rsidR="00DE1B63" w:rsidRPr="00E07358" w14:paraId="2FF634C5" w14:textId="38D53359" w:rsidTr="00681439">
        <w:trPr>
          <w:tblHeader/>
          <w:jc w:val="center"/>
        </w:trPr>
        <w:tc>
          <w:tcPr>
            <w:tcW w:w="5383" w:type="dxa"/>
            <w:shd w:val="clear" w:color="auto" w:fill="D9EAF7"/>
            <w:vAlign w:val="center"/>
          </w:tcPr>
          <w:p w14:paraId="47A9A4CE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lastRenderedPageBreak/>
              <w:t>Дела, события, мероприятия</w:t>
            </w:r>
          </w:p>
        </w:tc>
        <w:tc>
          <w:tcPr>
            <w:tcW w:w="851" w:type="dxa"/>
            <w:shd w:val="clear" w:color="auto" w:fill="D9EAF7"/>
            <w:vAlign w:val="center"/>
          </w:tcPr>
          <w:p w14:paraId="52244183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shd w:val="clear" w:color="auto" w:fill="D9EAF7"/>
            <w:vAlign w:val="center"/>
          </w:tcPr>
          <w:p w14:paraId="53F20DC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835" w:type="dxa"/>
            <w:shd w:val="clear" w:color="auto" w:fill="D9EAF7"/>
            <w:vAlign w:val="center"/>
          </w:tcPr>
          <w:p w14:paraId="0807D80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900" w:type="dxa"/>
            <w:shd w:val="clear" w:color="auto" w:fill="D9EAF7"/>
          </w:tcPr>
          <w:p w14:paraId="661FBF69" w14:textId="5AD43A92" w:rsidR="00DE1B63" w:rsidRPr="00E07358" w:rsidRDefault="00DE1B63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358">
              <w:rPr>
                <w:rFonts w:cs="Times New Roman"/>
                <w:b/>
                <w:sz w:val="24"/>
                <w:szCs w:val="24"/>
                <w:lang w:val="ru-RU"/>
              </w:rPr>
              <w:t>Отметка о выполнении</w:t>
            </w:r>
          </w:p>
        </w:tc>
      </w:tr>
      <w:tr w:rsidR="00DE1B63" w:rsidRPr="00E07358" w14:paraId="24A4355A" w14:textId="6AFF166E" w:rsidTr="00681439">
        <w:trPr>
          <w:jc w:val="center"/>
        </w:trPr>
        <w:tc>
          <w:tcPr>
            <w:tcW w:w="5383" w:type="dxa"/>
            <w:vAlign w:val="center"/>
          </w:tcPr>
          <w:p w14:paraId="135328F5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Педагогическое наставничество в проектной и творческой деятельности</w:t>
            </w:r>
          </w:p>
        </w:tc>
        <w:tc>
          <w:tcPr>
            <w:tcW w:w="851" w:type="dxa"/>
            <w:vAlign w:val="center"/>
          </w:tcPr>
          <w:p w14:paraId="78570C1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559" w:type="dxa"/>
            <w:vAlign w:val="center"/>
          </w:tcPr>
          <w:p w14:paraId="3E783E2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35" w:type="dxa"/>
            <w:vAlign w:val="center"/>
          </w:tcPr>
          <w:p w14:paraId="25F4350F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3900" w:type="dxa"/>
          </w:tcPr>
          <w:p w14:paraId="570C5A64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372F0ACA" w14:textId="0FF4A5D8" w:rsidTr="00681439">
        <w:trPr>
          <w:jc w:val="center"/>
        </w:trPr>
        <w:tc>
          <w:tcPr>
            <w:tcW w:w="5383" w:type="dxa"/>
            <w:vAlign w:val="center"/>
          </w:tcPr>
          <w:p w14:paraId="4A9F7A5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Программа взаимопомощи «Старшие помогают младшим»</w:t>
            </w:r>
          </w:p>
        </w:tc>
        <w:tc>
          <w:tcPr>
            <w:tcW w:w="851" w:type="dxa"/>
            <w:vAlign w:val="center"/>
          </w:tcPr>
          <w:p w14:paraId="632426E0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559" w:type="dxa"/>
            <w:vAlign w:val="center"/>
          </w:tcPr>
          <w:p w14:paraId="7CF45B1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В течение учебного года, в возрастосообразных формах</w:t>
            </w:r>
          </w:p>
        </w:tc>
        <w:tc>
          <w:tcPr>
            <w:tcW w:w="2835" w:type="dxa"/>
            <w:vAlign w:val="center"/>
          </w:tcPr>
          <w:p w14:paraId="45570A32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3900" w:type="dxa"/>
          </w:tcPr>
          <w:p w14:paraId="378AF815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E07358" w14:paraId="7A9AAEF8" w14:textId="695C0256" w:rsidTr="00681439">
        <w:trPr>
          <w:jc w:val="center"/>
        </w:trPr>
        <w:tc>
          <w:tcPr>
            <w:tcW w:w="5383" w:type="dxa"/>
            <w:vAlign w:val="center"/>
          </w:tcPr>
          <w:p w14:paraId="22BDAD11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Индивидуальное наставническое сопровождение обучающихся, испытывающих трудности в социализации</w:t>
            </w:r>
          </w:p>
        </w:tc>
        <w:tc>
          <w:tcPr>
            <w:tcW w:w="851" w:type="dxa"/>
            <w:vAlign w:val="center"/>
          </w:tcPr>
          <w:p w14:paraId="61A53C2A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1–4</w:t>
            </w:r>
          </w:p>
        </w:tc>
        <w:tc>
          <w:tcPr>
            <w:tcW w:w="1559" w:type="dxa"/>
            <w:vAlign w:val="center"/>
          </w:tcPr>
          <w:p w14:paraId="1B02130B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По индивидуальному плану</w:t>
            </w:r>
          </w:p>
        </w:tc>
        <w:tc>
          <w:tcPr>
            <w:tcW w:w="2835" w:type="dxa"/>
            <w:vAlign w:val="center"/>
          </w:tcPr>
          <w:p w14:paraId="39A1432C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Социальный педагог; педагог-психолог</w:t>
            </w:r>
          </w:p>
        </w:tc>
        <w:tc>
          <w:tcPr>
            <w:tcW w:w="3900" w:type="dxa"/>
          </w:tcPr>
          <w:p w14:paraId="09D28CBD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DE1B63" w:rsidRPr="00A568BB" w14:paraId="0E08F9D4" w14:textId="6D6DECEC" w:rsidTr="00681439">
        <w:trPr>
          <w:jc w:val="center"/>
        </w:trPr>
        <w:tc>
          <w:tcPr>
            <w:tcW w:w="5383" w:type="dxa"/>
            <w:vAlign w:val="center"/>
          </w:tcPr>
          <w:p w14:paraId="1B3764F2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Наставничество в деятельности детских инициатив и школьных медиа</w:t>
            </w:r>
          </w:p>
        </w:tc>
        <w:tc>
          <w:tcPr>
            <w:tcW w:w="851" w:type="dxa"/>
            <w:vAlign w:val="center"/>
          </w:tcPr>
          <w:p w14:paraId="37284D5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3–4</w:t>
            </w:r>
          </w:p>
        </w:tc>
        <w:tc>
          <w:tcPr>
            <w:tcW w:w="1559" w:type="dxa"/>
            <w:vAlign w:val="center"/>
          </w:tcPr>
          <w:p w14:paraId="202BC9A4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835" w:type="dxa"/>
            <w:vAlign w:val="center"/>
          </w:tcPr>
          <w:p w14:paraId="4AE3538C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Советник директора по воспитанию и взаимодействию с детскими общественными объединениями; ответственный за школьный медиацентр (при наличии)</w:t>
            </w:r>
          </w:p>
        </w:tc>
        <w:tc>
          <w:tcPr>
            <w:tcW w:w="3900" w:type="dxa"/>
          </w:tcPr>
          <w:p w14:paraId="2D2717C4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E1B63" w:rsidRPr="00E07358" w14:paraId="6931F08F" w14:textId="4FC781C2" w:rsidTr="00681439">
        <w:trPr>
          <w:jc w:val="center"/>
        </w:trPr>
        <w:tc>
          <w:tcPr>
            <w:tcW w:w="5383" w:type="dxa"/>
            <w:vAlign w:val="center"/>
          </w:tcPr>
          <w:p w14:paraId="0964F6F0" w14:textId="77777777" w:rsidR="00DE1B63" w:rsidRPr="00E07358" w:rsidRDefault="00DE1B63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07358">
              <w:rPr>
                <w:rFonts w:cs="Times New Roman"/>
                <w:sz w:val="24"/>
                <w:szCs w:val="24"/>
                <w:lang w:val="ru-RU"/>
              </w:rPr>
              <w:t>Итоговая встреча «Чему мы научились друг у друга»</w:t>
            </w:r>
          </w:p>
        </w:tc>
        <w:tc>
          <w:tcPr>
            <w:tcW w:w="851" w:type="dxa"/>
            <w:vAlign w:val="center"/>
          </w:tcPr>
          <w:p w14:paraId="0161FC28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2–4</w:t>
            </w:r>
          </w:p>
        </w:tc>
        <w:tc>
          <w:tcPr>
            <w:tcW w:w="1559" w:type="dxa"/>
            <w:vAlign w:val="center"/>
          </w:tcPr>
          <w:p w14:paraId="27132907" w14:textId="77777777" w:rsidR="00DE1B63" w:rsidRPr="00E07358" w:rsidRDefault="00DE1B6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Май 2027 года</w:t>
            </w:r>
          </w:p>
        </w:tc>
        <w:tc>
          <w:tcPr>
            <w:tcW w:w="2835" w:type="dxa"/>
            <w:vAlign w:val="center"/>
          </w:tcPr>
          <w:p w14:paraId="2519C89D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  <w:r w:rsidRPr="00E07358">
              <w:rPr>
                <w:rFonts w:cs="Times New Roman"/>
                <w:sz w:val="24"/>
                <w:szCs w:val="24"/>
              </w:rPr>
              <w:t>Классные руководители; педагог-организатор</w:t>
            </w:r>
          </w:p>
        </w:tc>
        <w:tc>
          <w:tcPr>
            <w:tcW w:w="3900" w:type="dxa"/>
          </w:tcPr>
          <w:p w14:paraId="33C9DB39" w14:textId="77777777" w:rsidR="00DE1B63" w:rsidRPr="00E07358" w:rsidRDefault="00DE1B63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3BE68503" w14:textId="77777777" w:rsidR="00226F36" w:rsidRPr="00E07358" w:rsidRDefault="00226F36">
      <w:pPr>
        <w:spacing w:after="0"/>
        <w:rPr>
          <w:rFonts w:cs="Times New Roman"/>
          <w:sz w:val="24"/>
          <w:szCs w:val="24"/>
        </w:rPr>
      </w:pPr>
    </w:p>
    <w:p w14:paraId="1589AB32" w14:textId="77777777" w:rsidR="00226F36" w:rsidRPr="00E07358" w:rsidRDefault="00FD266E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E07358">
        <w:rPr>
          <w:rFonts w:ascii="Times New Roman" w:hAnsi="Times New Roman" w:cs="Times New Roman"/>
          <w:sz w:val="24"/>
          <w:szCs w:val="24"/>
          <w:lang w:val="ru-RU"/>
        </w:rPr>
        <w:t>Организационные условия реализации календарного плана воспитательной работы</w:t>
      </w:r>
    </w:p>
    <w:p w14:paraId="5D794E3E" w14:textId="77777777" w:rsidR="00226F36" w:rsidRPr="00E07358" w:rsidRDefault="00FD266E">
      <w:pPr>
        <w:ind w:left="340" w:hanging="34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 xml:space="preserve">1. </w:t>
      </w:r>
      <w:r w:rsidRPr="00E07358">
        <w:rPr>
          <w:rFonts w:cs="Times New Roman"/>
          <w:sz w:val="24"/>
          <w:szCs w:val="24"/>
          <w:lang w:val="ru-RU"/>
        </w:rPr>
        <w:t>План реализуется в соответствии с рабочей программой воспитания и календарным учебным графиком образовательной организации.</w:t>
      </w:r>
    </w:p>
    <w:p w14:paraId="11BB7964" w14:textId="77777777" w:rsidR="00226F36" w:rsidRPr="00E07358" w:rsidRDefault="00FD266E">
      <w:pPr>
        <w:ind w:left="340" w:hanging="34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 xml:space="preserve">2. </w:t>
      </w:r>
      <w:r w:rsidRPr="00E07358">
        <w:rPr>
          <w:rFonts w:cs="Times New Roman"/>
          <w:sz w:val="24"/>
          <w:szCs w:val="24"/>
          <w:lang w:val="ru-RU"/>
        </w:rPr>
        <w:t>Конкретные даты мероприятий могут уточняться отдельными приказами, графиками и планами.</w:t>
      </w:r>
    </w:p>
    <w:p w14:paraId="602CB523" w14:textId="77777777" w:rsidR="00226F36" w:rsidRPr="00E07358" w:rsidRDefault="00FD266E">
      <w:pPr>
        <w:ind w:left="340" w:hanging="34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 xml:space="preserve">3. </w:t>
      </w:r>
      <w:r w:rsidRPr="00E07358">
        <w:rPr>
          <w:rFonts w:cs="Times New Roman"/>
          <w:sz w:val="24"/>
          <w:szCs w:val="24"/>
          <w:lang w:val="ru-RU"/>
        </w:rPr>
        <w:t>Мероприятия, приходящиеся на выходные и нерабочие праздничные дни, проводятся накануне, в ближайший учебный день либо в течение тематической недели.</w:t>
      </w:r>
    </w:p>
    <w:p w14:paraId="2E2DE851" w14:textId="77777777" w:rsidR="00226F36" w:rsidRPr="00E07358" w:rsidRDefault="00FD266E">
      <w:pPr>
        <w:ind w:left="340" w:hanging="34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lastRenderedPageBreak/>
        <w:t xml:space="preserve">4. </w:t>
      </w:r>
      <w:r w:rsidRPr="00E07358">
        <w:rPr>
          <w:rFonts w:cs="Times New Roman"/>
          <w:sz w:val="24"/>
          <w:szCs w:val="24"/>
          <w:lang w:val="ru-RU"/>
        </w:rPr>
        <w:t>При проведении экскурсий, походов, соревнований и иных выездных мероприятий оформляются необходимые распорядительные документы, проводятся инструктажи и обеспечивается сопровождение.</w:t>
      </w:r>
    </w:p>
    <w:p w14:paraId="323634C8" w14:textId="77777777" w:rsidR="00226F36" w:rsidRPr="00E07358" w:rsidRDefault="00FD266E">
      <w:pPr>
        <w:ind w:left="340" w:hanging="34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 xml:space="preserve">5. </w:t>
      </w:r>
      <w:r w:rsidRPr="00E07358">
        <w:rPr>
          <w:rFonts w:cs="Times New Roman"/>
          <w:sz w:val="24"/>
          <w:szCs w:val="24"/>
          <w:lang w:val="ru-RU"/>
        </w:rPr>
        <w:t>Обеспечивается соблюдение требований безопасности, охраны здоровья и санитарных требований.</w:t>
      </w:r>
    </w:p>
    <w:p w14:paraId="6493AFD3" w14:textId="77777777" w:rsidR="00226F36" w:rsidRPr="00E07358" w:rsidRDefault="00FD266E">
      <w:pPr>
        <w:ind w:left="340" w:hanging="34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 xml:space="preserve">6. </w:t>
      </w:r>
      <w:r w:rsidRPr="00E07358">
        <w:rPr>
          <w:rFonts w:cs="Times New Roman"/>
          <w:sz w:val="24"/>
          <w:szCs w:val="24"/>
          <w:lang w:val="ru-RU"/>
        </w:rPr>
        <w:t>Участие родителей (законных представителей), социальных партнёров и приглашённых специалистов осуществляется добровольно и по согласованию.</w:t>
      </w:r>
    </w:p>
    <w:p w14:paraId="10CD2352" w14:textId="77777777" w:rsidR="00226F36" w:rsidRPr="00E07358" w:rsidRDefault="00FD266E">
      <w:pPr>
        <w:ind w:left="340" w:hanging="34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 xml:space="preserve">7. </w:t>
      </w:r>
      <w:r w:rsidRPr="00E07358">
        <w:rPr>
          <w:rFonts w:cs="Times New Roman"/>
          <w:sz w:val="24"/>
          <w:szCs w:val="24"/>
          <w:lang w:val="ru-RU"/>
        </w:rPr>
        <w:t>Учитываются возрастные, индивидуальные и особые образовательные потребности обучающихся. Для обучающихся с ОВЗ и инвалидностью создаются специальные условия.</w:t>
      </w:r>
    </w:p>
    <w:p w14:paraId="28D0C952" w14:textId="77777777" w:rsidR="00226F36" w:rsidRPr="00E07358" w:rsidRDefault="00FD266E">
      <w:pPr>
        <w:ind w:left="340" w:hanging="34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 xml:space="preserve">8. </w:t>
      </w:r>
      <w:r w:rsidRPr="00E07358">
        <w:rPr>
          <w:rFonts w:cs="Times New Roman"/>
          <w:sz w:val="24"/>
          <w:szCs w:val="24"/>
          <w:lang w:val="ru-RU"/>
        </w:rPr>
        <w:t>При создании и публикации фото-, аудио- и видеоматериалов соблюдаются требования законодательства о персональных данных, об охране изображения гражданина и локальные акты школы.</w:t>
      </w:r>
    </w:p>
    <w:p w14:paraId="6CC82208" w14:textId="77777777" w:rsidR="00226F36" w:rsidRPr="00E07358" w:rsidRDefault="00FD266E">
      <w:pPr>
        <w:ind w:left="340" w:hanging="34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 xml:space="preserve">9. </w:t>
      </w:r>
      <w:r w:rsidRPr="00E07358">
        <w:rPr>
          <w:rFonts w:cs="Times New Roman"/>
          <w:sz w:val="24"/>
          <w:szCs w:val="24"/>
          <w:lang w:val="ru-RU"/>
        </w:rPr>
        <w:t>Мероприятия календарного плана не должны приводить к превышению допустимой образовательной нагрузки.</w:t>
      </w:r>
    </w:p>
    <w:p w14:paraId="54CE858A" w14:textId="77777777" w:rsidR="00226F36" w:rsidRPr="00E07358" w:rsidRDefault="00FD266E">
      <w:pPr>
        <w:ind w:left="340" w:hanging="34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 xml:space="preserve">10. </w:t>
      </w:r>
      <w:r w:rsidRPr="00E07358">
        <w:rPr>
          <w:rFonts w:cs="Times New Roman"/>
          <w:sz w:val="24"/>
          <w:szCs w:val="24"/>
          <w:lang w:val="ru-RU"/>
        </w:rPr>
        <w:t>План может корректироваться в течение учебного года приказом директора с учётом изменений федеральных, региональных и муниципальных календарей, погодных условий, требований безопасности и фактических возможностей школы.</w:t>
      </w:r>
    </w:p>
    <w:p w14:paraId="11E5EA0F" w14:textId="77777777" w:rsidR="00226F36" w:rsidRPr="00E07358" w:rsidRDefault="00FD266E">
      <w:pPr>
        <w:ind w:left="340" w:hanging="34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 xml:space="preserve">11. </w:t>
      </w:r>
      <w:r w:rsidRPr="00E07358">
        <w:rPr>
          <w:rFonts w:cs="Times New Roman"/>
          <w:sz w:val="24"/>
          <w:szCs w:val="24"/>
          <w:lang w:val="ru-RU"/>
        </w:rPr>
        <w:t>Памятные, праздничные и юбилейные даты перед утверждением плана повторно сверяются с официальными источниками и календарём образовательных событий на 2026/2027 учебный год.</w:t>
      </w:r>
    </w:p>
    <w:p w14:paraId="3C50FCA5" w14:textId="77777777" w:rsidR="00226F36" w:rsidRPr="00E07358" w:rsidRDefault="00FD266E">
      <w:pPr>
        <w:ind w:left="340" w:hanging="340"/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b/>
          <w:sz w:val="24"/>
          <w:szCs w:val="24"/>
          <w:lang w:val="ru-RU"/>
        </w:rPr>
        <w:t xml:space="preserve">12. </w:t>
      </w:r>
      <w:r w:rsidRPr="00E07358">
        <w:rPr>
          <w:rFonts w:cs="Times New Roman"/>
          <w:sz w:val="24"/>
          <w:szCs w:val="24"/>
          <w:lang w:val="ru-RU"/>
        </w:rPr>
        <w:t>После официального опубликования федерального календарного плана воспитательной работы на 2026/2027 учебный год план школы сопоставляется с ним и при необходимости корректируется.</w:t>
      </w:r>
    </w:p>
    <w:p w14:paraId="09F90C74" w14:textId="77777777" w:rsidR="00226F36" w:rsidRPr="00E07358" w:rsidRDefault="00226F36">
      <w:pPr>
        <w:rPr>
          <w:rFonts w:cs="Times New Roman"/>
          <w:sz w:val="24"/>
          <w:szCs w:val="24"/>
          <w:lang w:val="ru-RU"/>
        </w:rPr>
      </w:pPr>
    </w:p>
    <w:p w14:paraId="67CE4631" w14:textId="3733369D" w:rsidR="00226F36" w:rsidRPr="00E07358" w:rsidRDefault="00FD266E">
      <w:pPr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sz w:val="24"/>
          <w:szCs w:val="24"/>
          <w:lang w:val="ru-RU"/>
        </w:rPr>
        <w:t>Заместитель директора по воспитательной работе ____________ /Ф.И.О./</w:t>
      </w:r>
    </w:p>
    <w:p w14:paraId="6F67ABC7" w14:textId="77777777" w:rsidR="00226F36" w:rsidRPr="00E07358" w:rsidRDefault="00FD266E">
      <w:pPr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sz w:val="24"/>
          <w:szCs w:val="24"/>
          <w:lang w:val="ru-RU"/>
        </w:rPr>
        <w:t>Рассмотрено на заседании педагогического совета</w:t>
      </w:r>
    </w:p>
    <w:p w14:paraId="7735D34C" w14:textId="77777777" w:rsidR="0046064C" w:rsidRPr="00E07358" w:rsidRDefault="00FD266E">
      <w:pPr>
        <w:rPr>
          <w:rFonts w:cs="Times New Roman"/>
          <w:sz w:val="24"/>
          <w:szCs w:val="24"/>
          <w:lang w:val="ru-RU"/>
        </w:rPr>
      </w:pPr>
      <w:r w:rsidRPr="00E07358">
        <w:rPr>
          <w:rFonts w:cs="Times New Roman"/>
          <w:sz w:val="24"/>
          <w:szCs w:val="24"/>
          <w:lang w:val="ru-RU"/>
        </w:rPr>
        <w:t>протокол от «___» __________ 2026 г. № ___</w:t>
      </w:r>
    </w:p>
    <w:p w14:paraId="66F7FAED" w14:textId="77777777" w:rsidR="00226F36" w:rsidRPr="00DE1B63" w:rsidRDefault="0046064C" w:rsidP="0046064C">
      <w:pPr>
        <w:tabs>
          <w:tab w:val="left" w:pos="990"/>
        </w:tabs>
        <w:rPr>
          <w:rFonts w:cs="Times New Roman"/>
          <w:sz w:val="24"/>
          <w:szCs w:val="24"/>
          <w:lang w:val="ru-RU"/>
        </w:rPr>
      </w:pPr>
      <w:r w:rsidRPr="00DE1B63">
        <w:rPr>
          <w:rFonts w:cs="Times New Roman"/>
          <w:sz w:val="24"/>
          <w:szCs w:val="24"/>
          <w:lang w:val="ru-RU"/>
        </w:rPr>
        <w:tab/>
      </w:r>
    </w:p>
    <w:p w14:paraId="52623ABA" w14:textId="77777777" w:rsidR="0046064C" w:rsidRPr="00DE1B63" w:rsidRDefault="0046064C" w:rsidP="0046064C">
      <w:pPr>
        <w:tabs>
          <w:tab w:val="left" w:pos="990"/>
        </w:tabs>
        <w:rPr>
          <w:rFonts w:cs="Times New Roman"/>
          <w:sz w:val="24"/>
          <w:szCs w:val="24"/>
          <w:lang w:val="ru-RU"/>
        </w:rPr>
      </w:pPr>
    </w:p>
    <w:p w14:paraId="7DFBF090" w14:textId="77777777" w:rsidR="0046064C" w:rsidRPr="001A2B7D" w:rsidRDefault="0046064C" w:rsidP="0046064C">
      <w:pPr>
        <w:tabs>
          <w:tab w:val="left" w:pos="990"/>
        </w:tabs>
        <w:rPr>
          <w:rFonts w:cs="Times New Roman"/>
          <w:sz w:val="24"/>
          <w:szCs w:val="24"/>
          <w:lang w:val="ru-RU"/>
        </w:rPr>
      </w:pPr>
    </w:p>
    <w:sectPr w:rsidR="0046064C" w:rsidRPr="001A2B7D" w:rsidSect="00DE1B63">
      <w:footerReference w:type="default" r:id="rId8"/>
      <w:pgSz w:w="15840" w:h="12240" w:orient="landscape"/>
      <w:pgMar w:top="765" w:right="794" w:bottom="765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449A41" w14:textId="77777777" w:rsidR="009F4E9C" w:rsidRDefault="009F4E9C">
      <w:pPr>
        <w:spacing w:after="0" w:line="240" w:lineRule="auto"/>
      </w:pPr>
      <w:r>
        <w:separator/>
      </w:r>
    </w:p>
  </w:endnote>
  <w:endnote w:type="continuationSeparator" w:id="0">
    <w:p w14:paraId="3911F8DF" w14:textId="77777777" w:rsidR="009F4E9C" w:rsidRDefault="009F4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E2618" w14:textId="0DB79563" w:rsidR="00226F36" w:rsidRDefault="00FD266E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A568B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E5ACDC" w14:textId="77777777" w:rsidR="009F4E9C" w:rsidRDefault="009F4E9C">
      <w:pPr>
        <w:spacing w:after="0" w:line="240" w:lineRule="auto"/>
      </w:pPr>
      <w:r>
        <w:separator/>
      </w:r>
    </w:p>
  </w:footnote>
  <w:footnote w:type="continuationSeparator" w:id="0">
    <w:p w14:paraId="577CC739" w14:textId="77777777" w:rsidR="009F4E9C" w:rsidRDefault="009F4E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33654C"/>
    <w:multiLevelType w:val="hybridMultilevel"/>
    <w:tmpl w:val="CB64668A"/>
    <w:lvl w:ilvl="0" w:tplc="24E23F80">
      <w:start w:val="1"/>
      <w:numFmt w:val="decimal"/>
      <w:lvlText w:val="%1."/>
      <w:lvlJc w:val="left"/>
      <w:pPr>
        <w:ind w:left="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74903604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A8EE5DF0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4588069C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CC7A0024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CA9A1982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0838A03E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0BE0E38C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2DD6F136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106C302D"/>
    <w:multiLevelType w:val="hybridMultilevel"/>
    <w:tmpl w:val="E8A6B12A"/>
    <w:lvl w:ilvl="0" w:tplc="0ADCEF6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B5D4010C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464C36E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FD1602B4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2D403D40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1FCE7B12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D1786776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741E260A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CC92713E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12AE55D2"/>
    <w:multiLevelType w:val="hybridMultilevel"/>
    <w:tmpl w:val="55620E80"/>
    <w:lvl w:ilvl="0" w:tplc="C73A87DE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EF123C36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460A4CE4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2C263AC4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F37EB7B4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2D8A74C0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6DFCE3C4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748CABEA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9BEC5B9E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130A29B8"/>
    <w:multiLevelType w:val="hybridMultilevel"/>
    <w:tmpl w:val="7C649006"/>
    <w:lvl w:ilvl="0" w:tplc="D550208E">
      <w:start w:val="1"/>
      <w:numFmt w:val="decimal"/>
      <w:lvlText w:val="%1."/>
      <w:lvlJc w:val="left"/>
      <w:pPr>
        <w:ind w:left="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2B025F60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74AE9B70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A40ABE6E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17EAACD0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34C6F904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AD82C644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DA908406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7D523C04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18C571E2"/>
    <w:multiLevelType w:val="hybridMultilevel"/>
    <w:tmpl w:val="71B4906C"/>
    <w:lvl w:ilvl="0" w:tplc="0E1C914E">
      <w:start w:val="1"/>
      <w:numFmt w:val="decimal"/>
      <w:lvlText w:val="%1."/>
      <w:lvlJc w:val="left"/>
      <w:pPr>
        <w:ind w:left="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F912D4B2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26F25968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7AA47422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DED42D92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B8BA46CC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53C875D4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B59496BE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6EC29714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1B455063"/>
    <w:multiLevelType w:val="hybridMultilevel"/>
    <w:tmpl w:val="411057EC"/>
    <w:lvl w:ilvl="0" w:tplc="6EE6CF7A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21D8BFAE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0C6E5AE0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9D1CBA2C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A998DAE8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79E24340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7F2AD81E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94DC6980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E34699B4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203243BB"/>
    <w:multiLevelType w:val="hybridMultilevel"/>
    <w:tmpl w:val="B1D6CFDA"/>
    <w:lvl w:ilvl="0" w:tplc="8FF2B4DA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94914BB"/>
    <w:multiLevelType w:val="hybridMultilevel"/>
    <w:tmpl w:val="DB48DA68"/>
    <w:lvl w:ilvl="0" w:tplc="61EE701E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D12AAE92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CAD0035C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389C1972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87AA02A2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733AF434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16CE31A6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1CC62F62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1F5EA00E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2B354A24"/>
    <w:multiLevelType w:val="hybridMultilevel"/>
    <w:tmpl w:val="28942D00"/>
    <w:lvl w:ilvl="0" w:tplc="C9ECDF28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7BB0B048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7132E5AC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815E69B0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DEAAE018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A8C29278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8BEED3A8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75DC1A5A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50D4633C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3D0D6423"/>
    <w:multiLevelType w:val="hybridMultilevel"/>
    <w:tmpl w:val="BFEC6000"/>
    <w:lvl w:ilvl="0" w:tplc="55F2BF0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C4A8EA74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E8E07756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A1B66B98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29AC024C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575833FC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C420A538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C4A69D94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B04E2EA2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53FB7E1D"/>
    <w:multiLevelType w:val="hybridMultilevel"/>
    <w:tmpl w:val="DF62307A"/>
    <w:lvl w:ilvl="0" w:tplc="1D62889C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5106D500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0108D9D2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C82CC7E4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17BAAD58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92A8B264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4FF4CB7C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DF02EE86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505A01B8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55C93AEF"/>
    <w:multiLevelType w:val="hybridMultilevel"/>
    <w:tmpl w:val="5C2A3A16"/>
    <w:lvl w:ilvl="0" w:tplc="BABAF3E6">
      <w:start w:val="1"/>
      <w:numFmt w:val="decimal"/>
      <w:lvlText w:val="%1."/>
      <w:lvlJc w:val="left"/>
      <w:pPr>
        <w:ind w:left="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79147E92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14A8ADC2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A162C9C8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AF6415F0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F88C9802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1EA275EE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8F4494A6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248C9B20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585F0612"/>
    <w:multiLevelType w:val="hybridMultilevel"/>
    <w:tmpl w:val="0B38AC80"/>
    <w:lvl w:ilvl="0" w:tplc="1A9C53FA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196A66A8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B26E9984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FB80F05A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51A6A80E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AEBA985A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23362738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02C8215A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E39C8788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611777CA"/>
    <w:multiLevelType w:val="hybridMultilevel"/>
    <w:tmpl w:val="C9EC10FC"/>
    <w:lvl w:ilvl="0" w:tplc="F00A3F46">
      <w:start w:val="1"/>
      <w:numFmt w:val="decimal"/>
      <w:lvlText w:val="%1."/>
      <w:lvlJc w:val="left"/>
      <w:pPr>
        <w:ind w:left="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F140B5A4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DB5A8834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AE22F888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4490CEAE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827E8BDC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E0A47F2C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23FE2F54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381E320C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640554B9"/>
    <w:multiLevelType w:val="hybridMultilevel"/>
    <w:tmpl w:val="1B5ACBBC"/>
    <w:lvl w:ilvl="0" w:tplc="91AC146A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6A7EE01C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10529668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7B98F230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BD8A0888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96F23F2A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BCAEF42E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09BE00DE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C224813A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6A050DA1"/>
    <w:multiLevelType w:val="hybridMultilevel"/>
    <w:tmpl w:val="21B811D4"/>
    <w:lvl w:ilvl="0" w:tplc="4044CB6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A6B88612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D174E3C8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0AE66812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0CF21378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29A2792C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EA069766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8C38A6E4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02F0F6B6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710E07D1"/>
    <w:multiLevelType w:val="hybridMultilevel"/>
    <w:tmpl w:val="F86E3E24"/>
    <w:lvl w:ilvl="0" w:tplc="7178A5BE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D8F4B80A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ED2EA9C0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D200D202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4DB8E890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87461F82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408EED1C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D8524D48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21B20BDA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 w15:restartNumberingAfterBreak="0">
    <w:nsid w:val="71577219"/>
    <w:multiLevelType w:val="hybridMultilevel"/>
    <w:tmpl w:val="B846F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554F5D"/>
    <w:multiLevelType w:val="hybridMultilevel"/>
    <w:tmpl w:val="C0109B4E"/>
    <w:lvl w:ilvl="0" w:tplc="9AFE702A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9C5A9836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C4440D34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DE1C7BA8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7BAE2E4C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5F2EFEA2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4672F492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329E63EC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BC8A7F98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8" w15:restartNumberingAfterBreak="0">
    <w:nsid w:val="7DB31010"/>
    <w:multiLevelType w:val="hybridMultilevel"/>
    <w:tmpl w:val="B5AE4B1A"/>
    <w:lvl w:ilvl="0" w:tplc="A472244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F7948BF8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1B980DEC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70AE591C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242C09DE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C9FED0CC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AB2E8C28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4594C5E2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15FA9164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7E501053"/>
    <w:multiLevelType w:val="hybridMultilevel"/>
    <w:tmpl w:val="C182319E"/>
    <w:lvl w:ilvl="0" w:tplc="E94221C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1B62BEC6">
      <w:start w:val="1"/>
      <w:numFmt w:val="lowerLetter"/>
      <w:lvlText w:val="%2"/>
      <w:lvlJc w:val="left"/>
      <w:pPr>
        <w:ind w:left="1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0A8A070">
      <w:start w:val="1"/>
      <w:numFmt w:val="lowerRoman"/>
      <w:lvlText w:val="%3"/>
      <w:lvlJc w:val="left"/>
      <w:pPr>
        <w:ind w:left="1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89E49A42">
      <w:start w:val="1"/>
      <w:numFmt w:val="decimal"/>
      <w:lvlText w:val="%4"/>
      <w:lvlJc w:val="left"/>
      <w:pPr>
        <w:ind w:left="2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71D0B218">
      <w:start w:val="1"/>
      <w:numFmt w:val="lowerLetter"/>
      <w:lvlText w:val="%5"/>
      <w:lvlJc w:val="left"/>
      <w:pPr>
        <w:ind w:left="3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C08A08A6">
      <w:start w:val="1"/>
      <w:numFmt w:val="lowerRoman"/>
      <w:lvlText w:val="%6"/>
      <w:lvlJc w:val="left"/>
      <w:pPr>
        <w:ind w:left="40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0F0ECD58">
      <w:start w:val="1"/>
      <w:numFmt w:val="decimal"/>
      <w:lvlText w:val="%7"/>
      <w:lvlJc w:val="left"/>
      <w:pPr>
        <w:ind w:left="4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535A3212">
      <w:start w:val="1"/>
      <w:numFmt w:val="lowerLetter"/>
      <w:lvlText w:val="%8"/>
      <w:lvlJc w:val="left"/>
      <w:pPr>
        <w:ind w:left="54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58AAD912">
      <w:start w:val="1"/>
      <w:numFmt w:val="lowerRoman"/>
      <w:lvlText w:val="%9"/>
      <w:lvlJc w:val="left"/>
      <w:pPr>
        <w:ind w:left="6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</w:num>
  <w:num w:numId="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3E1E"/>
    <w:rsid w:val="0006063C"/>
    <w:rsid w:val="00080F6A"/>
    <w:rsid w:val="001209CD"/>
    <w:rsid w:val="0015074B"/>
    <w:rsid w:val="001A0C16"/>
    <w:rsid w:val="001A2B7D"/>
    <w:rsid w:val="00226F36"/>
    <w:rsid w:val="0029639D"/>
    <w:rsid w:val="00303884"/>
    <w:rsid w:val="00326F90"/>
    <w:rsid w:val="003B0862"/>
    <w:rsid w:val="0046064C"/>
    <w:rsid w:val="00556DF7"/>
    <w:rsid w:val="005A4A33"/>
    <w:rsid w:val="0065067A"/>
    <w:rsid w:val="00681439"/>
    <w:rsid w:val="00697B7A"/>
    <w:rsid w:val="007637D9"/>
    <w:rsid w:val="00784915"/>
    <w:rsid w:val="007C74E6"/>
    <w:rsid w:val="007E5D4F"/>
    <w:rsid w:val="00804820"/>
    <w:rsid w:val="00807BBC"/>
    <w:rsid w:val="008F652B"/>
    <w:rsid w:val="00900923"/>
    <w:rsid w:val="009E6B40"/>
    <w:rsid w:val="009F4E9C"/>
    <w:rsid w:val="00A568BB"/>
    <w:rsid w:val="00AA1D8D"/>
    <w:rsid w:val="00B4552D"/>
    <w:rsid w:val="00B47730"/>
    <w:rsid w:val="00B9599C"/>
    <w:rsid w:val="00BB13A1"/>
    <w:rsid w:val="00BC49F9"/>
    <w:rsid w:val="00C6434D"/>
    <w:rsid w:val="00CB0664"/>
    <w:rsid w:val="00CD6EBF"/>
    <w:rsid w:val="00D639F1"/>
    <w:rsid w:val="00D65771"/>
    <w:rsid w:val="00DA1864"/>
    <w:rsid w:val="00DE1B63"/>
    <w:rsid w:val="00DE3036"/>
    <w:rsid w:val="00DE7C08"/>
    <w:rsid w:val="00E07358"/>
    <w:rsid w:val="00E92D4B"/>
    <w:rsid w:val="00FC693F"/>
    <w:rsid w:val="00FD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FE5880"/>
  <w14:defaultImageDpi w14:val="300"/>
  <w15:docId w15:val="{8F8773C0-BD3A-4B40-8714-FB590509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6064C"/>
    <w:rPr>
      <w:color w:val="0000FF" w:themeColor="hyperlink"/>
      <w:u w:val="single"/>
    </w:rPr>
  </w:style>
  <w:style w:type="paragraph" w:customStyle="1" w:styleId="TableParagraph">
    <w:name w:val="Table Paragraph"/>
    <w:basedOn w:val="a1"/>
    <w:uiPriority w:val="1"/>
    <w:qFormat/>
    <w:rsid w:val="0065067A"/>
    <w:pPr>
      <w:widowControl w:val="0"/>
      <w:autoSpaceDE w:val="0"/>
      <w:autoSpaceDN w:val="0"/>
      <w:spacing w:after="0" w:line="240" w:lineRule="auto"/>
      <w:ind w:left="105"/>
    </w:pPr>
    <w:rPr>
      <w:rFonts w:cs="Times New Roman"/>
      <w:sz w:val="22"/>
      <w:lang w:val="ru-RU"/>
    </w:rPr>
  </w:style>
  <w:style w:type="paragraph" w:styleId="aff9">
    <w:name w:val="Balloon Text"/>
    <w:basedOn w:val="a1"/>
    <w:link w:val="affa"/>
    <w:uiPriority w:val="99"/>
    <w:semiHidden/>
    <w:unhideWhenUsed/>
    <w:rsid w:val="00A568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A568B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4BD4B0-4F45-4401-872C-AFBCFA0B5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52</Pages>
  <Words>9918</Words>
  <Characters>56535</Characters>
  <Application>Microsoft Office Word</Application>
  <DocSecurity>0</DocSecurity>
  <Lines>471</Lines>
  <Paragraphs>132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66321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Администратор</cp:lastModifiedBy>
  <cp:revision>15</cp:revision>
  <cp:lastPrinted>2026-08-18T09:42:00Z</cp:lastPrinted>
  <dcterms:created xsi:type="dcterms:W3CDTF">2013-12-23T23:15:00Z</dcterms:created>
  <dcterms:modified xsi:type="dcterms:W3CDTF">2026-08-18T09:43:00Z</dcterms:modified>
  <cp:category/>
</cp:coreProperties>
</file>